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9F1D1C" w14:textId="77777777" w:rsidR="00B52FE8" w:rsidRPr="006D2C3A" w:rsidRDefault="00343A9F" w:rsidP="006D2C3A">
      <w:pPr>
        <w:pStyle w:val="aa"/>
        <w:spacing w:after="0" w:line="300" w:lineRule="exact"/>
        <w:jc w:val="center"/>
        <w:rPr>
          <w:rFonts w:ascii="Times New Roman" w:hAnsi="Times New Roman" w:cs="Times New Roman"/>
          <w:sz w:val="24"/>
          <w:szCs w:val="24"/>
          <w:lang w:val="ru-RU"/>
        </w:rPr>
      </w:pPr>
      <w:r w:rsidRPr="006D2C3A">
        <w:rPr>
          <w:rFonts w:ascii="Times New Roman" w:eastAsia="Times New Roman" w:hAnsi="Times New Roman" w:cs="Times New Roman"/>
          <w:sz w:val="24"/>
          <w:szCs w:val="24"/>
          <w:lang w:val="ru-RU"/>
        </w:rPr>
        <w:t>УСЛОВИЯ ЗАКЛЮЧЕНИЯ И ИСПОЛНЕНИЯ ДОГОВОРА</w:t>
      </w:r>
    </w:p>
    <w:p w14:paraId="4DA7BF91" w14:textId="77777777" w:rsidR="006D2C3A" w:rsidRDefault="006D2C3A" w:rsidP="006D2C3A">
      <w:pPr>
        <w:pStyle w:val="1"/>
        <w:spacing w:before="0" w:after="0" w:line="300" w:lineRule="exact"/>
        <w:ind w:firstLine="567"/>
        <w:jc w:val="both"/>
        <w:rPr>
          <w:rFonts w:ascii="Times New Roman" w:hAnsi="Times New Roman" w:cs="Times New Roman"/>
          <w:sz w:val="24"/>
          <w:szCs w:val="24"/>
          <w:lang w:val="ru-RU"/>
        </w:rPr>
      </w:pPr>
    </w:p>
    <w:p w14:paraId="1B90F7ED" w14:textId="78E03D97" w:rsidR="00B52FE8" w:rsidRPr="006D2C3A" w:rsidRDefault="00343A9F" w:rsidP="006D2C3A">
      <w:pPr>
        <w:pStyle w:val="1"/>
        <w:spacing w:before="0" w:after="0" w:line="300" w:lineRule="exact"/>
        <w:jc w:val="center"/>
        <w:rPr>
          <w:rFonts w:ascii="Times New Roman" w:hAnsi="Times New Roman" w:cs="Times New Roman"/>
          <w:sz w:val="24"/>
          <w:szCs w:val="24"/>
          <w:lang w:val="ru-RU"/>
        </w:rPr>
      </w:pPr>
      <w:r w:rsidRPr="006D2C3A">
        <w:rPr>
          <w:rFonts w:ascii="Times New Roman" w:hAnsi="Times New Roman" w:cs="Times New Roman"/>
          <w:sz w:val="24"/>
          <w:szCs w:val="24"/>
          <w:lang w:val="ru-RU"/>
        </w:rPr>
        <w:t>1. ОБЩИЕ ПОЛОЖЕНИЯ</w:t>
      </w:r>
    </w:p>
    <w:p w14:paraId="23840588" w14:textId="26F6A285" w:rsidR="00B52FE8" w:rsidRPr="005B0AA3" w:rsidRDefault="00343A9F" w:rsidP="006D2C3A">
      <w:pPr>
        <w:spacing w:after="0" w:line="300" w:lineRule="exact"/>
        <w:ind w:firstLine="567"/>
        <w:jc w:val="both"/>
        <w:rPr>
          <w:rFonts w:cs="Times New Roman"/>
          <w:szCs w:val="24"/>
          <w:lang w:val="ru-RU"/>
        </w:rPr>
      </w:pPr>
      <w:r w:rsidRPr="006D2C3A">
        <w:rPr>
          <w:rFonts w:cs="Times New Roman"/>
          <w:szCs w:val="24"/>
          <w:lang w:val="ru-RU"/>
        </w:rPr>
        <w:t>1.1.</w:t>
      </w:r>
      <w:r w:rsidR="006D2C3A">
        <w:rPr>
          <w:rFonts w:cs="Times New Roman"/>
          <w:szCs w:val="24"/>
          <w:lang w:val="ru-RU"/>
        </w:rPr>
        <w:t> </w:t>
      </w:r>
      <w:r w:rsidRPr="006D2C3A">
        <w:rPr>
          <w:rFonts w:cs="Times New Roman"/>
          <w:szCs w:val="24"/>
          <w:lang w:val="ru-RU"/>
        </w:rPr>
        <w:t>Настоящий до</w:t>
      </w:r>
      <w:r w:rsidRPr="005B0AA3">
        <w:rPr>
          <w:rFonts w:cs="Times New Roman"/>
          <w:szCs w:val="24"/>
          <w:lang w:val="ru-RU"/>
        </w:rPr>
        <w:t>кумент определяет условия заключения и исполнения смешанных договоров между Индивидуальны</w:t>
      </w:r>
      <w:r w:rsidR="006D2C3A" w:rsidRPr="005B0AA3">
        <w:rPr>
          <w:rFonts w:cs="Times New Roman"/>
          <w:szCs w:val="24"/>
          <w:lang w:val="ru-RU"/>
        </w:rPr>
        <w:t>м</w:t>
      </w:r>
      <w:r w:rsidRPr="005B0AA3">
        <w:rPr>
          <w:rFonts w:cs="Times New Roman"/>
          <w:szCs w:val="24"/>
          <w:lang w:val="ru-RU"/>
        </w:rPr>
        <w:t xml:space="preserve"> предпринимател</w:t>
      </w:r>
      <w:r w:rsidR="006D2C3A" w:rsidRPr="005B0AA3">
        <w:rPr>
          <w:rFonts w:cs="Times New Roman"/>
          <w:szCs w:val="24"/>
          <w:lang w:val="ru-RU"/>
        </w:rPr>
        <w:t>ем</w:t>
      </w:r>
      <w:r w:rsidRPr="005B0AA3">
        <w:rPr>
          <w:rFonts w:cs="Times New Roman"/>
          <w:szCs w:val="24"/>
          <w:lang w:val="ru-RU"/>
        </w:rPr>
        <w:t xml:space="preserve"> </w:t>
      </w:r>
      <w:proofErr w:type="spellStart"/>
      <w:r w:rsidRPr="005B0AA3">
        <w:rPr>
          <w:rFonts w:cs="Times New Roman"/>
          <w:szCs w:val="24"/>
          <w:lang w:val="ru-RU"/>
        </w:rPr>
        <w:t>Елин</w:t>
      </w:r>
      <w:r w:rsidR="006D2C3A" w:rsidRPr="005B0AA3">
        <w:rPr>
          <w:rFonts w:cs="Times New Roman"/>
          <w:szCs w:val="24"/>
          <w:lang w:val="ru-RU"/>
        </w:rPr>
        <w:t>ым</w:t>
      </w:r>
      <w:proofErr w:type="spellEnd"/>
      <w:r w:rsidRPr="005B0AA3">
        <w:rPr>
          <w:rFonts w:cs="Times New Roman"/>
          <w:szCs w:val="24"/>
          <w:lang w:val="ru-RU"/>
        </w:rPr>
        <w:t xml:space="preserve"> Серге</w:t>
      </w:r>
      <w:r w:rsidR="006D2C3A" w:rsidRPr="005B0AA3">
        <w:rPr>
          <w:rFonts w:cs="Times New Roman"/>
          <w:szCs w:val="24"/>
          <w:lang w:val="ru-RU"/>
        </w:rPr>
        <w:t>ем</w:t>
      </w:r>
      <w:r w:rsidRPr="005B0AA3">
        <w:rPr>
          <w:rFonts w:cs="Times New Roman"/>
          <w:szCs w:val="24"/>
          <w:lang w:val="ru-RU"/>
        </w:rPr>
        <w:t xml:space="preserve"> Викторович</w:t>
      </w:r>
      <w:r w:rsidR="006D2C3A" w:rsidRPr="005B0AA3">
        <w:rPr>
          <w:rFonts w:cs="Times New Roman"/>
          <w:szCs w:val="24"/>
          <w:lang w:val="ru-RU"/>
        </w:rPr>
        <w:t>ем</w:t>
      </w:r>
      <w:r w:rsidRPr="005B0AA3">
        <w:rPr>
          <w:rFonts w:cs="Times New Roman"/>
          <w:szCs w:val="24"/>
          <w:lang w:val="ru-RU"/>
        </w:rPr>
        <w:t>, ИНН 772641471093, ОГРНИП 317774600428123</w:t>
      </w:r>
      <w:r w:rsidR="006D2C3A" w:rsidRPr="005B0AA3">
        <w:rPr>
          <w:rFonts w:cs="Times New Roman"/>
          <w:szCs w:val="24"/>
          <w:lang w:val="ru-RU"/>
        </w:rPr>
        <w:t xml:space="preserve">, </w:t>
      </w:r>
      <w:r w:rsidRPr="005B0AA3">
        <w:rPr>
          <w:rFonts w:cs="Times New Roman"/>
          <w:szCs w:val="24"/>
          <w:lang w:val="ru-RU"/>
        </w:rPr>
        <w:t>далее — «Исполнитель», и физическими лицами, индивидуальными предпринимателями или юридическими лицами, далее — «Заказчик». Договор может содержать элементы возмездного оказания услуг, подряда, розничной или иной купли-продажи, лицензионного договора, договора об отчуждении исключительного права и иных договоров, не противоречащих законодательству Российской Федерации.</w:t>
      </w:r>
    </w:p>
    <w:p w14:paraId="1AD5025B" w14:textId="5393E957" w:rsidR="00B52FE8" w:rsidRPr="005B0AA3" w:rsidRDefault="00343A9F" w:rsidP="006D2C3A">
      <w:pPr>
        <w:spacing w:after="0" w:line="300" w:lineRule="exact"/>
        <w:ind w:firstLine="567"/>
        <w:jc w:val="both"/>
        <w:rPr>
          <w:rFonts w:cs="Times New Roman"/>
          <w:color w:val="auto"/>
          <w:szCs w:val="24"/>
          <w:lang w:val="ru-RU"/>
        </w:rPr>
      </w:pPr>
      <w:r w:rsidRPr="005B0AA3">
        <w:rPr>
          <w:rFonts w:cs="Times New Roman"/>
          <w:color w:val="auto"/>
          <w:szCs w:val="24"/>
          <w:lang w:val="ru-RU"/>
        </w:rPr>
        <w:t>1.2.</w:t>
      </w:r>
      <w:r w:rsidR="006D2C3A" w:rsidRPr="005B0AA3">
        <w:rPr>
          <w:rFonts w:cs="Times New Roman"/>
          <w:color w:val="auto"/>
          <w:szCs w:val="24"/>
          <w:lang w:val="ru-RU"/>
        </w:rPr>
        <w:t> </w:t>
      </w:r>
      <w:r w:rsidRPr="005B0AA3">
        <w:rPr>
          <w:rFonts w:cs="Times New Roman"/>
          <w:color w:val="auto"/>
          <w:szCs w:val="24"/>
          <w:lang w:val="ru-RU"/>
        </w:rPr>
        <w:t>Размещение настоящих условий на Сайте является приглашением делать оферт</w:t>
      </w:r>
      <w:r w:rsidR="006D2C3A" w:rsidRPr="005B0AA3">
        <w:rPr>
          <w:rFonts w:cs="Times New Roman"/>
          <w:color w:val="auto"/>
          <w:szCs w:val="24"/>
          <w:lang w:val="ru-RU"/>
        </w:rPr>
        <w:t>у</w:t>
      </w:r>
      <w:r w:rsidRPr="005B0AA3">
        <w:rPr>
          <w:rFonts w:cs="Times New Roman"/>
          <w:color w:val="auto"/>
          <w:szCs w:val="24"/>
          <w:lang w:val="ru-RU"/>
        </w:rPr>
        <w:t>. Заявка, заказ, направленное Заказчиком сообщение либо совершение предусмотренных интерфейсом Сайта действий являются предложением Заказчика заключить договор на условиях настоящего документа и Индивидуального заказа.</w:t>
      </w:r>
    </w:p>
    <w:p w14:paraId="78C82FA0" w14:textId="32214BD7" w:rsidR="00B52FE8" w:rsidRPr="005B0AA3" w:rsidRDefault="00343A9F" w:rsidP="006D2C3A">
      <w:pPr>
        <w:spacing w:after="0" w:line="300" w:lineRule="exact"/>
        <w:ind w:firstLine="567"/>
        <w:jc w:val="both"/>
        <w:rPr>
          <w:rFonts w:cs="Times New Roman"/>
          <w:color w:val="auto"/>
          <w:szCs w:val="24"/>
          <w:lang w:val="ru-RU"/>
        </w:rPr>
      </w:pPr>
      <w:r w:rsidRPr="005B0AA3">
        <w:rPr>
          <w:rFonts w:cs="Times New Roman"/>
          <w:color w:val="auto"/>
          <w:szCs w:val="24"/>
          <w:lang w:val="ru-RU"/>
        </w:rPr>
        <w:t>1.3.</w:t>
      </w:r>
      <w:r w:rsidR="006D2C3A" w:rsidRPr="005B0AA3">
        <w:rPr>
          <w:rFonts w:cs="Times New Roman"/>
          <w:color w:val="auto"/>
          <w:szCs w:val="24"/>
          <w:lang w:val="ru-RU"/>
        </w:rPr>
        <w:t> </w:t>
      </w:r>
      <w:r w:rsidRPr="005B0AA3">
        <w:rPr>
          <w:rFonts w:cs="Times New Roman"/>
          <w:color w:val="auto"/>
          <w:szCs w:val="24"/>
          <w:lang w:val="ru-RU"/>
        </w:rPr>
        <w:t>Договор в отношении конкретного заказа считается заключенным с момента направления Исполнителем Заказчику подтверждения принятия заказа. До получения такого подтверждения Заказчик вправе отозвать свое предложение, если Исполнитель не приступил к исполнению с ведома Заказчика.</w:t>
      </w:r>
    </w:p>
    <w:p w14:paraId="32D813C6" w14:textId="0D23CD6C" w:rsidR="00B52FE8" w:rsidRPr="005B0AA3" w:rsidRDefault="00343A9F" w:rsidP="006D2C3A">
      <w:pPr>
        <w:spacing w:after="0" w:line="300" w:lineRule="exact"/>
        <w:ind w:firstLine="567"/>
        <w:jc w:val="both"/>
        <w:rPr>
          <w:rFonts w:cs="Times New Roman"/>
          <w:color w:val="auto"/>
          <w:szCs w:val="24"/>
          <w:lang w:val="ru-RU"/>
        </w:rPr>
      </w:pPr>
      <w:r w:rsidRPr="005B0AA3">
        <w:rPr>
          <w:rFonts w:cs="Times New Roman"/>
          <w:color w:val="auto"/>
          <w:szCs w:val="24"/>
          <w:lang w:val="ru-RU"/>
        </w:rPr>
        <w:t>1.4.</w:t>
      </w:r>
      <w:r w:rsidR="006D2C3A" w:rsidRPr="005B0AA3">
        <w:rPr>
          <w:rFonts w:cs="Times New Roman"/>
          <w:color w:val="auto"/>
          <w:szCs w:val="24"/>
          <w:lang w:val="ru-RU"/>
        </w:rPr>
        <w:t> </w:t>
      </w:r>
      <w:r w:rsidRPr="005B0AA3">
        <w:rPr>
          <w:rFonts w:cs="Times New Roman"/>
          <w:color w:val="auto"/>
          <w:szCs w:val="24"/>
          <w:lang w:val="ru-RU"/>
        </w:rPr>
        <w:t>Настоящий документ не является публичной офертой в значении статьи 437 Гражданского кодекса Российской Федерации, поскольку Исполнитель сохраняет право проверить возможность исполнения и принять либо отклонить конкретный заказ.</w:t>
      </w:r>
    </w:p>
    <w:p w14:paraId="2FCA9D0D" w14:textId="77777777" w:rsidR="009A6B67" w:rsidRPr="005B0AA3" w:rsidRDefault="009A6B67" w:rsidP="009A6B67">
      <w:pPr>
        <w:pStyle w:val="1"/>
        <w:spacing w:before="0" w:after="0" w:line="300" w:lineRule="exact"/>
        <w:jc w:val="both"/>
        <w:rPr>
          <w:rFonts w:ascii="Times New Roman" w:hAnsi="Times New Roman" w:cs="Times New Roman"/>
          <w:color w:val="FF0000"/>
          <w:sz w:val="24"/>
          <w:szCs w:val="24"/>
          <w:lang w:val="ru-RU"/>
        </w:rPr>
      </w:pPr>
    </w:p>
    <w:p w14:paraId="14F47993" w14:textId="24BE3381" w:rsidR="00B52FE8" w:rsidRPr="005B0AA3" w:rsidRDefault="00343A9F" w:rsidP="009A6B67">
      <w:pPr>
        <w:pStyle w:val="1"/>
        <w:spacing w:before="0" w:after="0" w:line="300" w:lineRule="exact"/>
        <w:jc w:val="center"/>
        <w:rPr>
          <w:rFonts w:ascii="Times New Roman" w:hAnsi="Times New Roman" w:cs="Times New Roman"/>
          <w:color w:val="auto"/>
          <w:sz w:val="24"/>
          <w:szCs w:val="24"/>
          <w:lang w:val="ru-RU"/>
        </w:rPr>
      </w:pPr>
      <w:r w:rsidRPr="005B0AA3">
        <w:rPr>
          <w:rFonts w:ascii="Times New Roman" w:hAnsi="Times New Roman" w:cs="Times New Roman"/>
          <w:color w:val="auto"/>
          <w:sz w:val="24"/>
          <w:szCs w:val="24"/>
          <w:lang w:val="ru-RU"/>
        </w:rPr>
        <w:t>2. ТЕРМИНЫ</w:t>
      </w:r>
    </w:p>
    <w:p w14:paraId="01E8A637" w14:textId="60F1052C" w:rsidR="00B52FE8" w:rsidRPr="005B0AA3" w:rsidRDefault="00343A9F" w:rsidP="006D2C3A">
      <w:pPr>
        <w:spacing w:after="0" w:line="300" w:lineRule="exact"/>
        <w:ind w:firstLine="567"/>
        <w:jc w:val="both"/>
        <w:rPr>
          <w:rFonts w:cs="Times New Roman"/>
          <w:color w:val="auto"/>
          <w:szCs w:val="24"/>
          <w:lang w:val="ru-RU"/>
        </w:rPr>
      </w:pPr>
      <w:r w:rsidRPr="005B0AA3">
        <w:rPr>
          <w:rFonts w:cs="Times New Roman"/>
          <w:color w:val="auto"/>
          <w:szCs w:val="24"/>
          <w:lang w:val="ru-RU"/>
        </w:rPr>
        <w:t>2.1.</w:t>
      </w:r>
      <w:r w:rsidR="009A6B67" w:rsidRPr="005B0AA3">
        <w:rPr>
          <w:rFonts w:cs="Times New Roman"/>
          <w:color w:val="auto"/>
          <w:szCs w:val="24"/>
          <w:lang w:val="ru-RU"/>
        </w:rPr>
        <w:t> </w:t>
      </w:r>
      <w:r w:rsidRPr="005B0AA3">
        <w:rPr>
          <w:rFonts w:cs="Times New Roman"/>
          <w:color w:val="auto"/>
          <w:szCs w:val="24"/>
          <w:lang w:val="ru-RU"/>
        </w:rPr>
        <w:t xml:space="preserve">Сайт — сайт проекта «Это моя жизнь», расположенный по адресу </w:t>
      </w:r>
      <w:r w:rsidRPr="005B0AA3">
        <w:rPr>
          <w:rFonts w:cs="Times New Roman"/>
          <w:color w:val="auto"/>
          <w:szCs w:val="24"/>
        </w:rPr>
        <w:t>https</w:t>
      </w:r>
      <w:r w:rsidRPr="005B0AA3">
        <w:rPr>
          <w:rFonts w:cs="Times New Roman"/>
          <w:color w:val="auto"/>
          <w:szCs w:val="24"/>
          <w:lang w:val="ru-RU"/>
        </w:rPr>
        <w:t>://это-моя-</w:t>
      </w:r>
      <w:proofErr w:type="spellStart"/>
      <w:r w:rsidRPr="005B0AA3">
        <w:rPr>
          <w:rFonts w:cs="Times New Roman"/>
          <w:color w:val="auto"/>
          <w:szCs w:val="24"/>
          <w:lang w:val="ru-RU"/>
        </w:rPr>
        <w:t>жизнь.рф</w:t>
      </w:r>
      <w:proofErr w:type="spellEnd"/>
      <w:r w:rsidRPr="005B0AA3">
        <w:rPr>
          <w:rFonts w:cs="Times New Roman"/>
          <w:color w:val="auto"/>
          <w:szCs w:val="24"/>
          <w:lang w:val="ru-RU"/>
        </w:rPr>
        <w:t>, включая его страницы и технически связанные сервисы.</w:t>
      </w:r>
    </w:p>
    <w:p w14:paraId="553D4D18" w14:textId="331A1402" w:rsidR="00B52FE8" w:rsidRPr="005B0AA3" w:rsidRDefault="00343A9F" w:rsidP="006D2C3A">
      <w:pPr>
        <w:spacing w:after="0" w:line="300" w:lineRule="exact"/>
        <w:ind w:firstLine="567"/>
        <w:jc w:val="both"/>
        <w:rPr>
          <w:rFonts w:cs="Times New Roman"/>
          <w:color w:val="auto"/>
          <w:szCs w:val="24"/>
          <w:lang w:val="ru-RU"/>
        </w:rPr>
      </w:pPr>
      <w:r w:rsidRPr="005B0AA3">
        <w:rPr>
          <w:rFonts w:cs="Times New Roman"/>
          <w:color w:val="auto"/>
          <w:szCs w:val="24"/>
          <w:lang w:val="ru-RU"/>
        </w:rPr>
        <w:t>2.2.</w:t>
      </w:r>
      <w:r w:rsidR="009A6B67" w:rsidRPr="005B0AA3">
        <w:rPr>
          <w:rFonts w:cs="Times New Roman"/>
          <w:color w:val="auto"/>
          <w:szCs w:val="24"/>
          <w:lang w:val="ru-RU"/>
        </w:rPr>
        <w:t> </w:t>
      </w:r>
      <w:r w:rsidRPr="005B0AA3">
        <w:rPr>
          <w:rFonts w:cs="Times New Roman"/>
          <w:color w:val="auto"/>
          <w:szCs w:val="24"/>
          <w:lang w:val="ru-RU"/>
        </w:rPr>
        <w:t xml:space="preserve">Услуги — деятельность Исполнителя по организации и проведению интервью, консультационному и информационному сопровождению, </w:t>
      </w:r>
      <w:proofErr w:type="spellStart"/>
      <w:r w:rsidRPr="005B0AA3">
        <w:rPr>
          <w:rFonts w:cs="Times New Roman"/>
          <w:color w:val="auto"/>
          <w:szCs w:val="24"/>
          <w:lang w:val="ru-RU"/>
        </w:rPr>
        <w:t>транскрибации</w:t>
      </w:r>
      <w:proofErr w:type="spellEnd"/>
      <w:r w:rsidRPr="005B0AA3">
        <w:rPr>
          <w:rFonts w:cs="Times New Roman"/>
          <w:color w:val="auto"/>
          <w:szCs w:val="24"/>
          <w:lang w:val="ru-RU"/>
        </w:rPr>
        <w:t>, редактуре, корректуре, обработке аудио-, видео- и фотоматериалов, подготовке цифрового архива и иным действиям, указанным в Индивидуальном заказе.</w:t>
      </w:r>
    </w:p>
    <w:p w14:paraId="2BC365A4" w14:textId="2E079725" w:rsidR="00B52FE8" w:rsidRPr="005B0AA3" w:rsidRDefault="00343A9F" w:rsidP="006D2C3A">
      <w:pPr>
        <w:spacing w:after="0" w:line="300" w:lineRule="exact"/>
        <w:ind w:firstLine="567"/>
        <w:jc w:val="both"/>
        <w:rPr>
          <w:rFonts w:cs="Times New Roman"/>
          <w:color w:val="auto"/>
          <w:szCs w:val="24"/>
          <w:lang w:val="ru-RU"/>
        </w:rPr>
      </w:pPr>
      <w:r w:rsidRPr="005B0AA3">
        <w:rPr>
          <w:rFonts w:cs="Times New Roman"/>
          <w:color w:val="auto"/>
          <w:szCs w:val="24"/>
          <w:lang w:val="ru-RU"/>
        </w:rPr>
        <w:t>2.3.</w:t>
      </w:r>
      <w:r w:rsidR="009A6B67" w:rsidRPr="005B0AA3">
        <w:rPr>
          <w:rFonts w:cs="Times New Roman"/>
          <w:color w:val="auto"/>
          <w:szCs w:val="24"/>
          <w:lang w:val="ru-RU"/>
        </w:rPr>
        <w:t> </w:t>
      </w:r>
      <w:r w:rsidRPr="005B0AA3">
        <w:rPr>
          <w:rFonts w:cs="Times New Roman"/>
          <w:color w:val="auto"/>
          <w:szCs w:val="24"/>
          <w:lang w:val="ru-RU"/>
        </w:rPr>
        <w:t>Работы — деятельность, имеющая овеществленный или иной передаваемый результат, включая подготовку текста, дизайна, макета, верстку, монтаж, изготовление персонализированного товара и иные работы, указанные в Индивидуальном заказе.</w:t>
      </w:r>
    </w:p>
    <w:p w14:paraId="021F1FD8" w14:textId="0F244AA6" w:rsidR="00B52FE8" w:rsidRPr="005B0AA3" w:rsidRDefault="00343A9F" w:rsidP="006D2C3A">
      <w:pPr>
        <w:spacing w:after="0" w:line="300" w:lineRule="exact"/>
        <w:ind w:firstLine="567"/>
        <w:jc w:val="both"/>
        <w:rPr>
          <w:rFonts w:cs="Times New Roman"/>
          <w:color w:val="auto"/>
          <w:szCs w:val="24"/>
          <w:lang w:val="ru-RU"/>
        </w:rPr>
      </w:pPr>
      <w:r w:rsidRPr="005B0AA3">
        <w:rPr>
          <w:rFonts w:cs="Times New Roman"/>
          <w:color w:val="auto"/>
          <w:szCs w:val="24"/>
          <w:lang w:val="ru-RU"/>
        </w:rPr>
        <w:t>2.4.</w:t>
      </w:r>
      <w:r w:rsidR="009A6B67" w:rsidRPr="005B0AA3">
        <w:rPr>
          <w:rFonts w:cs="Times New Roman"/>
          <w:color w:val="auto"/>
          <w:szCs w:val="24"/>
          <w:lang w:val="ru-RU"/>
        </w:rPr>
        <w:t> </w:t>
      </w:r>
      <w:r w:rsidRPr="005B0AA3">
        <w:rPr>
          <w:rFonts w:cs="Times New Roman"/>
          <w:color w:val="auto"/>
          <w:szCs w:val="24"/>
          <w:lang w:val="ru-RU"/>
        </w:rPr>
        <w:t xml:space="preserve">Стандартный товар — </w:t>
      </w:r>
      <w:proofErr w:type="spellStart"/>
      <w:r w:rsidRPr="005B0AA3">
        <w:rPr>
          <w:rFonts w:cs="Times New Roman"/>
          <w:color w:val="auto"/>
          <w:szCs w:val="24"/>
          <w:lang w:val="ru-RU"/>
        </w:rPr>
        <w:t>неперсонализированный</w:t>
      </w:r>
      <w:proofErr w:type="spellEnd"/>
      <w:r w:rsidRPr="005B0AA3">
        <w:rPr>
          <w:rFonts w:cs="Times New Roman"/>
          <w:color w:val="auto"/>
          <w:szCs w:val="24"/>
          <w:lang w:val="ru-RU"/>
        </w:rPr>
        <w:t xml:space="preserve"> серийный товар, включая книгу-анкету, игру, печатный или иной материальный носитель.</w:t>
      </w:r>
    </w:p>
    <w:p w14:paraId="7F155E15" w14:textId="539FB8BC" w:rsidR="00B52FE8" w:rsidRPr="005B0AA3" w:rsidRDefault="00343A9F" w:rsidP="006D2C3A">
      <w:pPr>
        <w:spacing w:after="0" w:line="300" w:lineRule="exact"/>
        <w:ind w:firstLine="567"/>
        <w:jc w:val="both"/>
        <w:rPr>
          <w:rFonts w:cs="Times New Roman"/>
          <w:color w:val="auto"/>
          <w:szCs w:val="24"/>
          <w:lang w:val="ru-RU"/>
        </w:rPr>
      </w:pPr>
      <w:r w:rsidRPr="005B0AA3">
        <w:rPr>
          <w:rFonts w:cs="Times New Roman"/>
          <w:color w:val="auto"/>
          <w:szCs w:val="24"/>
          <w:lang w:val="ru-RU"/>
        </w:rPr>
        <w:t>2.5.</w:t>
      </w:r>
      <w:r w:rsidR="009A6B67" w:rsidRPr="005B0AA3">
        <w:rPr>
          <w:rFonts w:cs="Times New Roman"/>
          <w:color w:val="auto"/>
          <w:szCs w:val="24"/>
          <w:lang w:val="ru-RU"/>
        </w:rPr>
        <w:t> </w:t>
      </w:r>
      <w:r w:rsidRPr="005B0AA3">
        <w:rPr>
          <w:rFonts w:cs="Times New Roman"/>
          <w:color w:val="auto"/>
          <w:szCs w:val="24"/>
          <w:lang w:val="ru-RU"/>
        </w:rPr>
        <w:t>Персонализированный товар — товар, изготовленный с учетом индивидуальных сведений, текста, изображения, оформления или иных требований конкретного Заказчика и пригодный исключительно либо преимущественно для его использования.</w:t>
      </w:r>
    </w:p>
    <w:p w14:paraId="71C749CF" w14:textId="6B9B30B2" w:rsidR="00B52FE8" w:rsidRPr="005B0AA3" w:rsidRDefault="00343A9F" w:rsidP="006D2C3A">
      <w:pPr>
        <w:spacing w:after="0" w:line="300" w:lineRule="exact"/>
        <w:ind w:firstLine="567"/>
        <w:jc w:val="both"/>
        <w:rPr>
          <w:rFonts w:cs="Times New Roman"/>
          <w:color w:val="auto"/>
          <w:szCs w:val="24"/>
          <w:lang w:val="ru-RU"/>
        </w:rPr>
      </w:pPr>
      <w:r w:rsidRPr="005B0AA3">
        <w:rPr>
          <w:rFonts w:cs="Times New Roman"/>
          <w:color w:val="auto"/>
          <w:szCs w:val="24"/>
          <w:lang w:val="ru-RU"/>
        </w:rPr>
        <w:t>2.6.</w:t>
      </w:r>
      <w:r w:rsidR="009A6B67" w:rsidRPr="005B0AA3">
        <w:rPr>
          <w:rFonts w:cs="Times New Roman"/>
          <w:color w:val="auto"/>
          <w:szCs w:val="24"/>
          <w:lang w:val="ru-RU"/>
        </w:rPr>
        <w:t> </w:t>
      </w:r>
      <w:r w:rsidRPr="005B0AA3">
        <w:rPr>
          <w:rFonts w:cs="Times New Roman"/>
          <w:color w:val="auto"/>
          <w:szCs w:val="24"/>
          <w:lang w:val="ru-RU"/>
        </w:rPr>
        <w:t>Цифровой материал — электронный файл, электронная версия игры, опросник, шаблон, аудио-, видео-, текстовый или иной объект, предоставляемый для самостоятельного использования на условиях простой лицензии.</w:t>
      </w:r>
    </w:p>
    <w:p w14:paraId="056776A0" w14:textId="09CAC273" w:rsidR="00B52FE8" w:rsidRPr="005B0AA3" w:rsidRDefault="00343A9F" w:rsidP="006D2C3A">
      <w:pPr>
        <w:spacing w:after="0" w:line="300" w:lineRule="exact"/>
        <w:ind w:firstLine="567"/>
        <w:jc w:val="both"/>
        <w:rPr>
          <w:rFonts w:cs="Times New Roman"/>
          <w:color w:val="auto"/>
          <w:szCs w:val="24"/>
          <w:lang w:val="ru-RU"/>
        </w:rPr>
      </w:pPr>
      <w:r w:rsidRPr="005B0AA3">
        <w:rPr>
          <w:rFonts w:cs="Times New Roman"/>
          <w:color w:val="auto"/>
          <w:szCs w:val="24"/>
          <w:lang w:val="ru-RU"/>
        </w:rPr>
        <w:t>2.7.</w:t>
      </w:r>
      <w:r w:rsidR="009A6B67" w:rsidRPr="005B0AA3">
        <w:rPr>
          <w:rFonts w:cs="Times New Roman"/>
          <w:color w:val="auto"/>
          <w:szCs w:val="24"/>
          <w:lang w:val="ru-RU"/>
        </w:rPr>
        <w:t> </w:t>
      </w:r>
      <w:r w:rsidRPr="005B0AA3">
        <w:rPr>
          <w:rFonts w:cs="Times New Roman"/>
          <w:color w:val="auto"/>
          <w:szCs w:val="24"/>
          <w:lang w:val="ru-RU"/>
        </w:rPr>
        <w:t>Цифровой результат — созданный в рамках конкретного заказа файл, ссылка, текст, макет, аудио-, видеозапись, цифровой портрет, архив или иной результат в электронной форме.</w:t>
      </w:r>
    </w:p>
    <w:p w14:paraId="6D3E854E" w14:textId="08329964" w:rsidR="00B52FE8" w:rsidRPr="005B0AA3" w:rsidRDefault="00343A9F" w:rsidP="006D2C3A">
      <w:pPr>
        <w:spacing w:after="0" w:line="300" w:lineRule="exact"/>
        <w:ind w:firstLine="567"/>
        <w:jc w:val="both"/>
        <w:rPr>
          <w:rFonts w:cs="Times New Roman"/>
          <w:color w:val="auto"/>
          <w:szCs w:val="24"/>
          <w:lang w:val="ru-RU"/>
        </w:rPr>
      </w:pPr>
      <w:r w:rsidRPr="005B0AA3">
        <w:rPr>
          <w:rFonts w:cs="Times New Roman"/>
          <w:color w:val="auto"/>
          <w:szCs w:val="24"/>
          <w:lang w:val="ru-RU"/>
        </w:rPr>
        <w:t>2.8.</w:t>
      </w:r>
      <w:r w:rsidR="009A6B67" w:rsidRPr="005B0AA3">
        <w:rPr>
          <w:rFonts w:cs="Times New Roman"/>
          <w:color w:val="auto"/>
          <w:szCs w:val="24"/>
          <w:lang w:val="ru-RU"/>
        </w:rPr>
        <w:t> </w:t>
      </w:r>
      <w:r w:rsidRPr="005B0AA3">
        <w:rPr>
          <w:rFonts w:cs="Times New Roman"/>
          <w:color w:val="auto"/>
          <w:szCs w:val="24"/>
          <w:lang w:val="ru-RU"/>
        </w:rPr>
        <w:t>Исходные материалы — сведения, тексты, фотографии, документы, письма, аудио-, видео- и иные материалы, переданные Заказчиком или Участником.</w:t>
      </w:r>
    </w:p>
    <w:p w14:paraId="128CEF7C" w14:textId="7FD83C0B" w:rsidR="00B52FE8" w:rsidRPr="005B0AA3" w:rsidRDefault="00343A9F" w:rsidP="006D2C3A">
      <w:pPr>
        <w:spacing w:after="0" w:line="300" w:lineRule="exact"/>
        <w:ind w:firstLine="567"/>
        <w:jc w:val="both"/>
        <w:rPr>
          <w:rFonts w:cs="Times New Roman"/>
          <w:color w:val="auto"/>
          <w:szCs w:val="24"/>
          <w:lang w:val="ru-RU"/>
        </w:rPr>
      </w:pPr>
      <w:r w:rsidRPr="005B0AA3">
        <w:rPr>
          <w:rFonts w:cs="Times New Roman"/>
          <w:color w:val="auto"/>
          <w:szCs w:val="24"/>
          <w:lang w:val="ru-RU"/>
        </w:rPr>
        <w:t>2.9.</w:t>
      </w:r>
      <w:r w:rsidR="009A6B67" w:rsidRPr="005B0AA3">
        <w:rPr>
          <w:rFonts w:cs="Times New Roman"/>
          <w:color w:val="auto"/>
          <w:szCs w:val="24"/>
          <w:lang w:val="ru-RU"/>
        </w:rPr>
        <w:t> </w:t>
      </w:r>
      <w:r w:rsidRPr="005B0AA3">
        <w:rPr>
          <w:rFonts w:cs="Times New Roman"/>
          <w:color w:val="auto"/>
          <w:szCs w:val="24"/>
          <w:lang w:val="ru-RU"/>
        </w:rPr>
        <w:t>Макет — подготовленная для согласования версия текста, дизайна, верстки, аудио-, видео- или иного результата до его окончательного изготовления или передачи.</w:t>
      </w:r>
    </w:p>
    <w:p w14:paraId="43CC1C1F" w14:textId="62777ECB" w:rsidR="00B52FE8" w:rsidRPr="005B0AA3" w:rsidRDefault="00343A9F" w:rsidP="006D2C3A">
      <w:pPr>
        <w:spacing w:after="0" w:line="300" w:lineRule="exact"/>
        <w:ind w:firstLine="567"/>
        <w:jc w:val="both"/>
        <w:rPr>
          <w:rFonts w:cs="Times New Roman"/>
          <w:color w:val="auto"/>
          <w:szCs w:val="24"/>
          <w:lang w:val="ru-RU"/>
        </w:rPr>
      </w:pPr>
      <w:r w:rsidRPr="005B0AA3">
        <w:rPr>
          <w:rFonts w:cs="Times New Roman"/>
          <w:color w:val="auto"/>
          <w:szCs w:val="24"/>
          <w:lang w:val="ru-RU"/>
        </w:rPr>
        <w:t>2.10.</w:t>
      </w:r>
      <w:r w:rsidR="009A6B67" w:rsidRPr="005B0AA3">
        <w:rPr>
          <w:rFonts w:cs="Times New Roman"/>
          <w:color w:val="auto"/>
          <w:szCs w:val="24"/>
          <w:lang w:val="ru-RU"/>
        </w:rPr>
        <w:t> </w:t>
      </w:r>
      <w:r w:rsidRPr="005B0AA3">
        <w:rPr>
          <w:rFonts w:cs="Times New Roman"/>
          <w:color w:val="auto"/>
          <w:szCs w:val="24"/>
          <w:lang w:val="ru-RU"/>
        </w:rPr>
        <w:t>Участник — физическое лицо, чьи ответы, изображение, голос, биография или материалы обрабатываются при создании результата; Участник может не совпадать с Заказчиком.</w:t>
      </w:r>
    </w:p>
    <w:p w14:paraId="085FB452" w14:textId="105A5949" w:rsidR="00B52FE8" w:rsidRPr="005B0AA3" w:rsidRDefault="00343A9F" w:rsidP="006D2C3A">
      <w:pPr>
        <w:spacing w:after="0" w:line="300" w:lineRule="exact"/>
        <w:ind w:firstLine="567"/>
        <w:jc w:val="both"/>
        <w:rPr>
          <w:rFonts w:cs="Times New Roman"/>
          <w:color w:val="auto"/>
          <w:szCs w:val="24"/>
          <w:lang w:val="ru-RU"/>
        </w:rPr>
      </w:pPr>
      <w:r w:rsidRPr="005B0AA3">
        <w:rPr>
          <w:rFonts w:cs="Times New Roman"/>
          <w:color w:val="auto"/>
          <w:szCs w:val="24"/>
          <w:lang w:val="ru-RU"/>
        </w:rPr>
        <w:t>2.11. Индивидуальный заказ — подтверждение принятия заказа, спецификация, счет, бриф либо совокупность электронных сообщений,</w:t>
      </w:r>
      <w:r w:rsidR="00FB05DD" w:rsidRPr="005B0AA3">
        <w:rPr>
          <w:rFonts w:cs="Times New Roman"/>
          <w:color w:val="auto"/>
          <w:szCs w:val="24"/>
          <w:lang w:val="ru-RU"/>
        </w:rPr>
        <w:t xml:space="preserve"> выражающих подтверждение принятия заказа</w:t>
      </w:r>
      <w:r w:rsidRPr="005B0AA3">
        <w:rPr>
          <w:rFonts w:cs="Times New Roman"/>
          <w:color w:val="auto"/>
          <w:szCs w:val="24"/>
          <w:lang w:val="ru-RU"/>
        </w:rPr>
        <w:t xml:space="preserve"> содержащих существенные и индивидуальные условия конкретного договора.</w:t>
      </w:r>
    </w:p>
    <w:p w14:paraId="5A956635" w14:textId="72F0C8A2" w:rsidR="00B52FE8" w:rsidRPr="005B0AA3" w:rsidRDefault="00343A9F" w:rsidP="006D2C3A">
      <w:pPr>
        <w:spacing w:after="0" w:line="300" w:lineRule="exact"/>
        <w:ind w:firstLine="567"/>
        <w:jc w:val="both"/>
        <w:rPr>
          <w:rFonts w:cs="Times New Roman"/>
          <w:color w:val="auto"/>
          <w:szCs w:val="24"/>
          <w:lang w:val="ru-RU"/>
        </w:rPr>
      </w:pPr>
      <w:r w:rsidRPr="005B0AA3">
        <w:rPr>
          <w:rFonts w:cs="Times New Roman"/>
          <w:color w:val="auto"/>
          <w:szCs w:val="24"/>
          <w:lang w:val="ru-RU"/>
        </w:rPr>
        <w:t>2.12.</w:t>
      </w:r>
      <w:r w:rsidR="009A6B67" w:rsidRPr="005B0AA3">
        <w:rPr>
          <w:rFonts w:cs="Times New Roman"/>
          <w:color w:val="auto"/>
          <w:szCs w:val="24"/>
          <w:lang w:val="ru-RU"/>
        </w:rPr>
        <w:t> </w:t>
      </w:r>
      <w:r w:rsidRPr="005B0AA3">
        <w:rPr>
          <w:rFonts w:cs="Times New Roman"/>
          <w:color w:val="auto"/>
          <w:szCs w:val="24"/>
          <w:lang w:val="ru-RU"/>
        </w:rPr>
        <w:t>Сертификат — документ или электронный код, подтверждающий внесение аванса в счет будущего заказа в пределах указанного номинала.</w:t>
      </w:r>
    </w:p>
    <w:p w14:paraId="307EF6D7" w14:textId="36DC4BAB" w:rsidR="00B52FE8" w:rsidRPr="005B0AA3" w:rsidRDefault="00343A9F" w:rsidP="006D2C3A">
      <w:pPr>
        <w:spacing w:after="0" w:line="300" w:lineRule="exact"/>
        <w:ind w:firstLine="567"/>
        <w:jc w:val="both"/>
        <w:rPr>
          <w:rFonts w:cs="Times New Roman"/>
          <w:color w:val="auto"/>
          <w:szCs w:val="24"/>
          <w:lang w:val="ru-RU"/>
        </w:rPr>
      </w:pPr>
      <w:r w:rsidRPr="005B0AA3">
        <w:rPr>
          <w:rFonts w:cs="Times New Roman"/>
          <w:color w:val="auto"/>
          <w:szCs w:val="24"/>
          <w:lang w:val="ru-RU"/>
        </w:rPr>
        <w:t>2.13.</w:t>
      </w:r>
      <w:r w:rsidR="009A6B67" w:rsidRPr="005B0AA3">
        <w:rPr>
          <w:rFonts w:cs="Times New Roman"/>
          <w:color w:val="auto"/>
          <w:szCs w:val="24"/>
          <w:lang w:val="ru-RU"/>
        </w:rPr>
        <w:t> </w:t>
      </w:r>
      <w:r w:rsidRPr="005B0AA3">
        <w:rPr>
          <w:rFonts w:cs="Times New Roman"/>
          <w:color w:val="auto"/>
          <w:szCs w:val="24"/>
          <w:lang w:val="ru-RU"/>
        </w:rPr>
        <w:t>Рабочий день — день, который не является выходным или нерабочим праздничным днем по законодательству Российской Федерации.</w:t>
      </w:r>
    </w:p>
    <w:p w14:paraId="5A2C9EE4" w14:textId="77777777" w:rsidR="009A6B67" w:rsidRPr="005B0AA3" w:rsidRDefault="009A6B67" w:rsidP="009A6B67">
      <w:pPr>
        <w:pStyle w:val="1"/>
        <w:spacing w:before="0" w:after="0" w:line="300" w:lineRule="exact"/>
        <w:jc w:val="both"/>
        <w:rPr>
          <w:rFonts w:ascii="Times New Roman" w:hAnsi="Times New Roman" w:cs="Times New Roman"/>
          <w:color w:val="FF0000"/>
          <w:sz w:val="24"/>
          <w:szCs w:val="24"/>
          <w:lang w:val="ru-RU"/>
        </w:rPr>
      </w:pPr>
    </w:p>
    <w:p w14:paraId="11D06C0D" w14:textId="3C4FBDAE" w:rsidR="00B52FE8" w:rsidRPr="005B0AA3" w:rsidRDefault="00343A9F" w:rsidP="009A6B67">
      <w:pPr>
        <w:pStyle w:val="1"/>
        <w:spacing w:before="0" w:after="0" w:line="300" w:lineRule="exact"/>
        <w:jc w:val="center"/>
        <w:rPr>
          <w:rFonts w:ascii="Times New Roman" w:hAnsi="Times New Roman" w:cs="Times New Roman"/>
          <w:color w:val="auto"/>
          <w:sz w:val="24"/>
          <w:szCs w:val="24"/>
          <w:lang w:val="ru-RU"/>
        </w:rPr>
      </w:pPr>
      <w:r w:rsidRPr="005B0AA3">
        <w:rPr>
          <w:rFonts w:ascii="Times New Roman" w:hAnsi="Times New Roman" w:cs="Times New Roman"/>
          <w:color w:val="auto"/>
          <w:sz w:val="24"/>
          <w:szCs w:val="24"/>
          <w:lang w:val="ru-RU"/>
        </w:rPr>
        <w:t>3. ПРЕДМЕТ ДОГОВОРА И ПРИОРИТЕТ ДОКУМЕНТОВ</w:t>
      </w:r>
    </w:p>
    <w:p w14:paraId="03CDEF51" w14:textId="751FF851" w:rsidR="00B52FE8" w:rsidRPr="005B0AA3" w:rsidRDefault="00343A9F" w:rsidP="006D2C3A">
      <w:pPr>
        <w:spacing w:after="0" w:line="300" w:lineRule="exact"/>
        <w:ind w:firstLine="567"/>
        <w:jc w:val="both"/>
        <w:rPr>
          <w:rFonts w:cs="Times New Roman"/>
          <w:color w:val="auto"/>
          <w:szCs w:val="24"/>
          <w:lang w:val="ru-RU"/>
        </w:rPr>
      </w:pPr>
      <w:r w:rsidRPr="005B0AA3">
        <w:rPr>
          <w:rFonts w:cs="Times New Roman"/>
          <w:color w:val="auto"/>
          <w:szCs w:val="24"/>
          <w:lang w:val="ru-RU"/>
        </w:rPr>
        <w:t>3.1.</w:t>
      </w:r>
      <w:r w:rsidR="009A6B67" w:rsidRPr="005B0AA3">
        <w:rPr>
          <w:rFonts w:cs="Times New Roman"/>
          <w:color w:val="auto"/>
          <w:szCs w:val="24"/>
          <w:lang w:val="ru-RU"/>
        </w:rPr>
        <w:t> </w:t>
      </w:r>
      <w:r w:rsidRPr="005B0AA3">
        <w:rPr>
          <w:rFonts w:cs="Times New Roman"/>
          <w:color w:val="auto"/>
          <w:szCs w:val="24"/>
          <w:lang w:val="ru-RU"/>
        </w:rPr>
        <w:t>Исполнитель обязуется оказать Услуги, выполнить Работы, передать товар, Цифровой материал или Цифровой результат, а Заказчик обязуется принять исполнение</w:t>
      </w:r>
      <w:r w:rsidR="009A6B67" w:rsidRPr="005B0AA3">
        <w:rPr>
          <w:rFonts w:cs="Times New Roman"/>
          <w:color w:val="auto"/>
          <w:szCs w:val="24"/>
          <w:lang w:val="ru-RU"/>
        </w:rPr>
        <w:t>/товар</w:t>
      </w:r>
      <w:r w:rsidRPr="005B0AA3">
        <w:rPr>
          <w:rFonts w:cs="Times New Roman"/>
          <w:color w:val="auto"/>
          <w:szCs w:val="24"/>
          <w:lang w:val="ru-RU"/>
        </w:rPr>
        <w:t xml:space="preserve"> и оплатить его.</w:t>
      </w:r>
    </w:p>
    <w:p w14:paraId="0E629992" w14:textId="53E9B234" w:rsidR="00B52FE8" w:rsidRPr="005B0AA3" w:rsidRDefault="00343A9F" w:rsidP="006D2C3A">
      <w:pPr>
        <w:spacing w:after="0" w:line="300" w:lineRule="exact"/>
        <w:ind w:firstLine="567"/>
        <w:jc w:val="both"/>
        <w:rPr>
          <w:rFonts w:cs="Times New Roman"/>
          <w:color w:val="auto"/>
          <w:szCs w:val="24"/>
          <w:lang w:val="ru-RU"/>
        </w:rPr>
      </w:pPr>
      <w:r w:rsidRPr="005B0AA3">
        <w:rPr>
          <w:rFonts w:cs="Times New Roman"/>
          <w:color w:val="auto"/>
          <w:szCs w:val="24"/>
          <w:lang w:val="ru-RU"/>
        </w:rPr>
        <w:t>3.2.</w:t>
      </w:r>
      <w:r w:rsidR="003E38E3" w:rsidRPr="005B0AA3">
        <w:rPr>
          <w:rFonts w:cs="Times New Roman"/>
          <w:color w:val="auto"/>
          <w:szCs w:val="24"/>
          <w:lang w:val="ru-RU"/>
        </w:rPr>
        <w:t> </w:t>
      </w:r>
      <w:r w:rsidRPr="005B0AA3">
        <w:rPr>
          <w:rFonts w:cs="Times New Roman"/>
          <w:color w:val="auto"/>
          <w:szCs w:val="24"/>
          <w:lang w:val="ru-RU"/>
        </w:rPr>
        <w:t>Наименование, состав, объем, характеристики, срок, цена, порядок оплаты, число интервью и правок, формат результата, условия доставки, срок хранения и иные индивидуальные условия указываются в Индивидуальном заказе.</w:t>
      </w:r>
    </w:p>
    <w:p w14:paraId="77AA30C8" w14:textId="768BEB71" w:rsidR="00B52FE8" w:rsidRPr="005B0AA3" w:rsidRDefault="00343A9F" w:rsidP="006D2C3A">
      <w:pPr>
        <w:spacing w:after="0" w:line="300" w:lineRule="exact"/>
        <w:ind w:firstLine="567"/>
        <w:jc w:val="both"/>
        <w:rPr>
          <w:rFonts w:cs="Times New Roman"/>
          <w:color w:val="auto"/>
          <w:szCs w:val="24"/>
          <w:lang w:val="ru-RU"/>
        </w:rPr>
      </w:pPr>
      <w:r w:rsidRPr="005B0AA3">
        <w:rPr>
          <w:rFonts w:cs="Times New Roman"/>
          <w:color w:val="auto"/>
          <w:szCs w:val="24"/>
          <w:lang w:val="ru-RU"/>
        </w:rPr>
        <w:t>3.3.</w:t>
      </w:r>
      <w:r w:rsidR="003E38E3" w:rsidRPr="005B0AA3">
        <w:rPr>
          <w:rFonts w:cs="Times New Roman"/>
          <w:color w:val="auto"/>
          <w:szCs w:val="24"/>
          <w:lang w:val="ru-RU"/>
        </w:rPr>
        <w:t> </w:t>
      </w:r>
      <w:r w:rsidRPr="005B0AA3">
        <w:rPr>
          <w:rFonts w:cs="Times New Roman"/>
          <w:color w:val="auto"/>
          <w:szCs w:val="24"/>
          <w:lang w:val="ru-RU"/>
        </w:rPr>
        <w:t xml:space="preserve">При противоречии документов применяются: Индивидуальный заказ — в отношении конкретно согласованных условий; настоящие условия — в неурегулированной части; информация на Сайте — только если Индивидуальный заказ прямо включает ее путем ссылки. </w:t>
      </w:r>
    </w:p>
    <w:p w14:paraId="571E5214" w14:textId="569C0773" w:rsidR="00B52FE8" w:rsidRPr="005B0AA3" w:rsidRDefault="00343A9F" w:rsidP="006D2C3A">
      <w:pPr>
        <w:spacing w:after="0" w:line="300" w:lineRule="exact"/>
        <w:ind w:firstLine="567"/>
        <w:jc w:val="both"/>
        <w:rPr>
          <w:rFonts w:cs="Times New Roman"/>
          <w:color w:val="auto"/>
          <w:szCs w:val="24"/>
          <w:lang w:val="ru-RU"/>
        </w:rPr>
      </w:pPr>
      <w:r w:rsidRPr="005B0AA3">
        <w:rPr>
          <w:rFonts w:cs="Times New Roman"/>
          <w:color w:val="auto"/>
          <w:szCs w:val="24"/>
          <w:lang w:val="ru-RU"/>
        </w:rPr>
        <w:t>3.4.</w:t>
      </w:r>
      <w:r w:rsidR="003E38E3" w:rsidRPr="005B0AA3">
        <w:rPr>
          <w:rFonts w:cs="Times New Roman"/>
          <w:color w:val="auto"/>
          <w:szCs w:val="24"/>
          <w:lang w:val="ru-RU"/>
        </w:rPr>
        <w:t> </w:t>
      </w:r>
      <w:r w:rsidRPr="005B0AA3">
        <w:rPr>
          <w:rFonts w:cs="Times New Roman"/>
          <w:color w:val="auto"/>
          <w:szCs w:val="24"/>
          <w:lang w:val="ru-RU"/>
        </w:rPr>
        <w:t>Исполнитель не оказывает медицинские, психологические, психотерапевтические, юридические, нотариальные, архивные и иные услуги, для которых законом требуется лицензия, аккредитация, специальный статус или членство</w:t>
      </w:r>
      <w:r w:rsidR="00FB05DD" w:rsidRPr="005B0AA3">
        <w:rPr>
          <w:rFonts w:cs="Times New Roman"/>
          <w:color w:val="auto"/>
          <w:szCs w:val="24"/>
          <w:lang w:val="ru-RU"/>
        </w:rPr>
        <w:t>.</w:t>
      </w:r>
    </w:p>
    <w:p w14:paraId="413FB8FC" w14:textId="43BC1960" w:rsidR="00B52FE8" w:rsidRPr="005B0AA3" w:rsidRDefault="00343A9F" w:rsidP="006D2C3A">
      <w:pPr>
        <w:spacing w:after="0" w:line="300" w:lineRule="exact"/>
        <w:ind w:firstLine="567"/>
        <w:jc w:val="both"/>
        <w:rPr>
          <w:rFonts w:cs="Times New Roman"/>
          <w:color w:val="auto"/>
          <w:szCs w:val="24"/>
          <w:lang w:val="ru-RU"/>
        </w:rPr>
      </w:pPr>
      <w:r w:rsidRPr="005B0AA3">
        <w:rPr>
          <w:rFonts w:cs="Times New Roman"/>
          <w:color w:val="auto"/>
          <w:szCs w:val="24"/>
          <w:lang w:val="ru-RU"/>
        </w:rPr>
        <w:t>3.5.</w:t>
      </w:r>
      <w:r w:rsidR="003E38E3" w:rsidRPr="005B0AA3">
        <w:rPr>
          <w:rFonts w:cs="Times New Roman"/>
          <w:color w:val="auto"/>
          <w:szCs w:val="24"/>
          <w:lang w:val="ru-RU"/>
        </w:rPr>
        <w:t> </w:t>
      </w:r>
      <w:r w:rsidRPr="005B0AA3">
        <w:rPr>
          <w:rFonts w:cs="Times New Roman"/>
          <w:color w:val="auto"/>
          <w:szCs w:val="24"/>
          <w:lang w:val="ru-RU"/>
        </w:rPr>
        <w:t>Если Заказчик и Участник являются разными лицами, Заказчик обеспечивает возможность прямого волеизъявления Участника или его законного представителя. Заказчик не вправе предоставить согласие от имени Участника без документально подтвержденных полномочий.</w:t>
      </w:r>
    </w:p>
    <w:p w14:paraId="385269B8" w14:textId="65938441" w:rsidR="003E38E3" w:rsidRPr="005B0AA3" w:rsidRDefault="00E3391C" w:rsidP="00E3391C">
      <w:pPr>
        <w:spacing w:after="0" w:line="300" w:lineRule="exact"/>
        <w:ind w:firstLine="567"/>
        <w:jc w:val="both"/>
        <w:rPr>
          <w:lang w:val="ru-RU"/>
        </w:rPr>
      </w:pPr>
      <w:r w:rsidRPr="005B0AA3">
        <w:rPr>
          <w:rFonts w:cs="Times New Roman"/>
          <w:color w:val="auto"/>
          <w:szCs w:val="24"/>
          <w:lang w:val="ru-RU"/>
        </w:rPr>
        <w:t>3.6. </w:t>
      </w:r>
      <w:r w:rsidRPr="005B0AA3">
        <w:rPr>
          <w:lang w:val="ru-RU"/>
        </w:rPr>
        <w:t xml:space="preserve">Исполнитель не осуществляет проверку достоверности, полноты, непротиворечивости, исторической или фактической точности сведений, сообщенных Заказчиком, Участником либо содержащихся в переданных ими Исходных материалах, и не проводит их юридическую, научную, медицинскую, архивную, экспертную или иную профессиональную оценку, если соответствующая проверка прямо не предусмотрена Индивидуальным заказом. Обязанности Исполнителя ограничиваются записью, </w:t>
      </w:r>
      <w:proofErr w:type="spellStart"/>
      <w:r w:rsidRPr="005B0AA3">
        <w:rPr>
          <w:lang w:val="ru-RU"/>
        </w:rPr>
        <w:t>транскрибацией</w:t>
      </w:r>
      <w:proofErr w:type="spellEnd"/>
      <w:r w:rsidRPr="005B0AA3">
        <w:rPr>
          <w:lang w:val="ru-RU"/>
        </w:rPr>
        <w:t>, систематизацией, структурированием, литературным и техническим редактированием, оформлением и воспроизведением предоставленных сведений в бумажном или электронном результате. Включение сведений в результат не означает подтверждения Исполнителем их достоверности, одобрения содержащихся в них утверждений или принятия Исполнителем ответственности за их содержание. Заказчик обязан самостоятельно проверить фактические сведения, имена, даты, события, цитаты и иные данные при согласовании результата и сообщить Исполнителю о необходимых исправлениях.</w:t>
      </w:r>
    </w:p>
    <w:p w14:paraId="674592DE" w14:textId="77777777" w:rsidR="00E3391C" w:rsidRPr="005B0AA3" w:rsidRDefault="00E3391C" w:rsidP="00E3391C">
      <w:pPr>
        <w:spacing w:after="0" w:line="300" w:lineRule="exact"/>
        <w:ind w:firstLine="567"/>
        <w:jc w:val="both"/>
        <w:rPr>
          <w:rFonts w:cs="Times New Roman"/>
          <w:color w:val="auto"/>
          <w:szCs w:val="24"/>
          <w:lang w:val="ru-RU"/>
        </w:rPr>
      </w:pPr>
    </w:p>
    <w:p w14:paraId="44A86EB8" w14:textId="1E68DF7C" w:rsidR="00B52FE8" w:rsidRPr="005B0AA3" w:rsidRDefault="00343A9F" w:rsidP="003E38E3">
      <w:pPr>
        <w:pStyle w:val="1"/>
        <w:spacing w:before="0" w:after="0" w:line="300" w:lineRule="exact"/>
        <w:jc w:val="center"/>
        <w:rPr>
          <w:rFonts w:ascii="Times New Roman" w:hAnsi="Times New Roman" w:cs="Times New Roman"/>
          <w:color w:val="auto"/>
          <w:sz w:val="24"/>
          <w:szCs w:val="24"/>
          <w:lang w:val="ru-RU"/>
        </w:rPr>
      </w:pPr>
      <w:r w:rsidRPr="005B0AA3">
        <w:rPr>
          <w:rFonts w:ascii="Times New Roman" w:hAnsi="Times New Roman" w:cs="Times New Roman"/>
          <w:color w:val="auto"/>
          <w:sz w:val="24"/>
          <w:szCs w:val="24"/>
          <w:lang w:val="ru-RU"/>
        </w:rPr>
        <w:t>4. ЗАКЛЮЧЕНИЕ ДОГОВОРА</w:t>
      </w:r>
    </w:p>
    <w:p w14:paraId="0CAC5426" w14:textId="7903855F" w:rsidR="00B52FE8" w:rsidRPr="003E38E3" w:rsidRDefault="00343A9F" w:rsidP="006D2C3A">
      <w:pPr>
        <w:spacing w:after="0" w:line="300" w:lineRule="exact"/>
        <w:ind w:firstLine="567"/>
        <w:jc w:val="both"/>
        <w:rPr>
          <w:rFonts w:cs="Times New Roman"/>
          <w:color w:val="auto"/>
          <w:szCs w:val="24"/>
          <w:lang w:val="ru-RU"/>
        </w:rPr>
      </w:pPr>
      <w:r w:rsidRPr="005B0AA3">
        <w:rPr>
          <w:rFonts w:cs="Times New Roman"/>
          <w:color w:val="auto"/>
          <w:szCs w:val="24"/>
          <w:lang w:val="ru-RU"/>
        </w:rPr>
        <w:t>4.1.</w:t>
      </w:r>
      <w:r w:rsidR="003E38E3" w:rsidRPr="005B0AA3">
        <w:rPr>
          <w:rFonts w:cs="Times New Roman"/>
          <w:color w:val="auto"/>
          <w:szCs w:val="24"/>
          <w:lang w:val="ru-RU"/>
        </w:rPr>
        <w:t> </w:t>
      </w:r>
      <w:r w:rsidRPr="005B0AA3">
        <w:rPr>
          <w:rFonts w:cs="Times New Roman"/>
          <w:color w:val="auto"/>
          <w:szCs w:val="24"/>
          <w:lang w:val="ru-RU"/>
        </w:rPr>
        <w:t xml:space="preserve">До направления заказа Заказчику предоставляется возможность ознакомиться с описанием </w:t>
      </w:r>
      <w:r w:rsidR="00FB05DD" w:rsidRPr="005B0AA3">
        <w:rPr>
          <w:rFonts w:cs="Times New Roman"/>
          <w:color w:val="auto"/>
          <w:szCs w:val="24"/>
          <w:lang w:val="ru-RU"/>
        </w:rPr>
        <w:t>направлений деятельности Исполнителя</w:t>
      </w:r>
      <w:r w:rsidRPr="005B0AA3">
        <w:rPr>
          <w:rFonts w:cs="Times New Roman"/>
          <w:color w:val="auto"/>
          <w:szCs w:val="24"/>
          <w:lang w:val="ru-RU"/>
        </w:rPr>
        <w:t>, ценой</w:t>
      </w:r>
      <w:r w:rsidRPr="003E38E3">
        <w:rPr>
          <w:rFonts w:cs="Times New Roman"/>
          <w:color w:val="auto"/>
          <w:szCs w:val="24"/>
          <w:lang w:val="ru-RU"/>
        </w:rPr>
        <w:t xml:space="preserve">, условиями оплаты и доставки, настоящими условиями, правилами возврата и иными применимыми документами. Политика </w:t>
      </w:r>
      <w:r w:rsidRPr="003E38E3">
        <w:rPr>
          <w:rFonts w:cs="Times New Roman"/>
          <w:color w:val="auto"/>
          <w:szCs w:val="24"/>
          <w:lang w:val="ru-RU"/>
        </w:rPr>
        <w:lastRenderedPageBreak/>
        <w:t>обработки персональных данных предоставляется для ознакомления; согласия на обработку персональных данных оформляются отдельно в случаях, когда они требуются.</w:t>
      </w:r>
    </w:p>
    <w:p w14:paraId="4A24FE56" w14:textId="2F3127CF" w:rsidR="00B52FE8" w:rsidRPr="003E38E3" w:rsidRDefault="00343A9F" w:rsidP="006D2C3A">
      <w:pPr>
        <w:spacing w:after="0" w:line="300" w:lineRule="exact"/>
        <w:ind w:firstLine="567"/>
        <w:jc w:val="both"/>
        <w:rPr>
          <w:rFonts w:cs="Times New Roman"/>
          <w:color w:val="auto"/>
          <w:szCs w:val="24"/>
          <w:lang w:val="ru-RU"/>
        </w:rPr>
      </w:pPr>
      <w:r w:rsidRPr="003E38E3">
        <w:rPr>
          <w:rFonts w:cs="Times New Roman"/>
          <w:color w:val="auto"/>
          <w:szCs w:val="24"/>
          <w:lang w:val="ru-RU"/>
        </w:rPr>
        <w:t>4.2.</w:t>
      </w:r>
      <w:r w:rsidR="003E38E3">
        <w:rPr>
          <w:rFonts w:cs="Times New Roman"/>
          <w:color w:val="auto"/>
          <w:szCs w:val="24"/>
          <w:lang w:val="ru-RU"/>
        </w:rPr>
        <w:t> </w:t>
      </w:r>
      <w:r w:rsidRPr="003E38E3">
        <w:rPr>
          <w:rFonts w:cs="Times New Roman"/>
          <w:color w:val="auto"/>
          <w:szCs w:val="24"/>
          <w:lang w:val="ru-RU"/>
        </w:rPr>
        <w:t xml:space="preserve">Заказ Заказчика должен позволять определить выбранное </w:t>
      </w:r>
      <w:r w:rsidR="00FB05DD">
        <w:rPr>
          <w:rFonts w:cs="Times New Roman"/>
          <w:color w:val="auto"/>
          <w:szCs w:val="24"/>
          <w:lang w:val="ru-RU"/>
        </w:rPr>
        <w:t>направление деятельности Исполнителя</w:t>
      </w:r>
      <w:r w:rsidRPr="003E38E3">
        <w:rPr>
          <w:rFonts w:cs="Times New Roman"/>
          <w:color w:val="auto"/>
          <w:szCs w:val="24"/>
          <w:lang w:val="ru-RU"/>
        </w:rPr>
        <w:t xml:space="preserve"> и содержать сведения, необходимые для его исполнения. Заказ с изменениями или дополнениями рассматривается как новое предложение Заказчика.</w:t>
      </w:r>
    </w:p>
    <w:p w14:paraId="083DFC7E" w14:textId="35AF3926" w:rsidR="00B52FE8" w:rsidRPr="003E38E3" w:rsidRDefault="00343A9F" w:rsidP="006D2C3A">
      <w:pPr>
        <w:spacing w:after="0" w:line="300" w:lineRule="exact"/>
        <w:ind w:firstLine="567"/>
        <w:jc w:val="both"/>
        <w:rPr>
          <w:rFonts w:cs="Times New Roman"/>
          <w:color w:val="auto"/>
          <w:szCs w:val="24"/>
          <w:lang w:val="ru-RU"/>
        </w:rPr>
      </w:pPr>
      <w:r w:rsidRPr="003E38E3">
        <w:rPr>
          <w:rFonts w:cs="Times New Roman"/>
          <w:color w:val="auto"/>
          <w:szCs w:val="24"/>
          <w:lang w:val="ru-RU"/>
        </w:rPr>
        <w:t>4.3.</w:t>
      </w:r>
      <w:r w:rsidR="003E38E3">
        <w:rPr>
          <w:rFonts w:cs="Times New Roman"/>
          <w:color w:val="auto"/>
          <w:szCs w:val="24"/>
          <w:lang w:val="ru-RU"/>
        </w:rPr>
        <w:t> </w:t>
      </w:r>
      <w:r w:rsidRPr="003E38E3">
        <w:rPr>
          <w:rFonts w:cs="Times New Roman"/>
          <w:color w:val="auto"/>
          <w:szCs w:val="24"/>
          <w:lang w:val="ru-RU"/>
        </w:rPr>
        <w:t>Подтверждение принятия заказа содержит номер или иной идентификатор, предмет заказа, цену, размер и срок платежей, срок исполнения или порядок его определения</w:t>
      </w:r>
      <w:r w:rsidR="003E38E3" w:rsidRPr="003E38E3">
        <w:rPr>
          <w:rFonts w:cs="Times New Roman"/>
          <w:color w:val="auto"/>
          <w:szCs w:val="24"/>
          <w:lang w:val="ru-RU"/>
        </w:rPr>
        <w:t xml:space="preserve">. </w:t>
      </w:r>
      <w:r w:rsidRPr="003E38E3">
        <w:rPr>
          <w:rFonts w:cs="Times New Roman"/>
          <w:color w:val="auto"/>
          <w:szCs w:val="24"/>
          <w:lang w:val="ru-RU"/>
        </w:rPr>
        <w:t>Автоматическое уведомление о техническом получении заявки или платежа не является подтверждением принятия заказа, если в нем прямо не указано обратное.</w:t>
      </w:r>
    </w:p>
    <w:p w14:paraId="2B577E04" w14:textId="77777777" w:rsidR="00760FE7" w:rsidRDefault="00760FE7" w:rsidP="006D2C3A">
      <w:pPr>
        <w:spacing w:after="0" w:line="300" w:lineRule="exact"/>
        <w:ind w:firstLine="567"/>
        <w:jc w:val="both"/>
        <w:rPr>
          <w:lang w:val="ru-RU"/>
        </w:rPr>
      </w:pPr>
      <w:r>
        <w:rPr>
          <w:lang w:val="ru-RU"/>
        </w:rPr>
        <w:t>4.4. </w:t>
      </w:r>
      <w:r w:rsidRPr="00760FE7">
        <w:rPr>
          <w:lang w:val="ru-RU"/>
        </w:rPr>
        <w:t xml:space="preserve">Если Заказчик внес денежные средства до подтверждения принятия Заказа, а Исполнитель отказался принять Заказ либо не может его исполнить, полученные денежные средства возвращаются Заказчику тем же способом, которым они были уплачены, если Стороны не согласовали иной законный способ возврата, за вычетом фактически понесенных и документально подтвержденных расходов Исполнителя, непосредственно связанных с выполнением по предварительному поручению Заказчика подготовительных действий в отношении конкретного Заказа. </w:t>
      </w:r>
    </w:p>
    <w:p w14:paraId="644212FB" w14:textId="73D2F0ED" w:rsidR="00B52FE8" w:rsidRPr="00760FE7" w:rsidRDefault="00343A9F" w:rsidP="006D2C3A">
      <w:pPr>
        <w:spacing w:after="0" w:line="300" w:lineRule="exact"/>
        <w:ind w:firstLine="567"/>
        <w:jc w:val="both"/>
        <w:rPr>
          <w:rFonts w:cs="Times New Roman"/>
          <w:color w:val="auto"/>
          <w:szCs w:val="24"/>
          <w:lang w:val="ru-RU"/>
        </w:rPr>
      </w:pPr>
      <w:r w:rsidRPr="00760FE7">
        <w:rPr>
          <w:rFonts w:cs="Times New Roman"/>
          <w:color w:val="auto"/>
          <w:szCs w:val="24"/>
          <w:lang w:val="ru-RU"/>
        </w:rPr>
        <w:t>4.5.</w:t>
      </w:r>
      <w:r w:rsidR="00760FE7">
        <w:rPr>
          <w:rFonts w:cs="Times New Roman"/>
          <w:color w:val="auto"/>
          <w:szCs w:val="24"/>
          <w:lang w:val="ru-RU"/>
        </w:rPr>
        <w:t> </w:t>
      </w:r>
      <w:r w:rsidRPr="00760FE7">
        <w:rPr>
          <w:rFonts w:cs="Times New Roman"/>
          <w:color w:val="auto"/>
          <w:szCs w:val="24"/>
          <w:lang w:val="ru-RU"/>
        </w:rPr>
        <w:t>Исполнитель вправе запросить дополнительные сведения, материалы, документы, подтверждения прав и согласия, необходимые для исполнения. До их получения Исполнитель вправе не принимать заказ либо приостановить его исполнение.</w:t>
      </w:r>
    </w:p>
    <w:p w14:paraId="23C038C6" w14:textId="77777777" w:rsidR="00760FE7" w:rsidRPr="00760FE7" w:rsidRDefault="00760FE7" w:rsidP="00760FE7">
      <w:pPr>
        <w:pStyle w:val="1"/>
        <w:spacing w:before="0" w:after="0" w:line="300" w:lineRule="exact"/>
        <w:jc w:val="both"/>
        <w:rPr>
          <w:rFonts w:ascii="Times New Roman" w:hAnsi="Times New Roman" w:cs="Times New Roman"/>
          <w:color w:val="auto"/>
          <w:sz w:val="24"/>
          <w:szCs w:val="24"/>
          <w:lang w:val="ru-RU"/>
        </w:rPr>
      </w:pPr>
    </w:p>
    <w:p w14:paraId="55DF212A" w14:textId="118B3014" w:rsidR="00B52FE8" w:rsidRPr="00760FE7" w:rsidRDefault="00343A9F" w:rsidP="00760FE7">
      <w:pPr>
        <w:pStyle w:val="1"/>
        <w:spacing w:before="0" w:after="0" w:line="300" w:lineRule="exact"/>
        <w:jc w:val="center"/>
        <w:rPr>
          <w:rFonts w:ascii="Times New Roman" w:hAnsi="Times New Roman" w:cs="Times New Roman"/>
          <w:color w:val="auto"/>
          <w:sz w:val="24"/>
          <w:szCs w:val="24"/>
          <w:lang w:val="ru-RU"/>
        </w:rPr>
      </w:pPr>
      <w:r w:rsidRPr="00760FE7">
        <w:rPr>
          <w:rFonts w:ascii="Times New Roman" w:hAnsi="Times New Roman" w:cs="Times New Roman"/>
          <w:color w:val="auto"/>
          <w:sz w:val="24"/>
          <w:szCs w:val="24"/>
          <w:lang w:val="ru-RU"/>
        </w:rPr>
        <w:t>5. ПРАВА И ОБЯЗАННОСТИ СТОРОН</w:t>
      </w:r>
    </w:p>
    <w:p w14:paraId="6C083D5E" w14:textId="69F6ACF6" w:rsidR="00B52FE8" w:rsidRPr="00760FE7" w:rsidRDefault="00343A9F" w:rsidP="006D2C3A">
      <w:pPr>
        <w:spacing w:after="0" w:line="300" w:lineRule="exact"/>
        <w:ind w:firstLine="567"/>
        <w:jc w:val="both"/>
        <w:rPr>
          <w:rFonts w:cs="Times New Roman"/>
          <w:color w:val="auto"/>
          <w:szCs w:val="24"/>
          <w:lang w:val="ru-RU"/>
        </w:rPr>
      </w:pPr>
      <w:r w:rsidRPr="00760FE7">
        <w:rPr>
          <w:rFonts w:cs="Times New Roman"/>
          <w:color w:val="auto"/>
          <w:szCs w:val="24"/>
          <w:lang w:val="ru-RU"/>
        </w:rPr>
        <w:t>5.1.</w:t>
      </w:r>
      <w:r w:rsidR="00760FE7" w:rsidRPr="00760FE7">
        <w:rPr>
          <w:rFonts w:cs="Times New Roman"/>
          <w:color w:val="auto"/>
          <w:szCs w:val="24"/>
          <w:lang w:val="ru-RU"/>
        </w:rPr>
        <w:t> </w:t>
      </w:r>
      <w:r w:rsidRPr="00760FE7">
        <w:rPr>
          <w:rFonts w:cs="Times New Roman"/>
          <w:color w:val="auto"/>
          <w:szCs w:val="24"/>
          <w:lang w:val="ru-RU"/>
        </w:rPr>
        <w:t>Исполнитель обязан исполнить заказ в согласованном объеме и качестве, предоставить предусмотренную законом информацию, соблюдать конфиденциальность Исходных материалов и выполнять самостоятельные обязанности оператора персональных данных.</w:t>
      </w:r>
    </w:p>
    <w:p w14:paraId="13273BAF" w14:textId="07078418" w:rsidR="00B52FE8" w:rsidRPr="00760FE7" w:rsidRDefault="00343A9F" w:rsidP="006D2C3A">
      <w:pPr>
        <w:spacing w:after="0" w:line="300" w:lineRule="exact"/>
        <w:ind w:firstLine="567"/>
        <w:jc w:val="both"/>
        <w:rPr>
          <w:rFonts w:cs="Times New Roman"/>
          <w:color w:val="auto"/>
          <w:szCs w:val="24"/>
          <w:lang w:val="ru-RU"/>
        </w:rPr>
      </w:pPr>
      <w:r w:rsidRPr="00760FE7">
        <w:rPr>
          <w:rFonts w:cs="Times New Roman"/>
          <w:color w:val="auto"/>
          <w:szCs w:val="24"/>
          <w:lang w:val="ru-RU"/>
        </w:rPr>
        <w:t>5.2.</w:t>
      </w:r>
      <w:r w:rsidR="00760FE7">
        <w:rPr>
          <w:rFonts w:cs="Times New Roman"/>
          <w:color w:val="auto"/>
          <w:szCs w:val="24"/>
          <w:lang w:val="ru-RU"/>
        </w:rPr>
        <w:t> </w:t>
      </w:r>
      <w:r w:rsidRPr="00760FE7">
        <w:rPr>
          <w:rFonts w:cs="Times New Roman"/>
          <w:color w:val="auto"/>
          <w:szCs w:val="24"/>
          <w:lang w:val="ru-RU"/>
        </w:rPr>
        <w:t>Исполнитель вправе самостоятельно определять технологическую последовательность исполнения, если это не изменяет предмет, обязательные характеристики и согласованные сроки.</w:t>
      </w:r>
    </w:p>
    <w:p w14:paraId="632957DA" w14:textId="302A97CC" w:rsidR="00B52FE8" w:rsidRPr="00760FE7" w:rsidRDefault="00343A9F" w:rsidP="006D2C3A">
      <w:pPr>
        <w:spacing w:after="0" w:line="300" w:lineRule="exact"/>
        <w:ind w:firstLine="567"/>
        <w:jc w:val="both"/>
        <w:rPr>
          <w:rFonts w:cs="Times New Roman"/>
          <w:color w:val="auto"/>
          <w:szCs w:val="24"/>
          <w:lang w:val="ru-RU"/>
        </w:rPr>
      </w:pPr>
      <w:r w:rsidRPr="00760FE7">
        <w:rPr>
          <w:rFonts w:cs="Times New Roman"/>
          <w:color w:val="auto"/>
          <w:szCs w:val="24"/>
          <w:lang w:val="ru-RU"/>
        </w:rPr>
        <w:t>5.3. Исполнитель вправе привлекать работников и подрядчиков,</w:t>
      </w:r>
      <w:r w:rsidR="00760FE7" w:rsidRPr="00760FE7">
        <w:rPr>
          <w:szCs w:val="24"/>
          <w:lang w:val="ru-RU"/>
        </w:rPr>
        <w:t xml:space="preserve"> </w:t>
      </w:r>
      <w:r w:rsidR="00760FE7" w:rsidRPr="00DE0D7F">
        <w:rPr>
          <w:szCs w:val="24"/>
          <w:lang w:val="ru-RU"/>
        </w:rPr>
        <w:t>авторов, редакторов, дизайнеров, интервьюеров, типографии</w:t>
      </w:r>
      <w:r w:rsidR="00760FE7">
        <w:rPr>
          <w:szCs w:val="24"/>
          <w:lang w:val="ru-RU"/>
        </w:rPr>
        <w:t xml:space="preserve"> </w:t>
      </w:r>
      <w:r w:rsidR="00760FE7" w:rsidRPr="00DE0D7F">
        <w:rPr>
          <w:szCs w:val="24"/>
          <w:lang w:val="ru-RU"/>
        </w:rPr>
        <w:t>и иных третьих ли</w:t>
      </w:r>
      <w:r w:rsidR="00760FE7">
        <w:rPr>
          <w:szCs w:val="24"/>
          <w:lang w:val="ru-RU"/>
        </w:rPr>
        <w:t>ц</w:t>
      </w:r>
      <w:r w:rsidRPr="00760FE7">
        <w:rPr>
          <w:rFonts w:cs="Times New Roman"/>
          <w:color w:val="auto"/>
          <w:szCs w:val="24"/>
          <w:lang w:val="ru-RU"/>
        </w:rPr>
        <w:t xml:space="preserve"> оставаясь ответственным перед Заказчиком за их действия. Если </w:t>
      </w:r>
      <w:r w:rsidR="00760FE7">
        <w:rPr>
          <w:rFonts w:cs="Times New Roman"/>
          <w:color w:val="auto"/>
          <w:szCs w:val="24"/>
          <w:lang w:val="ru-RU"/>
        </w:rPr>
        <w:t>указанные лица</w:t>
      </w:r>
      <w:r w:rsidRPr="00760FE7">
        <w:rPr>
          <w:rFonts w:cs="Times New Roman"/>
          <w:color w:val="auto"/>
          <w:szCs w:val="24"/>
          <w:lang w:val="ru-RU"/>
        </w:rPr>
        <w:t xml:space="preserve"> обрабатыва</w:t>
      </w:r>
      <w:r w:rsidR="00760FE7">
        <w:rPr>
          <w:rFonts w:cs="Times New Roman"/>
          <w:color w:val="auto"/>
          <w:szCs w:val="24"/>
          <w:lang w:val="ru-RU"/>
        </w:rPr>
        <w:t>ют</w:t>
      </w:r>
      <w:r w:rsidRPr="00760FE7">
        <w:rPr>
          <w:rFonts w:cs="Times New Roman"/>
          <w:color w:val="auto"/>
          <w:szCs w:val="24"/>
          <w:lang w:val="ru-RU"/>
        </w:rPr>
        <w:t xml:space="preserve"> персональные данные по поручению Исполнителя, с ним</w:t>
      </w:r>
      <w:r w:rsidR="00760FE7">
        <w:rPr>
          <w:rFonts w:cs="Times New Roman"/>
          <w:color w:val="auto"/>
          <w:szCs w:val="24"/>
          <w:lang w:val="ru-RU"/>
        </w:rPr>
        <w:t>и</w:t>
      </w:r>
      <w:r w:rsidRPr="00760FE7">
        <w:rPr>
          <w:rFonts w:cs="Times New Roman"/>
          <w:color w:val="auto"/>
          <w:szCs w:val="24"/>
          <w:lang w:val="ru-RU"/>
        </w:rPr>
        <w:t xml:space="preserve"> заключается поручение, соответствующее части 3 статьи 6 Федерального закона № 152-ФЗ.</w:t>
      </w:r>
    </w:p>
    <w:p w14:paraId="441C37A3" w14:textId="70B4BB39" w:rsidR="00B52FE8" w:rsidRPr="005563F7" w:rsidRDefault="00343A9F" w:rsidP="006D2C3A">
      <w:pPr>
        <w:spacing w:after="0" w:line="300" w:lineRule="exact"/>
        <w:ind w:firstLine="567"/>
        <w:jc w:val="both"/>
        <w:rPr>
          <w:rFonts w:cs="Times New Roman"/>
          <w:color w:val="auto"/>
          <w:szCs w:val="24"/>
          <w:lang w:val="ru-RU"/>
        </w:rPr>
      </w:pPr>
      <w:r w:rsidRPr="00760FE7">
        <w:rPr>
          <w:rFonts w:cs="Times New Roman"/>
          <w:color w:val="auto"/>
          <w:szCs w:val="24"/>
          <w:lang w:val="ru-RU"/>
        </w:rPr>
        <w:t>5.4.</w:t>
      </w:r>
      <w:r w:rsidR="00760FE7">
        <w:rPr>
          <w:rFonts w:cs="Times New Roman"/>
          <w:color w:val="auto"/>
          <w:szCs w:val="24"/>
          <w:lang w:val="ru-RU"/>
        </w:rPr>
        <w:t> </w:t>
      </w:r>
      <w:r w:rsidRPr="005563F7">
        <w:rPr>
          <w:rFonts w:cs="Times New Roman"/>
          <w:color w:val="auto"/>
          <w:szCs w:val="24"/>
          <w:lang w:val="ru-RU"/>
        </w:rPr>
        <w:t>Исполнитель вправе приостановить исполнение при просрочке оплаты, непредоставлении материалов, отсутствии обязательного согласия Участника, невозможности связи или обоснованных сомнениях в законности использования материала, сообщив причину и действия, необходимые для возобновления.</w:t>
      </w:r>
    </w:p>
    <w:p w14:paraId="097CE02A" w14:textId="3E3B3A12" w:rsidR="00760FE7" w:rsidRPr="005563F7" w:rsidRDefault="00760FE7" w:rsidP="00760FE7">
      <w:pPr>
        <w:pStyle w:val="Clause"/>
        <w:spacing w:after="0" w:line="300" w:lineRule="exact"/>
        <w:ind w:firstLine="567"/>
        <w:rPr>
          <w:rFonts w:eastAsia="Times New Roman"/>
          <w:szCs w:val="24"/>
          <w:lang w:val="ru-RU"/>
        </w:rPr>
      </w:pPr>
      <w:r w:rsidRPr="005563F7">
        <w:rPr>
          <w:rFonts w:eastAsia="Times New Roman"/>
          <w:szCs w:val="24"/>
          <w:lang w:val="ru-RU"/>
        </w:rPr>
        <w:t>5.5. Использовать обезличенную статистическую информацию о заказах и работе сайта для внутренней аналитики и улучшения качества сервиса.</w:t>
      </w:r>
    </w:p>
    <w:p w14:paraId="5098187F" w14:textId="4FBD6DC5" w:rsidR="00760FE7" w:rsidRPr="005563F7" w:rsidRDefault="00343A9F" w:rsidP="006D2C3A">
      <w:pPr>
        <w:spacing w:after="0" w:line="300" w:lineRule="exact"/>
        <w:ind w:firstLine="567"/>
        <w:jc w:val="both"/>
        <w:rPr>
          <w:rFonts w:cs="Times New Roman"/>
          <w:color w:val="auto"/>
          <w:szCs w:val="24"/>
          <w:lang w:val="ru-RU"/>
        </w:rPr>
      </w:pPr>
      <w:r w:rsidRPr="005563F7">
        <w:rPr>
          <w:rFonts w:cs="Times New Roman"/>
          <w:color w:val="auto"/>
          <w:szCs w:val="24"/>
          <w:lang w:val="ru-RU"/>
        </w:rPr>
        <w:t>5.</w:t>
      </w:r>
      <w:r w:rsidR="00760FE7" w:rsidRPr="005563F7">
        <w:rPr>
          <w:rFonts w:cs="Times New Roman"/>
          <w:color w:val="auto"/>
          <w:szCs w:val="24"/>
          <w:lang w:val="ru-RU"/>
        </w:rPr>
        <w:t>6</w:t>
      </w:r>
      <w:r w:rsidRPr="005563F7">
        <w:rPr>
          <w:rFonts w:cs="Times New Roman"/>
          <w:color w:val="auto"/>
          <w:szCs w:val="24"/>
          <w:lang w:val="ru-RU"/>
        </w:rPr>
        <w:t xml:space="preserve">. </w:t>
      </w:r>
      <w:r w:rsidR="00760FE7" w:rsidRPr="005563F7">
        <w:rPr>
          <w:rFonts w:cs="Times New Roman"/>
          <w:color w:val="auto"/>
          <w:szCs w:val="24"/>
          <w:lang w:val="ru-RU"/>
        </w:rPr>
        <w:t>Заказчик обязан своевременно оплачивать заказ и товары</w:t>
      </w:r>
      <w:r w:rsidR="005563F7" w:rsidRPr="005563F7">
        <w:rPr>
          <w:rFonts w:cs="Times New Roman"/>
          <w:color w:val="auto"/>
          <w:szCs w:val="24"/>
          <w:lang w:val="ru-RU"/>
        </w:rPr>
        <w:t>.</w:t>
      </w:r>
    </w:p>
    <w:p w14:paraId="59C3F78D" w14:textId="3FA246A8" w:rsidR="005563F7" w:rsidRPr="005563F7" w:rsidRDefault="00760FE7" w:rsidP="006D2C3A">
      <w:pPr>
        <w:spacing w:after="0" w:line="300" w:lineRule="exact"/>
        <w:ind w:firstLine="567"/>
        <w:jc w:val="both"/>
        <w:rPr>
          <w:rFonts w:cs="Times New Roman"/>
          <w:color w:val="auto"/>
          <w:szCs w:val="24"/>
          <w:lang w:val="ru-RU"/>
        </w:rPr>
      </w:pPr>
      <w:r w:rsidRPr="005563F7">
        <w:rPr>
          <w:rFonts w:cs="Times New Roman"/>
          <w:color w:val="auto"/>
          <w:szCs w:val="24"/>
          <w:lang w:val="ru-RU"/>
        </w:rPr>
        <w:t>5.7. </w:t>
      </w:r>
      <w:r w:rsidR="005563F7" w:rsidRPr="005563F7">
        <w:rPr>
          <w:rFonts w:cs="Times New Roman"/>
          <w:color w:val="auto"/>
          <w:szCs w:val="24"/>
          <w:lang w:val="ru-RU"/>
        </w:rPr>
        <w:t>Заказчик обязан п</w:t>
      </w:r>
      <w:r w:rsidRPr="005563F7">
        <w:rPr>
          <w:rFonts w:cs="Times New Roman"/>
          <w:color w:val="auto"/>
          <w:szCs w:val="24"/>
          <w:lang w:val="ru-RU"/>
        </w:rPr>
        <w:t>редоставлять достоверные и законно используемые Исходные материалы</w:t>
      </w:r>
      <w:r w:rsidR="005563F7" w:rsidRPr="005563F7">
        <w:rPr>
          <w:rFonts w:cs="Times New Roman"/>
          <w:color w:val="auto"/>
          <w:szCs w:val="24"/>
          <w:lang w:val="ru-RU"/>
        </w:rPr>
        <w:t>.</w:t>
      </w:r>
    </w:p>
    <w:p w14:paraId="098F4235" w14:textId="513104E1" w:rsidR="00B52FE8" w:rsidRPr="005563F7" w:rsidRDefault="005563F7" w:rsidP="005563F7">
      <w:pPr>
        <w:pStyle w:val="Clause"/>
        <w:spacing w:after="0" w:line="300" w:lineRule="exact"/>
        <w:ind w:firstLine="567"/>
        <w:rPr>
          <w:rFonts w:eastAsia="Times New Roman"/>
          <w:szCs w:val="24"/>
          <w:lang w:val="ru-RU"/>
        </w:rPr>
      </w:pPr>
      <w:r w:rsidRPr="005563F7">
        <w:rPr>
          <w:rFonts w:cs="Times New Roman"/>
          <w:szCs w:val="24"/>
          <w:lang w:val="ru-RU"/>
        </w:rPr>
        <w:t>5.8. </w:t>
      </w:r>
      <w:r w:rsidRPr="005563F7">
        <w:rPr>
          <w:rFonts w:eastAsia="Times New Roman" w:cs="Times New Roman"/>
          <w:szCs w:val="24"/>
          <w:lang w:val="ru-RU"/>
        </w:rPr>
        <w:t xml:space="preserve">Заказчик обязан </w:t>
      </w:r>
      <w:r w:rsidRPr="005563F7">
        <w:rPr>
          <w:rFonts w:eastAsia="Times New Roman"/>
          <w:szCs w:val="24"/>
          <w:lang w:val="ru-RU"/>
        </w:rPr>
        <w:t>незамедлительно уведомлять Исполнителя об изменении контактных данных, адреса доставки и иных сведений, имеющих значение для исполнения договора.</w:t>
      </w:r>
    </w:p>
    <w:p w14:paraId="57EBA47F" w14:textId="7691FA5C" w:rsidR="00B52FE8" w:rsidRPr="005563F7" w:rsidRDefault="00343A9F" w:rsidP="005563F7">
      <w:pPr>
        <w:pStyle w:val="Clause"/>
        <w:spacing w:after="0" w:line="300" w:lineRule="exact"/>
        <w:ind w:firstLine="567"/>
        <w:rPr>
          <w:rFonts w:eastAsia="Times New Roman"/>
          <w:szCs w:val="24"/>
          <w:lang w:val="ru-RU"/>
        </w:rPr>
      </w:pPr>
      <w:r w:rsidRPr="005563F7">
        <w:rPr>
          <w:rFonts w:eastAsia="Times New Roman" w:cs="Times New Roman"/>
          <w:szCs w:val="24"/>
          <w:lang w:val="ru-RU"/>
        </w:rPr>
        <w:t>5.</w:t>
      </w:r>
      <w:r w:rsidR="005563F7" w:rsidRPr="005563F7">
        <w:rPr>
          <w:rFonts w:cs="Times New Roman"/>
          <w:szCs w:val="24"/>
          <w:lang w:val="ru-RU"/>
        </w:rPr>
        <w:t>9</w:t>
      </w:r>
      <w:r w:rsidRPr="005563F7">
        <w:rPr>
          <w:rFonts w:eastAsia="Times New Roman" w:cs="Times New Roman"/>
          <w:szCs w:val="24"/>
          <w:lang w:val="ru-RU"/>
        </w:rPr>
        <w:t>.</w:t>
      </w:r>
      <w:r w:rsidR="00760FE7" w:rsidRPr="005563F7">
        <w:rPr>
          <w:rFonts w:cs="Times New Roman"/>
          <w:szCs w:val="24"/>
          <w:lang w:val="ru-RU"/>
        </w:rPr>
        <w:t> </w:t>
      </w:r>
      <w:r w:rsidR="00760FE7" w:rsidRPr="005563F7">
        <w:rPr>
          <w:rFonts w:eastAsia="Times New Roman" w:cs="Times New Roman"/>
          <w:szCs w:val="24"/>
          <w:lang w:val="ru-RU"/>
        </w:rPr>
        <w:t xml:space="preserve">Заказчик обязан </w:t>
      </w:r>
      <w:r w:rsidR="005563F7" w:rsidRPr="005563F7">
        <w:rPr>
          <w:rFonts w:eastAsia="Times New Roman"/>
          <w:szCs w:val="24"/>
          <w:lang w:val="ru-RU"/>
        </w:rPr>
        <w:t>проверять направленные Исполнителем проекты, макеты, тексты, имена, даты, цитаты и иные фактические сведения и направлять замечания в установленный срок.</w:t>
      </w:r>
    </w:p>
    <w:p w14:paraId="471E447B" w14:textId="7E898AA7" w:rsidR="005563F7" w:rsidRDefault="00343A9F" w:rsidP="005563F7">
      <w:pPr>
        <w:pStyle w:val="Clause"/>
        <w:spacing w:after="0" w:line="300" w:lineRule="exact"/>
        <w:ind w:firstLine="567"/>
        <w:rPr>
          <w:rFonts w:eastAsia="Times New Roman"/>
          <w:szCs w:val="24"/>
          <w:lang w:val="ru-RU"/>
        </w:rPr>
      </w:pPr>
      <w:r w:rsidRPr="005563F7">
        <w:rPr>
          <w:rFonts w:eastAsia="Times New Roman"/>
          <w:szCs w:val="24"/>
          <w:lang w:val="ru-RU"/>
        </w:rPr>
        <w:lastRenderedPageBreak/>
        <w:t>5.</w:t>
      </w:r>
      <w:r w:rsidR="005563F7" w:rsidRPr="005563F7">
        <w:rPr>
          <w:rFonts w:eastAsia="Times New Roman"/>
          <w:szCs w:val="24"/>
          <w:lang w:val="ru-RU"/>
        </w:rPr>
        <w:t>10</w:t>
      </w:r>
      <w:r w:rsidRPr="005563F7">
        <w:rPr>
          <w:rFonts w:eastAsia="Times New Roman"/>
          <w:szCs w:val="24"/>
          <w:lang w:val="ru-RU"/>
        </w:rPr>
        <w:t>.</w:t>
      </w:r>
      <w:r w:rsidR="005563F7" w:rsidRPr="005563F7">
        <w:rPr>
          <w:rFonts w:eastAsia="Times New Roman"/>
          <w:szCs w:val="24"/>
          <w:lang w:val="ru-RU"/>
        </w:rPr>
        <w:t> Заказчик обязан обеспечить участие Участника в согласованные дату и время, если соответствующая обязанность предусмотрена заказом, а также обеспечить получение необходимых согласий Участника или его законного представителя</w:t>
      </w:r>
      <w:r w:rsidR="005563F7">
        <w:rPr>
          <w:rFonts w:eastAsia="Times New Roman"/>
          <w:szCs w:val="24"/>
          <w:lang w:val="ru-RU"/>
        </w:rPr>
        <w:t>.</w:t>
      </w:r>
    </w:p>
    <w:p w14:paraId="7D9933F5" w14:textId="26038503" w:rsidR="005563F7" w:rsidRPr="005563F7" w:rsidRDefault="005563F7" w:rsidP="005563F7">
      <w:pPr>
        <w:pStyle w:val="Clause"/>
        <w:spacing w:after="0" w:line="300" w:lineRule="exact"/>
        <w:ind w:firstLine="567"/>
        <w:rPr>
          <w:rFonts w:eastAsia="Times New Roman"/>
          <w:szCs w:val="24"/>
          <w:lang w:val="ru-RU"/>
        </w:rPr>
      </w:pPr>
      <w:r>
        <w:rPr>
          <w:lang w:val="ru-RU"/>
        </w:rPr>
        <w:t>5.11. </w:t>
      </w:r>
      <w:r w:rsidRPr="005563F7">
        <w:rPr>
          <w:lang w:val="ru-RU"/>
        </w:rPr>
        <w:t>Заказчик обязан принимать участие в согласовании промежуточных и итоговых материалов, своевременно рассматривать направленные Исполнителем материалы и предоставлять конкретные замечания, относящиеся к согласованному заданию. После завершения исполнения Заказа Заказчик обязан принять результат и в течение 5 (пяти) рабочих дней с даты его получения подписать акт оказанных услуг, акт приема-передачи либо иной предусмотренный Договором документ или направить Исполнителю мотивированный письменный отказ от приемки с указанием конкретных несоответствий результата условиям Индивидуального заказа.</w:t>
      </w:r>
    </w:p>
    <w:p w14:paraId="7437DFC0" w14:textId="77777777" w:rsidR="005B0AA3" w:rsidRPr="005B0AA3" w:rsidRDefault="00343A9F" w:rsidP="005B0AA3">
      <w:pPr>
        <w:spacing w:after="0" w:line="300" w:lineRule="exact"/>
        <w:ind w:firstLine="567"/>
        <w:jc w:val="both"/>
        <w:rPr>
          <w:color w:val="auto"/>
          <w:szCs w:val="24"/>
          <w:lang w:val="ru-RU"/>
        </w:rPr>
      </w:pPr>
      <w:r w:rsidRPr="005563F7">
        <w:rPr>
          <w:color w:val="auto"/>
          <w:szCs w:val="24"/>
          <w:lang w:val="ru-RU"/>
        </w:rPr>
        <w:t>5.</w:t>
      </w:r>
      <w:r w:rsidR="005563F7" w:rsidRPr="005563F7">
        <w:rPr>
          <w:color w:val="auto"/>
          <w:szCs w:val="24"/>
          <w:lang w:val="ru-RU"/>
        </w:rPr>
        <w:t>1</w:t>
      </w:r>
      <w:r w:rsidR="005563F7">
        <w:rPr>
          <w:color w:val="auto"/>
          <w:szCs w:val="24"/>
          <w:lang w:val="ru-RU"/>
        </w:rPr>
        <w:t>2</w:t>
      </w:r>
      <w:r w:rsidRPr="005563F7">
        <w:rPr>
          <w:color w:val="auto"/>
          <w:szCs w:val="24"/>
          <w:lang w:val="ru-RU"/>
        </w:rPr>
        <w:t>.</w:t>
      </w:r>
      <w:r w:rsidR="005563F7">
        <w:rPr>
          <w:color w:val="auto"/>
          <w:szCs w:val="24"/>
          <w:lang w:val="ru-RU"/>
        </w:rPr>
        <w:t> </w:t>
      </w:r>
      <w:r w:rsidRPr="005563F7">
        <w:rPr>
          <w:color w:val="auto"/>
          <w:szCs w:val="24"/>
          <w:lang w:val="ru-RU"/>
        </w:rPr>
        <w:t xml:space="preserve">Заказчик </w:t>
      </w:r>
      <w:r w:rsidR="005563F7" w:rsidRPr="005563F7">
        <w:rPr>
          <w:color w:val="auto"/>
          <w:szCs w:val="24"/>
          <w:lang w:val="ru-RU"/>
        </w:rPr>
        <w:t xml:space="preserve">имеет право получать полную и достоверную информацию о составе, </w:t>
      </w:r>
      <w:r w:rsidR="005563F7" w:rsidRPr="005B0AA3">
        <w:rPr>
          <w:color w:val="auto"/>
          <w:szCs w:val="24"/>
          <w:lang w:val="ru-RU"/>
        </w:rPr>
        <w:t>стоимости, сроках и ходе исполнения заказа.</w:t>
      </w:r>
    </w:p>
    <w:p w14:paraId="043D0196" w14:textId="6E19E915" w:rsidR="005B0AA3" w:rsidRPr="005B0AA3" w:rsidRDefault="005B0AA3" w:rsidP="005B0AA3">
      <w:pPr>
        <w:spacing w:after="0" w:line="300" w:lineRule="exact"/>
        <w:ind w:firstLine="567"/>
        <w:jc w:val="both"/>
        <w:rPr>
          <w:color w:val="auto"/>
          <w:szCs w:val="24"/>
          <w:lang w:val="ru-RU"/>
        </w:rPr>
      </w:pPr>
      <w:r w:rsidRPr="005B0AA3">
        <w:rPr>
          <w:color w:val="auto"/>
          <w:szCs w:val="24"/>
          <w:lang w:val="ru-RU"/>
        </w:rPr>
        <w:t xml:space="preserve">5.13. </w:t>
      </w:r>
      <w:r w:rsidRPr="005B0AA3">
        <w:rPr>
          <w:color w:val="auto"/>
          <w:szCs w:val="24"/>
          <w:lang w:val="ru-RU"/>
        </w:rPr>
        <w:t>Согласие Участника на обработку его персональных данных, использование изображения, голоса, биографических сведений и иных материалов, необходимых для исполнения Заказа, может быть получено после заключения Договора с Заказчиком. В этом случае Заказчик обязан организовать получение такого согласия в порядке, предусмотренном пунктом 10.3 настоящих Условий, и передать его Исполнителю до начала обработки соответствующих данных.</w:t>
      </w:r>
    </w:p>
    <w:p w14:paraId="337297C8" w14:textId="730FB03B" w:rsidR="005B0AA3" w:rsidRPr="005B0AA3" w:rsidRDefault="005B0AA3" w:rsidP="005B0AA3">
      <w:pPr>
        <w:spacing w:after="0" w:line="300" w:lineRule="exact"/>
        <w:ind w:firstLine="567"/>
        <w:jc w:val="both"/>
        <w:rPr>
          <w:color w:val="auto"/>
          <w:szCs w:val="24"/>
          <w:lang w:val="ru-RU"/>
        </w:rPr>
      </w:pPr>
      <w:r w:rsidRPr="005B0AA3">
        <w:rPr>
          <w:color w:val="auto"/>
          <w:szCs w:val="24"/>
          <w:lang w:val="ru-RU"/>
        </w:rPr>
        <w:t>Если Участник не предоставит согласие либо отзовёт ранее данное согласие Исполнитель вправе:</w:t>
      </w:r>
    </w:p>
    <w:p w14:paraId="4E35A7A6" w14:textId="77777777" w:rsidR="005B0AA3" w:rsidRPr="005B0AA3" w:rsidRDefault="005B0AA3" w:rsidP="005B0AA3">
      <w:pPr>
        <w:numPr>
          <w:ilvl w:val="0"/>
          <w:numId w:val="12"/>
        </w:numPr>
        <w:spacing w:after="0" w:line="300" w:lineRule="exact"/>
        <w:ind w:left="0" w:firstLine="567"/>
        <w:jc w:val="both"/>
        <w:rPr>
          <w:color w:val="auto"/>
          <w:szCs w:val="24"/>
          <w:lang w:val="ru-RU"/>
        </w:rPr>
      </w:pPr>
      <w:r w:rsidRPr="005B0AA3">
        <w:rPr>
          <w:color w:val="auto"/>
          <w:szCs w:val="24"/>
          <w:lang w:val="ru-RU"/>
        </w:rPr>
        <w:t>приостановить исполнение Заказа в части, зависящей от такого согласия;</w:t>
      </w:r>
    </w:p>
    <w:p w14:paraId="7B6D7CE5" w14:textId="77777777" w:rsidR="005B0AA3" w:rsidRPr="005B0AA3" w:rsidRDefault="005B0AA3" w:rsidP="005B0AA3">
      <w:pPr>
        <w:numPr>
          <w:ilvl w:val="0"/>
          <w:numId w:val="12"/>
        </w:numPr>
        <w:spacing w:after="0" w:line="300" w:lineRule="exact"/>
        <w:ind w:left="0" w:firstLine="567"/>
        <w:jc w:val="both"/>
        <w:rPr>
          <w:color w:val="auto"/>
          <w:szCs w:val="24"/>
          <w:lang w:val="ru-RU"/>
        </w:rPr>
      </w:pPr>
      <w:r w:rsidRPr="005B0AA3">
        <w:rPr>
          <w:color w:val="auto"/>
          <w:szCs w:val="24"/>
          <w:lang w:val="ru-RU"/>
        </w:rPr>
        <w:t>исключить соответствующие данные и материалы из результата;</w:t>
      </w:r>
    </w:p>
    <w:p w14:paraId="325D451E" w14:textId="77777777" w:rsidR="005B0AA3" w:rsidRPr="005B0AA3" w:rsidRDefault="005B0AA3" w:rsidP="005B0AA3">
      <w:pPr>
        <w:numPr>
          <w:ilvl w:val="0"/>
          <w:numId w:val="12"/>
        </w:numPr>
        <w:spacing w:after="0" w:line="300" w:lineRule="exact"/>
        <w:ind w:left="0" w:firstLine="567"/>
        <w:jc w:val="both"/>
        <w:rPr>
          <w:color w:val="auto"/>
          <w:szCs w:val="24"/>
          <w:lang w:val="ru-RU"/>
        </w:rPr>
      </w:pPr>
      <w:r w:rsidRPr="005B0AA3">
        <w:rPr>
          <w:color w:val="auto"/>
          <w:szCs w:val="24"/>
          <w:lang w:val="ru-RU"/>
        </w:rPr>
        <w:t>отказаться от исполнения соответствующей части Заказа.</w:t>
      </w:r>
    </w:p>
    <w:p w14:paraId="3F316757" w14:textId="68403800" w:rsidR="005B0AA3" w:rsidRPr="005B0AA3" w:rsidRDefault="005B0AA3" w:rsidP="005B0AA3">
      <w:pPr>
        <w:spacing w:after="0" w:line="300" w:lineRule="exact"/>
        <w:ind w:firstLine="567"/>
        <w:jc w:val="both"/>
        <w:rPr>
          <w:color w:val="auto"/>
          <w:szCs w:val="24"/>
          <w:lang w:val="ru-RU"/>
        </w:rPr>
      </w:pPr>
      <w:r w:rsidRPr="005B0AA3">
        <w:rPr>
          <w:color w:val="auto"/>
          <w:szCs w:val="24"/>
          <w:lang w:val="ru-RU"/>
        </w:rPr>
        <w:t xml:space="preserve">В указанном случае Договор прекращается в соответствующей части, а Заказчику возвращается уплаченная сумма за вычетом стоимости фактически выполненных Исполнителем работ/услуг и расходов, непосредственно связанных с исполнением Заказа до момента прекращения обязательств. </w:t>
      </w:r>
    </w:p>
    <w:p w14:paraId="04C6E0CF" w14:textId="77777777" w:rsidR="005563F7" w:rsidRPr="005563F7" w:rsidRDefault="005563F7" w:rsidP="005563F7">
      <w:pPr>
        <w:spacing w:after="0" w:line="300" w:lineRule="exact"/>
        <w:ind w:firstLine="567"/>
        <w:jc w:val="both"/>
        <w:rPr>
          <w:color w:val="auto"/>
          <w:szCs w:val="24"/>
          <w:lang w:val="ru-RU"/>
        </w:rPr>
      </w:pPr>
    </w:p>
    <w:p w14:paraId="37DE8CDE" w14:textId="3586406A" w:rsidR="00B52FE8" w:rsidRPr="005563F7" w:rsidRDefault="00343A9F" w:rsidP="005563F7">
      <w:pPr>
        <w:pStyle w:val="1"/>
        <w:spacing w:before="0" w:after="0" w:line="300" w:lineRule="exact"/>
        <w:jc w:val="center"/>
        <w:rPr>
          <w:rFonts w:ascii="Times New Roman" w:hAnsi="Times New Roman" w:cs="Times New Roman"/>
          <w:color w:val="auto"/>
          <w:sz w:val="24"/>
          <w:szCs w:val="24"/>
          <w:lang w:val="ru-RU"/>
        </w:rPr>
      </w:pPr>
      <w:r w:rsidRPr="005563F7">
        <w:rPr>
          <w:rFonts w:ascii="Times New Roman" w:hAnsi="Times New Roman" w:cs="Times New Roman"/>
          <w:color w:val="auto"/>
          <w:sz w:val="24"/>
          <w:szCs w:val="24"/>
          <w:lang w:val="ru-RU"/>
        </w:rPr>
        <w:t>6. ЦЕНА И ПОРЯДОК РАСЧЕТОВ</w:t>
      </w:r>
    </w:p>
    <w:p w14:paraId="6FCEE9C7" w14:textId="5CDE1045" w:rsidR="00B52FE8" w:rsidRPr="007D74F1" w:rsidRDefault="00343A9F" w:rsidP="006D2C3A">
      <w:pPr>
        <w:spacing w:after="0" w:line="300" w:lineRule="exact"/>
        <w:ind w:firstLine="567"/>
        <w:jc w:val="both"/>
        <w:rPr>
          <w:rFonts w:cs="Times New Roman"/>
          <w:color w:val="auto"/>
          <w:szCs w:val="24"/>
          <w:lang w:val="ru-RU"/>
        </w:rPr>
      </w:pPr>
      <w:r w:rsidRPr="005563F7">
        <w:rPr>
          <w:rFonts w:cs="Times New Roman"/>
          <w:color w:val="auto"/>
          <w:szCs w:val="24"/>
          <w:lang w:val="ru-RU"/>
        </w:rPr>
        <w:t>6.1.</w:t>
      </w:r>
      <w:r w:rsidR="005563F7" w:rsidRPr="005563F7">
        <w:rPr>
          <w:rFonts w:cs="Times New Roman"/>
          <w:color w:val="auto"/>
          <w:szCs w:val="24"/>
          <w:lang w:val="ru-RU"/>
        </w:rPr>
        <w:t> </w:t>
      </w:r>
      <w:r w:rsidRPr="005563F7">
        <w:rPr>
          <w:rFonts w:cs="Times New Roman"/>
          <w:color w:val="auto"/>
          <w:szCs w:val="24"/>
          <w:lang w:val="ru-RU"/>
        </w:rPr>
        <w:t xml:space="preserve">Цена указывается в Индивидуальном заказе в рублях Российской Федерации. </w:t>
      </w:r>
      <w:r w:rsidRPr="007D74F1">
        <w:rPr>
          <w:rFonts w:cs="Times New Roman"/>
          <w:color w:val="auto"/>
          <w:szCs w:val="24"/>
          <w:lang w:val="ru-RU"/>
        </w:rPr>
        <w:t xml:space="preserve">Дополнительные работы выполняются после согласования их состава, цены и </w:t>
      </w:r>
      <w:r w:rsidR="005563F7" w:rsidRPr="007D74F1">
        <w:rPr>
          <w:rFonts w:cs="Times New Roman"/>
          <w:color w:val="auto"/>
          <w:szCs w:val="24"/>
          <w:lang w:val="ru-RU"/>
        </w:rPr>
        <w:t xml:space="preserve">оценки </w:t>
      </w:r>
      <w:r w:rsidRPr="007D74F1">
        <w:rPr>
          <w:rFonts w:cs="Times New Roman"/>
          <w:color w:val="auto"/>
          <w:szCs w:val="24"/>
          <w:lang w:val="ru-RU"/>
        </w:rPr>
        <w:t>влияния на срок</w:t>
      </w:r>
      <w:r w:rsidR="005563F7" w:rsidRPr="007D74F1">
        <w:rPr>
          <w:rFonts w:cs="Times New Roman"/>
          <w:color w:val="auto"/>
          <w:szCs w:val="24"/>
          <w:lang w:val="ru-RU"/>
        </w:rPr>
        <w:t xml:space="preserve"> исполнения заказа</w:t>
      </w:r>
      <w:r w:rsidRPr="007D74F1">
        <w:rPr>
          <w:rFonts w:cs="Times New Roman"/>
          <w:color w:val="auto"/>
          <w:szCs w:val="24"/>
          <w:lang w:val="ru-RU"/>
        </w:rPr>
        <w:t>.</w:t>
      </w:r>
    </w:p>
    <w:p w14:paraId="6FEB5BEB" w14:textId="34B7CC1C" w:rsidR="00B52FE8" w:rsidRPr="007D74F1" w:rsidRDefault="00343A9F" w:rsidP="006D2C3A">
      <w:pPr>
        <w:spacing w:after="0" w:line="300" w:lineRule="exact"/>
        <w:ind w:firstLine="567"/>
        <w:jc w:val="both"/>
        <w:rPr>
          <w:rFonts w:cs="Times New Roman"/>
          <w:color w:val="auto"/>
          <w:szCs w:val="24"/>
          <w:lang w:val="ru-RU"/>
        </w:rPr>
      </w:pPr>
      <w:r w:rsidRPr="007D74F1">
        <w:rPr>
          <w:rFonts w:cs="Times New Roman"/>
          <w:color w:val="auto"/>
          <w:szCs w:val="24"/>
          <w:lang w:val="ru-RU"/>
        </w:rPr>
        <w:t>6.2.</w:t>
      </w:r>
      <w:r w:rsidR="005563F7" w:rsidRPr="007D74F1">
        <w:rPr>
          <w:rFonts w:cs="Times New Roman"/>
          <w:color w:val="auto"/>
          <w:szCs w:val="24"/>
          <w:lang w:val="ru-RU"/>
        </w:rPr>
        <w:t> </w:t>
      </w:r>
      <w:r w:rsidRPr="007D74F1">
        <w:rPr>
          <w:rFonts w:cs="Times New Roman"/>
          <w:color w:val="auto"/>
          <w:szCs w:val="24"/>
          <w:lang w:val="ru-RU"/>
        </w:rPr>
        <w:t>Оплата осуществляется на условиях стопроцентной предварительной оплаты, если иное прямо не согласовано в Индивидуальном заказе.</w:t>
      </w:r>
    </w:p>
    <w:p w14:paraId="65BECF63" w14:textId="77777777" w:rsidR="007D74F1" w:rsidRPr="007D74F1" w:rsidRDefault="00343A9F" w:rsidP="006D2C3A">
      <w:pPr>
        <w:spacing w:after="0" w:line="300" w:lineRule="exact"/>
        <w:ind w:firstLine="567"/>
        <w:jc w:val="both"/>
        <w:rPr>
          <w:rFonts w:cs="Times New Roman"/>
          <w:color w:val="auto"/>
          <w:szCs w:val="24"/>
          <w:lang w:val="ru-RU"/>
        </w:rPr>
      </w:pPr>
      <w:r w:rsidRPr="007D74F1">
        <w:rPr>
          <w:rFonts w:cs="Times New Roman"/>
          <w:color w:val="auto"/>
          <w:szCs w:val="24"/>
          <w:lang w:val="ru-RU"/>
        </w:rPr>
        <w:t>6.3.</w:t>
      </w:r>
      <w:r w:rsidR="007D74F1" w:rsidRPr="007D74F1">
        <w:rPr>
          <w:rFonts w:cs="Times New Roman"/>
          <w:color w:val="auto"/>
          <w:szCs w:val="24"/>
          <w:lang w:val="ru-RU"/>
        </w:rPr>
        <w:t> Обязанность по оплате считается исполненной после поступления денежных средств на счет Исполнителя.</w:t>
      </w:r>
    </w:p>
    <w:p w14:paraId="2A79CAC6" w14:textId="177B06C1" w:rsidR="00B52FE8" w:rsidRPr="006D2C3A" w:rsidRDefault="007D74F1" w:rsidP="006D2C3A">
      <w:pPr>
        <w:spacing w:after="0" w:line="300" w:lineRule="exact"/>
        <w:ind w:firstLine="567"/>
        <w:jc w:val="both"/>
        <w:rPr>
          <w:rFonts w:cs="Times New Roman"/>
          <w:color w:val="FF0000"/>
          <w:szCs w:val="24"/>
          <w:lang w:val="ru-RU"/>
        </w:rPr>
      </w:pPr>
      <w:r>
        <w:rPr>
          <w:rFonts w:cs="Times New Roman"/>
          <w:color w:val="FF0000"/>
          <w:szCs w:val="24"/>
          <w:lang w:val="ru-RU"/>
        </w:rPr>
        <w:t xml:space="preserve"> </w:t>
      </w:r>
    </w:p>
    <w:p w14:paraId="1D64C83A" w14:textId="77777777" w:rsidR="00B52FE8" w:rsidRPr="007D74F1" w:rsidRDefault="00343A9F" w:rsidP="007D74F1">
      <w:pPr>
        <w:pStyle w:val="1"/>
        <w:spacing w:before="0" w:after="0" w:line="300" w:lineRule="exact"/>
        <w:jc w:val="center"/>
        <w:rPr>
          <w:rFonts w:ascii="Times New Roman" w:hAnsi="Times New Roman" w:cs="Times New Roman"/>
          <w:color w:val="auto"/>
          <w:sz w:val="24"/>
          <w:szCs w:val="24"/>
          <w:lang w:val="ru-RU"/>
        </w:rPr>
      </w:pPr>
      <w:r w:rsidRPr="007D74F1">
        <w:rPr>
          <w:rFonts w:ascii="Times New Roman" w:hAnsi="Times New Roman" w:cs="Times New Roman"/>
          <w:color w:val="auto"/>
          <w:sz w:val="24"/>
          <w:szCs w:val="24"/>
          <w:lang w:val="ru-RU"/>
        </w:rPr>
        <w:t>7. ИСПОЛНЕНИЕ, СРОКИ, ПРАВКИ И ПРИЕМКА</w:t>
      </w:r>
    </w:p>
    <w:p w14:paraId="3E6218AF" w14:textId="5B7BC1C8" w:rsidR="00B52FE8" w:rsidRPr="00CA43D9" w:rsidRDefault="00343A9F" w:rsidP="006D2C3A">
      <w:pPr>
        <w:spacing w:after="0" w:line="300" w:lineRule="exact"/>
        <w:ind w:firstLine="567"/>
        <w:jc w:val="both"/>
        <w:rPr>
          <w:rFonts w:cs="Times New Roman"/>
          <w:color w:val="auto"/>
          <w:szCs w:val="24"/>
          <w:lang w:val="ru-RU"/>
        </w:rPr>
      </w:pPr>
      <w:r w:rsidRPr="00CA43D9">
        <w:rPr>
          <w:rFonts w:cs="Times New Roman"/>
          <w:color w:val="auto"/>
          <w:szCs w:val="24"/>
          <w:lang w:val="ru-RU"/>
        </w:rPr>
        <w:t>7.1.</w:t>
      </w:r>
      <w:r w:rsidR="00CA43D9">
        <w:rPr>
          <w:rFonts w:cs="Times New Roman"/>
          <w:color w:val="auto"/>
          <w:szCs w:val="24"/>
          <w:lang w:val="ru-RU"/>
        </w:rPr>
        <w:t> </w:t>
      </w:r>
      <w:r w:rsidRPr="005B0AA3">
        <w:rPr>
          <w:rFonts w:cs="Times New Roman"/>
          <w:color w:val="auto"/>
          <w:szCs w:val="24"/>
          <w:lang w:val="ru-RU"/>
        </w:rPr>
        <w:t>Срок</w:t>
      </w:r>
      <w:r w:rsidR="00FB05DD" w:rsidRPr="005B0AA3">
        <w:rPr>
          <w:rFonts w:cs="Times New Roman"/>
          <w:color w:val="auto"/>
          <w:szCs w:val="24"/>
          <w:lang w:val="ru-RU"/>
        </w:rPr>
        <w:t xml:space="preserve"> выполнения заказа</w:t>
      </w:r>
      <w:r w:rsidRPr="00CA43D9">
        <w:rPr>
          <w:rFonts w:cs="Times New Roman"/>
          <w:color w:val="auto"/>
          <w:szCs w:val="24"/>
          <w:lang w:val="ru-RU"/>
        </w:rPr>
        <w:t xml:space="preserve"> начинает исчисляться после получения предусмотренного платежа, необходимых Исходных материалов и обязательных согласий, если Индивидуальный заказ не устанавливает иное.</w:t>
      </w:r>
    </w:p>
    <w:p w14:paraId="5459D394" w14:textId="0FD53225" w:rsidR="00B52FE8" w:rsidRPr="00CA43D9" w:rsidRDefault="00343A9F" w:rsidP="006D2C3A">
      <w:pPr>
        <w:spacing w:after="0" w:line="300" w:lineRule="exact"/>
        <w:ind w:firstLine="567"/>
        <w:jc w:val="both"/>
        <w:rPr>
          <w:rFonts w:cs="Times New Roman"/>
          <w:color w:val="auto"/>
          <w:szCs w:val="24"/>
          <w:lang w:val="ru-RU"/>
        </w:rPr>
      </w:pPr>
      <w:r w:rsidRPr="00CA43D9">
        <w:rPr>
          <w:rFonts w:cs="Times New Roman"/>
          <w:color w:val="auto"/>
          <w:szCs w:val="24"/>
          <w:lang w:val="ru-RU"/>
        </w:rPr>
        <w:t>7.2.</w:t>
      </w:r>
      <w:r w:rsidR="00CA43D9" w:rsidRPr="00CA43D9">
        <w:rPr>
          <w:rFonts w:cs="Times New Roman"/>
          <w:color w:val="auto"/>
          <w:szCs w:val="24"/>
          <w:lang w:val="ru-RU"/>
        </w:rPr>
        <w:t> </w:t>
      </w:r>
      <w:r w:rsidRPr="00CA43D9">
        <w:rPr>
          <w:rFonts w:cs="Times New Roman"/>
          <w:color w:val="auto"/>
          <w:szCs w:val="24"/>
          <w:lang w:val="ru-RU"/>
        </w:rPr>
        <w:t xml:space="preserve">При задержке со стороны Заказчика срок сдвигается на период задержки. Исполнитель в течение трех рабочих дней после получения недостающих материалов сообщает новую предполагаемую дату исполнения с учетом объективной производственной загрузки. </w:t>
      </w:r>
    </w:p>
    <w:p w14:paraId="1516C516" w14:textId="4B694D7A" w:rsidR="00B52FE8" w:rsidRPr="00CA43D9" w:rsidRDefault="00343A9F" w:rsidP="006D2C3A">
      <w:pPr>
        <w:spacing w:after="0" w:line="300" w:lineRule="exact"/>
        <w:ind w:firstLine="567"/>
        <w:jc w:val="both"/>
        <w:rPr>
          <w:rFonts w:cs="Times New Roman"/>
          <w:color w:val="auto"/>
          <w:szCs w:val="24"/>
          <w:lang w:val="ru-RU"/>
        </w:rPr>
      </w:pPr>
      <w:r w:rsidRPr="00CA43D9">
        <w:rPr>
          <w:rFonts w:cs="Times New Roman"/>
          <w:color w:val="auto"/>
          <w:szCs w:val="24"/>
          <w:lang w:val="ru-RU"/>
        </w:rPr>
        <w:t>7.3.</w:t>
      </w:r>
      <w:r w:rsidR="00CA43D9" w:rsidRPr="00CA43D9">
        <w:rPr>
          <w:rFonts w:cs="Times New Roman"/>
          <w:color w:val="auto"/>
          <w:szCs w:val="24"/>
          <w:lang w:val="ru-RU"/>
        </w:rPr>
        <w:t> </w:t>
      </w:r>
      <w:r w:rsidRPr="00CA43D9">
        <w:rPr>
          <w:rFonts w:cs="Times New Roman"/>
          <w:color w:val="auto"/>
          <w:szCs w:val="24"/>
          <w:lang w:val="ru-RU"/>
        </w:rPr>
        <w:t>При возникновении не зависящих от Исполнителя обстоятельств, влияющих на срок, Исполнитель незамедлительно уведомляет Заказчика, указывает причину, ожидаемую продолжительность и предлагает новую дату либо иной способ исполнения.</w:t>
      </w:r>
    </w:p>
    <w:p w14:paraId="25939B2F" w14:textId="7D871369" w:rsidR="00B52FE8" w:rsidRPr="00CA43D9" w:rsidRDefault="00343A9F" w:rsidP="006D2C3A">
      <w:pPr>
        <w:spacing w:after="0" w:line="300" w:lineRule="exact"/>
        <w:ind w:firstLine="567"/>
        <w:jc w:val="both"/>
        <w:rPr>
          <w:rFonts w:cs="Times New Roman"/>
          <w:color w:val="auto"/>
          <w:szCs w:val="24"/>
          <w:lang w:val="ru-RU"/>
        </w:rPr>
      </w:pPr>
      <w:r w:rsidRPr="00CA43D9">
        <w:rPr>
          <w:rFonts w:cs="Times New Roman"/>
          <w:color w:val="auto"/>
          <w:szCs w:val="24"/>
          <w:lang w:val="ru-RU"/>
        </w:rPr>
        <w:t>7.4.</w:t>
      </w:r>
      <w:r w:rsidR="00CA43D9">
        <w:rPr>
          <w:rFonts w:cs="Times New Roman"/>
          <w:color w:val="auto"/>
          <w:szCs w:val="24"/>
          <w:lang w:val="ru-RU"/>
        </w:rPr>
        <w:t> </w:t>
      </w:r>
      <w:r w:rsidRPr="00CA43D9">
        <w:rPr>
          <w:rFonts w:cs="Times New Roman"/>
          <w:color w:val="auto"/>
          <w:szCs w:val="24"/>
          <w:lang w:val="ru-RU"/>
        </w:rPr>
        <w:t>Число раундов правок и сроки их направления определяются Индивидуальным заказом. Правки, изменяющие задание, объем или ранее согласованные решения, выполняются за дополнительную плату и могут изменить срок.</w:t>
      </w:r>
    </w:p>
    <w:p w14:paraId="1D5B308B" w14:textId="06A6DF9F" w:rsidR="00CA43D9" w:rsidRDefault="00343A9F" w:rsidP="00CA43D9">
      <w:pPr>
        <w:spacing w:after="0" w:line="300" w:lineRule="exact"/>
        <w:ind w:firstLine="567"/>
        <w:jc w:val="both"/>
        <w:rPr>
          <w:rFonts w:cs="Times New Roman"/>
          <w:szCs w:val="24"/>
          <w:lang w:val="ru-RU" w:eastAsia="ru-RU"/>
        </w:rPr>
      </w:pPr>
      <w:r w:rsidRPr="00CA43D9">
        <w:rPr>
          <w:rFonts w:cs="Times New Roman"/>
          <w:color w:val="auto"/>
          <w:szCs w:val="24"/>
          <w:lang w:val="ru-RU"/>
        </w:rPr>
        <w:t>7.5.</w:t>
      </w:r>
      <w:r w:rsidR="00CA43D9" w:rsidRPr="00CA43D9">
        <w:rPr>
          <w:rFonts w:cs="Times New Roman"/>
          <w:color w:val="auto"/>
          <w:szCs w:val="24"/>
          <w:lang w:val="ru-RU"/>
        </w:rPr>
        <w:t> </w:t>
      </w:r>
      <w:r w:rsidR="00CA43D9" w:rsidRPr="00CA43D9">
        <w:rPr>
          <w:rFonts w:cs="Times New Roman"/>
          <w:color w:val="auto"/>
          <w:szCs w:val="24"/>
          <w:lang w:val="ru-RU" w:eastAsia="ru-RU"/>
        </w:rPr>
        <w:t xml:space="preserve">Если Услуга </w:t>
      </w:r>
      <w:r w:rsidR="00CA43D9" w:rsidRPr="007E5B8A">
        <w:rPr>
          <w:rFonts w:cs="Times New Roman"/>
          <w:szCs w:val="24"/>
          <w:lang w:val="ru-RU" w:eastAsia="ru-RU"/>
        </w:rPr>
        <w:t>предусматривает подготовку промежуточной версии текста, макета, аудио- или видеоматериала, Исполнитель направляет такую версию Заказчику для согласования. Заказчик обязан в течение 5 (пяти) рабочих дней с даты получения направить единым сообщением мотивированные замечания либо подтвердить согласование результата, если иной срок не установлен Индивидуальным заказом.</w:t>
      </w:r>
    </w:p>
    <w:p w14:paraId="4ADD8B70" w14:textId="12A80423" w:rsidR="00FB05DD" w:rsidRPr="00FB05DD" w:rsidRDefault="00FB05DD" w:rsidP="00CA43D9">
      <w:pPr>
        <w:spacing w:after="0" w:line="300" w:lineRule="exact"/>
        <w:ind w:firstLine="567"/>
        <w:jc w:val="both"/>
        <w:rPr>
          <w:rFonts w:cs="Times New Roman"/>
          <w:color w:val="FF0000"/>
          <w:szCs w:val="24"/>
          <w:lang w:val="ru-RU"/>
        </w:rPr>
      </w:pPr>
      <w:r w:rsidRPr="00FB05DD">
        <w:rPr>
          <w:lang w:val="ru-RU"/>
        </w:rPr>
        <w:t>Если в указанный срок Заказчик не направил мотивированные замечания либо подтверждение согласования, соответствующая промежуточная версия считается согласованной Заказчиком</w:t>
      </w:r>
      <w:r>
        <w:rPr>
          <w:lang w:val="ru-RU"/>
        </w:rPr>
        <w:t>.</w:t>
      </w:r>
    </w:p>
    <w:p w14:paraId="525BDCA4" w14:textId="52B0B655" w:rsidR="00CA43D9" w:rsidRDefault="00CA43D9" w:rsidP="00CA43D9">
      <w:pPr>
        <w:pStyle w:val="Clause"/>
        <w:spacing w:after="0" w:line="300" w:lineRule="exact"/>
        <w:ind w:firstLine="567"/>
        <w:rPr>
          <w:rFonts w:eastAsia="Times New Roman" w:cs="Times New Roman"/>
          <w:szCs w:val="24"/>
          <w:lang w:val="ru-RU" w:eastAsia="ru-RU"/>
        </w:rPr>
      </w:pPr>
      <w:r w:rsidRPr="00DD72DD">
        <w:rPr>
          <w:rFonts w:eastAsia="Times New Roman" w:cs="Times New Roman"/>
          <w:szCs w:val="24"/>
          <w:lang w:val="ru-RU" w:eastAsia="ru-RU"/>
        </w:rPr>
        <w:t>После подтверждения макета изменение индивидуальных параметров допускается при наличии технической возможности и после согласования дополнительных расходов и срока.</w:t>
      </w:r>
    </w:p>
    <w:p w14:paraId="10B367B2" w14:textId="2EEED85E" w:rsidR="00CA43D9" w:rsidRPr="00CA43D9" w:rsidRDefault="00CA43D9" w:rsidP="00CA43D9">
      <w:pPr>
        <w:pStyle w:val="Clause"/>
        <w:spacing w:after="0" w:line="300" w:lineRule="exact"/>
        <w:ind w:firstLine="567"/>
        <w:rPr>
          <w:rFonts w:eastAsia="Times New Roman" w:cs="Times New Roman"/>
          <w:szCs w:val="24"/>
          <w:lang w:val="ru-RU" w:eastAsia="ru-RU"/>
        </w:rPr>
      </w:pPr>
      <w:r w:rsidRPr="00A1750D">
        <w:rPr>
          <w:rFonts w:eastAsia="Times New Roman" w:cs="Times New Roman"/>
          <w:szCs w:val="24"/>
          <w:lang w:val="ru-RU" w:eastAsia="ru-RU"/>
        </w:rPr>
        <w:t>Согласование Заказчиком текста, макета, написания имен, дат, цитат и иных фактических сведений учитывается при определении ответственности сторон.</w:t>
      </w:r>
    </w:p>
    <w:p w14:paraId="283D8604" w14:textId="77777777" w:rsidR="00F411AF" w:rsidRDefault="00F411AF" w:rsidP="00F411AF">
      <w:pPr>
        <w:pStyle w:val="1"/>
        <w:spacing w:before="0" w:after="0" w:line="300" w:lineRule="exact"/>
        <w:jc w:val="both"/>
        <w:rPr>
          <w:rFonts w:ascii="Times New Roman" w:hAnsi="Times New Roman" w:cs="Times New Roman"/>
          <w:color w:val="FF0000"/>
          <w:sz w:val="24"/>
          <w:szCs w:val="24"/>
          <w:lang w:val="ru-RU"/>
        </w:rPr>
      </w:pPr>
    </w:p>
    <w:p w14:paraId="65759AF0" w14:textId="26D082FA" w:rsidR="00B52FE8" w:rsidRPr="00F411AF" w:rsidRDefault="00343A9F" w:rsidP="00F411AF">
      <w:pPr>
        <w:pStyle w:val="1"/>
        <w:spacing w:before="0" w:after="0" w:line="300" w:lineRule="exact"/>
        <w:jc w:val="center"/>
        <w:rPr>
          <w:rFonts w:ascii="Times New Roman" w:hAnsi="Times New Roman" w:cs="Times New Roman"/>
          <w:color w:val="auto"/>
          <w:sz w:val="24"/>
          <w:szCs w:val="24"/>
          <w:lang w:val="ru-RU"/>
        </w:rPr>
      </w:pPr>
      <w:r w:rsidRPr="00F411AF">
        <w:rPr>
          <w:rFonts w:ascii="Times New Roman" w:hAnsi="Times New Roman" w:cs="Times New Roman"/>
          <w:color w:val="auto"/>
          <w:sz w:val="24"/>
          <w:szCs w:val="24"/>
          <w:lang w:val="ru-RU"/>
        </w:rPr>
        <w:t>8. ТОВАРЫ, ЦИФРОВЫЕ МАТЕРИАЛЫ И СЕРТИФИКАТЫ</w:t>
      </w:r>
    </w:p>
    <w:p w14:paraId="6BC5D66F" w14:textId="1C848C55" w:rsidR="00B52FE8" w:rsidRPr="00F411AF" w:rsidRDefault="00343A9F" w:rsidP="006D2C3A">
      <w:pPr>
        <w:spacing w:after="0" w:line="300" w:lineRule="exact"/>
        <w:ind w:firstLine="567"/>
        <w:jc w:val="both"/>
        <w:rPr>
          <w:rFonts w:cs="Times New Roman"/>
          <w:color w:val="auto"/>
          <w:szCs w:val="24"/>
          <w:lang w:val="ru-RU"/>
        </w:rPr>
      </w:pPr>
      <w:r w:rsidRPr="00F411AF">
        <w:rPr>
          <w:rFonts w:cs="Times New Roman"/>
          <w:color w:val="auto"/>
          <w:szCs w:val="24"/>
          <w:lang w:val="ru-RU"/>
        </w:rPr>
        <w:t>8.1.</w:t>
      </w:r>
      <w:r w:rsidR="00F411AF" w:rsidRPr="00F411AF">
        <w:rPr>
          <w:rFonts w:cs="Times New Roman"/>
          <w:color w:val="auto"/>
          <w:szCs w:val="24"/>
          <w:lang w:val="ru-RU"/>
        </w:rPr>
        <w:t> </w:t>
      </w:r>
      <w:r w:rsidRPr="00F411AF">
        <w:rPr>
          <w:rFonts w:cs="Times New Roman"/>
          <w:color w:val="auto"/>
          <w:szCs w:val="24"/>
          <w:lang w:val="ru-RU"/>
        </w:rPr>
        <w:t>До заключения договора дистанционной купли-продажи Исполнитель предоставляет сведения о потребительских свойствах, цене, условиях приобретения, доставке, сроке действия предложения, месте нахождения Исполнителя и порядке возврата.</w:t>
      </w:r>
    </w:p>
    <w:p w14:paraId="50D8D6EE" w14:textId="77777777" w:rsidR="007D15B6" w:rsidRPr="007D15B6" w:rsidRDefault="00F411AF" w:rsidP="006D2C3A">
      <w:pPr>
        <w:spacing w:after="0" w:line="300" w:lineRule="exact"/>
        <w:ind w:firstLine="567"/>
        <w:jc w:val="both"/>
        <w:rPr>
          <w:color w:val="auto"/>
          <w:lang w:val="ru-RU"/>
        </w:rPr>
      </w:pPr>
      <w:r w:rsidRPr="00F411AF">
        <w:rPr>
          <w:rStyle w:val="af6"/>
          <w:b w:val="0"/>
          <w:bCs w:val="0"/>
          <w:lang w:val="ru-RU"/>
        </w:rPr>
        <w:t>8.2.</w:t>
      </w:r>
      <w:r>
        <w:rPr>
          <w:lang w:val="ru-RU"/>
        </w:rPr>
        <w:t> </w:t>
      </w:r>
      <w:r w:rsidRPr="00F411AF">
        <w:rPr>
          <w:lang w:val="ru-RU"/>
        </w:rPr>
        <w:t xml:space="preserve">Передача материального товара подтверждается товарной накладной, актом приема-передачи, квитанцией перевозчика, сведениями службы доставки, трек-номером либо иным документом или электронным сообщением, позволяющим установить факт и дату передачи товара. Если Заказчик самостоятельно выбрал или привлек курьера либо перевозчика, указал Исполнителю лицо, которому должен быть передан товар, либо направил своего представителя для получения товара, обязанность Исполнителя по передаче товара считается исполненной, а риск случайной гибели или случайного повреждения товара переходит к Заказчику с момента передачи товара соответствующему курьеру, перевозчику, получателю или представителю Заказчика. Лицо, указанное Заказчиком в Индивидуальном заказе, переписке или ином сообщении в качестве </w:t>
      </w:r>
      <w:r w:rsidRPr="007D15B6">
        <w:rPr>
          <w:color w:val="auto"/>
          <w:lang w:val="ru-RU"/>
        </w:rPr>
        <w:t>получателя товара, считается уполномоченным Заказчиком на его получение.</w:t>
      </w:r>
    </w:p>
    <w:p w14:paraId="2EFF725A" w14:textId="0E739E89" w:rsidR="00B52FE8" w:rsidRPr="007D15B6" w:rsidRDefault="00343A9F" w:rsidP="006D2C3A">
      <w:pPr>
        <w:spacing w:after="0" w:line="300" w:lineRule="exact"/>
        <w:ind w:firstLine="567"/>
        <w:jc w:val="both"/>
        <w:rPr>
          <w:rFonts w:cs="Times New Roman"/>
          <w:color w:val="auto"/>
          <w:szCs w:val="24"/>
          <w:lang w:val="ru-RU"/>
        </w:rPr>
      </w:pPr>
      <w:r w:rsidRPr="007D15B6">
        <w:rPr>
          <w:rFonts w:cs="Times New Roman"/>
          <w:color w:val="auto"/>
          <w:szCs w:val="24"/>
          <w:lang w:val="ru-RU"/>
        </w:rPr>
        <w:t>8.3.</w:t>
      </w:r>
      <w:r w:rsidR="007D15B6" w:rsidRPr="007D15B6">
        <w:rPr>
          <w:rFonts w:cs="Times New Roman"/>
          <w:color w:val="auto"/>
          <w:szCs w:val="24"/>
          <w:lang w:val="ru-RU"/>
        </w:rPr>
        <w:t> </w:t>
      </w:r>
      <w:r w:rsidRPr="007D15B6">
        <w:rPr>
          <w:rFonts w:cs="Times New Roman"/>
          <w:color w:val="auto"/>
          <w:szCs w:val="24"/>
          <w:lang w:val="ru-RU"/>
        </w:rPr>
        <w:t xml:space="preserve">Условия возврата, адрес возврата и порядок предъявления требований при недостатках устанавливаются отдельными Правилами отказа и возврата, размещенными </w:t>
      </w:r>
      <w:r w:rsidR="007D15B6" w:rsidRPr="007D15B6">
        <w:rPr>
          <w:rFonts w:cs="Times New Roman"/>
          <w:color w:val="auto"/>
          <w:szCs w:val="24"/>
          <w:lang w:val="ru-RU"/>
        </w:rPr>
        <w:t>на Сайте.</w:t>
      </w:r>
    </w:p>
    <w:p w14:paraId="2B79E3FA" w14:textId="77777777" w:rsidR="007D15B6" w:rsidRPr="007D15B6" w:rsidRDefault="007D15B6" w:rsidP="007D15B6">
      <w:pPr>
        <w:pStyle w:val="1"/>
        <w:spacing w:before="0" w:after="0" w:line="300" w:lineRule="exact"/>
        <w:jc w:val="both"/>
        <w:rPr>
          <w:rFonts w:ascii="Times New Roman" w:hAnsi="Times New Roman" w:cs="Times New Roman"/>
          <w:color w:val="auto"/>
          <w:sz w:val="24"/>
          <w:szCs w:val="24"/>
          <w:lang w:val="ru-RU"/>
        </w:rPr>
      </w:pPr>
    </w:p>
    <w:p w14:paraId="1FDC6837" w14:textId="66B79271" w:rsidR="00B52FE8" w:rsidRPr="007D15B6" w:rsidRDefault="00343A9F" w:rsidP="007D15B6">
      <w:pPr>
        <w:pStyle w:val="1"/>
        <w:spacing w:before="0" w:after="0" w:line="300" w:lineRule="exact"/>
        <w:jc w:val="center"/>
        <w:rPr>
          <w:rFonts w:ascii="Times New Roman" w:hAnsi="Times New Roman" w:cs="Times New Roman"/>
          <w:color w:val="auto"/>
          <w:sz w:val="24"/>
          <w:szCs w:val="24"/>
          <w:lang w:val="ru-RU"/>
        </w:rPr>
      </w:pPr>
      <w:r w:rsidRPr="007D15B6">
        <w:rPr>
          <w:rFonts w:ascii="Times New Roman" w:hAnsi="Times New Roman" w:cs="Times New Roman"/>
          <w:color w:val="auto"/>
          <w:sz w:val="24"/>
          <w:szCs w:val="24"/>
          <w:lang w:val="ru-RU"/>
        </w:rPr>
        <w:t>9. ИНТЕЛЛЕКТУАЛЬНЫЕ ПРАВА</w:t>
      </w:r>
    </w:p>
    <w:p w14:paraId="5335EE90" w14:textId="36A5AC8F" w:rsidR="008305FA" w:rsidRPr="005B0AA3" w:rsidRDefault="00343A9F" w:rsidP="008305FA">
      <w:pPr>
        <w:spacing w:after="0" w:line="300" w:lineRule="exact"/>
        <w:ind w:firstLine="567"/>
        <w:jc w:val="both"/>
        <w:rPr>
          <w:rFonts w:cs="Times New Roman"/>
          <w:color w:val="auto"/>
          <w:szCs w:val="24"/>
          <w:lang w:val="ru-RU"/>
        </w:rPr>
      </w:pPr>
      <w:r w:rsidRPr="005B0AA3">
        <w:rPr>
          <w:rFonts w:cs="Times New Roman"/>
          <w:color w:val="auto"/>
          <w:szCs w:val="24"/>
          <w:lang w:val="ru-RU"/>
        </w:rPr>
        <w:t>9.1. Права на Исходные материалы сохраняются за правообладателями.</w:t>
      </w:r>
      <w:r w:rsidR="008305FA" w:rsidRPr="005B0AA3">
        <w:rPr>
          <w:rFonts w:ascii="Segoe UI" w:hAnsi="Segoe UI" w:cs="Segoe UI"/>
          <w:b/>
          <w:bCs/>
          <w:color w:val="0F1115"/>
          <w:szCs w:val="24"/>
          <w:lang w:val="ru-RU" w:eastAsia="ru-RU"/>
        </w:rPr>
        <w:t xml:space="preserve"> </w:t>
      </w:r>
      <w:r w:rsidR="008305FA" w:rsidRPr="005B0AA3">
        <w:rPr>
          <w:rFonts w:cs="Times New Roman"/>
          <w:color w:val="auto"/>
          <w:szCs w:val="24"/>
          <w:lang w:val="ru-RU"/>
        </w:rPr>
        <w:t>Заказчик подтверждает и гарантирует, что обладает всеми необходимыми правами на переданные Исполнителю Исходные материалы, включая, но не ограничиваясь: авторскими правами, правами на использование изображения и голоса, правами на распространение и публичный показ, а также правами на включение таких материалов в создаваемый результат, в объеме, достаточном для исполнения Заказа. Заказчик гарантирует, что передача Исходных материалов Исполнителю и их использование в соответствии с условиями Договора не нарушают прав третьих лиц, включая, но не ограничиваясь: авторские, смежные, личные неимущественные и иные права, охраняемые законодательством Российской Федерации.</w:t>
      </w:r>
    </w:p>
    <w:p w14:paraId="016D562E" w14:textId="77777777" w:rsidR="00B3427C" w:rsidRPr="005B0AA3" w:rsidRDefault="008305FA" w:rsidP="00B3427C">
      <w:pPr>
        <w:spacing w:after="0" w:line="300" w:lineRule="exact"/>
        <w:ind w:firstLine="567"/>
        <w:jc w:val="both"/>
        <w:rPr>
          <w:rFonts w:cs="Times New Roman"/>
          <w:color w:val="auto"/>
          <w:szCs w:val="24"/>
          <w:lang w:val="ru-RU"/>
        </w:rPr>
      </w:pPr>
      <w:r w:rsidRPr="005B0AA3">
        <w:rPr>
          <w:rFonts w:cs="Times New Roman"/>
          <w:color w:val="auto"/>
          <w:szCs w:val="24"/>
          <w:lang w:val="ru-RU"/>
        </w:rPr>
        <w:t>9.1.1.</w:t>
      </w:r>
      <w:r w:rsidR="00B3427C" w:rsidRPr="005B0AA3">
        <w:rPr>
          <w:rFonts w:ascii="Segoe UI" w:hAnsi="Segoe UI" w:cs="Segoe UI"/>
          <w:color w:val="0F1115"/>
          <w:szCs w:val="24"/>
          <w:lang w:val="ru-RU" w:eastAsia="ru-RU"/>
        </w:rPr>
        <w:t xml:space="preserve"> </w:t>
      </w:r>
      <w:r w:rsidR="00B3427C" w:rsidRPr="005B0AA3">
        <w:rPr>
          <w:rFonts w:cs="Times New Roman"/>
          <w:color w:val="auto"/>
          <w:szCs w:val="24"/>
          <w:lang w:val="ru-RU"/>
        </w:rPr>
        <w:t>Заказчик гарантирует, что:</w:t>
      </w:r>
    </w:p>
    <w:p w14:paraId="32371F63" w14:textId="77777777" w:rsidR="00B3427C" w:rsidRPr="005B0AA3" w:rsidRDefault="00B3427C" w:rsidP="00B3427C">
      <w:pPr>
        <w:spacing w:after="0" w:line="300" w:lineRule="exact"/>
        <w:ind w:firstLine="567"/>
        <w:jc w:val="both"/>
        <w:rPr>
          <w:rFonts w:cs="Times New Roman"/>
          <w:color w:val="auto"/>
          <w:szCs w:val="24"/>
          <w:lang w:val="ru-RU"/>
        </w:rPr>
      </w:pPr>
      <w:r w:rsidRPr="005B0AA3">
        <w:rPr>
          <w:rFonts w:cs="Times New Roman"/>
          <w:color w:val="auto"/>
          <w:szCs w:val="24"/>
          <w:lang w:val="ru-RU"/>
        </w:rPr>
        <w:t xml:space="preserve">– </w:t>
      </w:r>
      <w:r w:rsidRPr="00B3427C">
        <w:rPr>
          <w:rFonts w:cs="Times New Roman"/>
          <w:color w:val="auto"/>
          <w:szCs w:val="24"/>
          <w:lang w:val="ru-RU"/>
        </w:rPr>
        <w:t>Исходные материалы предоставляются Исполнителю на законных основаниях, без нарушения прав третьих лиц;</w:t>
      </w:r>
    </w:p>
    <w:p w14:paraId="1E3D9F33" w14:textId="77777777" w:rsidR="00B3427C" w:rsidRPr="005B0AA3" w:rsidRDefault="00B3427C" w:rsidP="00B3427C">
      <w:pPr>
        <w:spacing w:after="0" w:line="300" w:lineRule="exact"/>
        <w:ind w:firstLine="567"/>
        <w:jc w:val="both"/>
        <w:rPr>
          <w:rFonts w:cs="Times New Roman"/>
          <w:color w:val="auto"/>
          <w:szCs w:val="24"/>
          <w:lang w:val="ru-RU"/>
        </w:rPr>
      </w:pPr>
      <w:r w:rsidRPr="005B0AA3">
        <w:rPr>
          <w:rFonts w:cs="Times New Roman"/>
          <w:color w:val="auto"/>
          <w:szCs w:val="24"/>
          <w:lang w:val="ru-RU"/>
        </w:rPr>
        <w:t xml:space="preserve">– </w:t>
      </w:r>
      <w:r w:rsidRPr="00B3427C">
        <w:rPr>
          <w:rFonts w:cs="Times New Roman"/>
          <w:color w:val="auto"/>
          <w:szCs w:val="24"/>
          <w:lang w:val="ru-RU"/>
        </w:rPr>
        <w:t>использование Исходных материалов в соответствии с условиями Договора и Индивидуального заказа не нарушает авторские, смежные, личные неимущественные и иные охраняемые права третьих лиц, а также не порочит честь, достоинство и деловую репутацию Заказчика, Участника или иных лиц;</w:t>
      </w:r>
    </w:p>
    <w:p w14:paraId="6C02C25B" w14:textId="53F82A87" w:rsidR="00B3427C" w:rsidRPr="00B3427C" w:rsidRDefault="00B3427C" w:rsidP="00B3427C">
      <w:pPr>
        <w:spacing w:after="0" w:line="300" w:lineRule="exact"/>
        <w:ind w:firstLine="567"/>
        <w:jc w:val="both"/>
        <w:rPr>
          <w:rFonts w:cs="Times New Roman"/>
          <w:color w:val="auto"/>
          <w:szCs w:val="24"/>
          <w:lang w:val="ru-RU"/>
        </w:rPr>
      </w:pPr>
      <w:r w:rsidRPr="005B0AA3">
        <w:rPr>
          <w:rFonts w:cs="Times New Roman"/>
          <w:color w:val="auto"/>
          <w:szCs w:val="24"/>
          <w:lang w:val="ru-RU"/>
        </w:rPr>
        <w:t xml:space="preserve">– </w:t>
      </w:r>
      <w:r w:rsidRPr="00B3427C">
        <w:rPr>
          <w:rFonts w:cs="Times New Roman"/>
          <w:color w:val="auto"/>
          <w:szCs w:val="24"/>
          <w:lang w:val="ru-RU"/>
        </w:rPr>
        <w:t>Исходные материалы не содержат сведений, распространение которых запрещено или ограничено законодательством Российской Федерации, и не нарушают действующее законодательство.</w:t>
      </w:r>
    </w:p>
    <w:p w14:paraId="04EA64C2" w14:textId="75F4EE56" w:rsidR="00B3427C" w:rsidRPr="005B0AA3" w:rsidRDefault="00B3427C" w:rsidP="00F30B69">
      <w:pPr>
        <w:spacing w:after="0" w:line="300" w:lineRule="exact"/>
        <w:ind w:firstLine="567"/>
        <w:jc w:val="both"/>
        <w:rPr>
          <w:rFonts w:cs="Times New Roman"/>
          <w:color w:val="auto"/>
          <w:szCs w:val="24"/>
          <w:lang w:val="ru-RU"/>
        </w:rPr>
      </w:pPr>
      <w:r w:rsidRPr="005B0AA3">
        <w:rPr>
          <w:rFonts w:cs="Times New Roman"/>
          <w:color w:val="auto"/>
          <w:szCs w:val="24"/>
          <w:lang w:val="ru-RU"/>
        </w:rPr>
        <w:t xml:space="preserve">9.1.2. </w:t>
      </w:r>
      <w:r w:rsidRPr="005B0AA3">
        <w:rPr>
          <w:rFonts w:cs="Times New Roman"/>
          <w:color w:val="auto"/>
          <w:szCs w:val="24"/>
          <w:lang w:val="ru-RU"/>
        </w:rPr>
        <w:t>Заказчик гарантирует, что на момент передачи Исходных материалов он не связан какими-либо обязательствами с третьими лицами, которые могут помешать полному или частичному осуществлению прав Исполнителя по настоящему Договору (включая обработку, редактирование, включение в результат, хранение и передачу привлечённым лицам в объёме, необходимом для исполнения Заказа).</w:t>
      </w:r>
    </w:p>
    <w:p w14:paraId="16915DCF" w14:textId="1F8B02EB" w:rsidR="00F30B69" w:rsidRPr="005B0AA3" w:rsidRDefault="00F30B69" w:rsidP="00360B51">
      <w:pPr>
        <w:spacing w:after="0" w:line="300" w:lineRule="exact"/>
        <w:ind w:firstLine="567"/>
        <w:jc w:val="both"/>
        <w:rPr>
          <w:rFonts w:cs="Times New Roman"/>
          <w:color w:val="auto"/>
          <w:szCs w:val="24"/>
          <w:lang w:val="ru-RU"/>
        </w:rPr>
      </w:pPr>
      <w:r w:rsidRPr="005B0AA3">
        <w:rPr>
          <w:rFonts w:cs="Times New Roman"/>
          <w:color w:val="auto"/>
          <w:szCs w:val="24"/>
          <w:lang w:val="ru-RU"/>
        </w:rPr>
        <w:t xml:space="preserve">9.1.3. </w:t>
      </w:r>
      <w:r w:rsidR="008305FA" w:rsidRPr="005B0AA3">
        <w:rPr>
          <w:rFonts w:cs="Times New Roman"/>
          <w:color w:val="auto"/>
          <w:szCs w:val="24"/>
          <w:lang w:val="ru-RU"/>
        </w:rPr>
        <w:t>Заказчик несет полную ответственность за достоверность сведений о правах на Исходные материалы и за законность их использования.</w:t>
      </w:r>
      <w:r w:rsidR="00B3427C" w:rsidRPr="005B0AA3">
        <w:rPr>
          <w:rFonts w:cs="Times New Roman"/>
          <w:color w:val="auto"/>
          <w:szCs w:val="24"/>
          <w:lang w:val="ru-RU"/>
        </w:rPr>
        <w:t xml:space="preserve"> </w:t>
      </w:r>
      <w:r w:rsidR="008305FA" w:rsidRPr="005B0AA3">
        <w:rPr>
          <w:rFonts w:cs="Times New Roman"/>
          <w:color w:val="auto"/>
          <w:szCs w:val="24"/>
          <w:lang w:val="ru-RU"/>
        </w:rPr>
        <w:t>В случае предъявления третьими лицами претензий или исков в связи с использованием Исходных материалов, переданных Заказчиком, Заказчик обязуется самостоятельно и за свой счет урегулировать такие претензии и возместить Исполнителю все документально подтвержденные убытки, включая расходы на юридическую защиту, понесенные Исполнителем в связи с такими претензиями.</w:t>
      </w:r>
    </w:p>
    <w:p w14:paraId="6596B87B" w14:textId="25809B4F" w:rsidR="00B52FE8" w:rsidRPr="005B0AA3" w:rsidRDefault="008305FA" w:rsidP="008305FA">
      <w:pPr>
        <w:spacing w:after="0" w:line="300" w:lineRule="exact"/>
        <w:ind w:firstLine="567"/>
        <w:jc w:val="both"/>
        <w:rPr>
          <w:rFonts w:cs="Times New Roman"/>
          <w:color w:val="auto"/>
          <w:szCs w:val="24"/>
          <w:lang w:val="ru-RU"/>
        </w:rPr>
      </w:pPr>
      <w:r w:rsidRPr="005B0AA3">
        <w:rPr>
          <w:rFonts w:cs="Times New Roman"/>
          <w:color w:val="auto"/>
          <w:szCs w:val="24"/>
          <w:lang w:val="ru-RU"/>
        </w:rPr>
        <w:t>9.1.</w:t>
      </w:r>
      <w:r w:rsidR="00F30B69" w:rsidRPr="005B0AA3">
        <w:rPr>
          <w:rFonts w:cs="Times New Roman"/>
          <w:color w:val="auto"/>
          <w:szCs w:val="24"/>
          <w:lang w:val="ru-RU"/>
        </w:rPr>
        <w:t>4</w:t>
      </w:r>
      <w:r w:rsidRPr="005B0AA3">
        <w:rPr>
          <w:rFonts w:cs="Times New Roman"/>
          <w:color w:val="auto"/>
          <w:szCs w:val="24"/>
          <w:lang w:val="ru-RU"/>
        </w:rPr>
        <w:t>. Заказчик обязуется по требованию Исполнителя предоставить документы и иные доказательства, подтверждающие наличие прав на Исходные материалы, в том числе: договоры об отчуждении исключительного права, лицензионные договоры, согласия на обработку персональных данных, согласия на использование изображения и голоса, а также иные документы, предусмотренные законодательством Российской Федерации.</w:t>
      </w:r>
      <w:r w:rsidR="00F30B69" w:rsidRPr="005B0AA3">
        <w:rPr>
          <w:rFonts w:cs="Times New Roman"/>
          <w:color w:val="auto"/>
          <w:szCs w:val="24"/>
          <w:lang w:val="ru-RU"/>
        </w:rPr>
        <w:t xml:space="preserve"> Срок предоставления документов устанавливается </w:t>
      </w:r>
      <w:r w:rsidR="00F30B69" w:rsidRPr="005B0AA3">
        <w:rPr>
          <w:rFonts w:cs="Times New Roman"/>
          <w:color w:val="auto"/>
          <w:szCs w:val="24"/>
          <w:lang w:val="ru-RU"/>
        </w:rPr>
        <w:t>Исполнителем</w:t>
      </w:r>
      <w:r w:rsidR="00F30B69" w:rsidRPr="005B0AA3">
        <w:rPr>
          <w:rFonts w:cs="Times New Roman"/>
          <w:color w:val="auto"/>
          <w:szCs w:val="24"/>
          <w:lang w:val="ru-RU"/>
        </w:rPr>
        <w:t>.</w:t>
      </w:r>
      <w:r w:rsidR="00F30B69" w:rsidRPr="005B0AA3">
        <w:rPr>
          <w:rFonts w:cs="Times New Roman"/>
          <w:color w:val="auto"/>
          <w:szCs w:val="24"/>
          <w:lang w:val="ru-RU"/>
        </w:rPr>
        <w:t xml:space="preserve"> Непредоставление таких документов в установленный Исполнителем срок даёт Исполнителю право приостановить исполнение Заказа до их получения либо исключить спорные материалы из результата.</w:t>
      </w:r>
    </w:p>
    <w:p w14:paraId="3A042CEE" w14:textId="77777777" w:rsidR="00F30B69" w:rsidRPr="005B0AA3" w:rsidRDefault="00F30B69" w:rsidP="00F30B69">
      <w:pPr>
        <w:spacing w:after="0" w:line="300" w:lineRule="exact"/>
        <w:ind w:firstLine="567"/>
        <w:jc w:val="both"/>
        <w:rPr>
          <w:rFonts w:cs="Times New Roman"/>
          <w:color w:val="auto"/>
          <w:szCs w:val="24"/>
          <w:lang w:val="ru-RU"/>
        </w:rPr>
      </w:pPr>
      <w:r w:rsidRPr="005B0AA3">
        <w:rPr>
          <w:rFonts w:cs="Times New Roman"/>
          <w:color w:val="auto"/>
          <w:szCs w:val="24"/>
          <w:lang w:val="ru-RU"/>
        </w:rPr>
        <w:t xml:space="preserve">9.1.5. </w:t>
      </w:r>
      <w:r w:rsidRPr="005B0AA3">
        <w:rPr>
          <w:rFonts w:cs="Times New Roman"/>
          <w:color w:val="auto"/>
          <w:szCs w:val="24"/>
          <w:lang w:val="ru-RU"/>
        </w:rPr>
        <w:t> В случае предъявления третьими лицами претензий, исков или иных требований в связи с использованием Исходных материалов, переданных Заказчиком, Заказчик обязуется:</w:t>
      </w:r>
    </w:p>
    <w:p w14:paraId="4D3C7A88" w14:textId="55C0A28E" w:rsidR="00F30B69" w:rsidRPr="00F30B69" w:rsidRDefault="00F30B69" w:rsidP="00F30B69">
      <w:pPr>
        <w:numPr>
          <w:ilvl w:val="0"/>
          <w:numId w:val="11"/>
        </w:numPr>
        <w:spacing w:after="0" w:line="300" w:lineRule="exact"/>
        <w:ind w:left="0" w:firstLine="567"/>
        <w:jc w:val="both"/>
        <w:rPr>
          <w:rFonts w:cs="Times New Roman"/>
          <w:color w:val="auto"/>
          <w:szCs w:val="24"/>
          <w:lang w:val="ru-RU"/>
        </w:rPr>
      </w:pPr>
      <w:r w:rsidRPr="00F30B69">
        <w:rPr>
          <w:rFonts w:cs="Times New Roman"/>
          <w:color w:val="auto"/>
          <w:szCs w:val="24"/>
          <w:lang w:val="ru-RU"/>
        </w:rPr>
        <w:t>незамедлительно уведомить Исполнителя о таких требованиях</w:t>
      </w:r>
      <w:r w:rsidRPr="005B0AA3">
        <w:rPr>
          <w:rFonts w:cs="Times New Roman"/>
          <w:color w:val="auto"/>
          <w:szCs w:val="24"/>
          <w:lang w:val="ru-RU"/>
        </w:rPr>
        <w:t>, в течении 1 (одного) рабочего дня с момента как ему стало известно о данных обстоятельствах</w:t>
      </w:r>
      <w:r w:rsidRPr="00F30B69">
        <w:rPr>
          <w:rFonts w:cs="Times New Roman"/>
          <w:color w:val="auto"/>
          <w:szCs w:val="24"/>
          <w:lang w:val="ru-RU"/>
        </w:rPr>
        <w:t>;</w:t>
      </w:r>
    </w:p>
    <w:p w14:paraId="2435859B" w14:textId="7524E985" w:rsidR="00F30B69" w:rsidRPr="00F30B69" w:rsidRDefault="00F30B69" w:rsidP="00F30B69">
      <w:pPr>
        <w:numPr>
          <w:ilvl w:val="0"/>
          <w:numId w:val="11"/>
        </w:numPr>
        <w:spacing w:after="0" w:line="300" w:lineRule="exact"/>
        <w:ind w:left="0" w:firstLine="567"/>
        <w:jc w:val="both"/>
        <w:rPr>
          <w:rFonts w:cs="Times New Roman"/>
          <w:color w:val="auto"/>
          <w:szCs w:val="24"/>
          <w:lang w:val="ru-RU"/>
        </w:rPr>
      </w:pPr>
      <w:r w:rsidRPr="00F30B69">
        <w:rPr>
          <w:rFonts w:cs="Times New Roman"/>
          <w:color w:val="auto"/>
          <w:szCs w:val="24"/>
          <w:lang w:val="ru-RU"/>
        </w:rPr>
        <w:t>самостоятельно и за свой счет урегулировать указанные требования;</w:t>
      </w:r>
    </w:p>
    <w:p w14:paraId="345348C0" w14:textId="0A78633C" w:rsidR="00F30B69" w:rsidRPr="00F30B69" w:rsidRDefault="00F30B69" w:rsidP="00F30B69">
      <w:pPr>
        <w:numPr>
          <w:ilvl w:val="0"/>
          <w:numId w:val="11"/>
        </w:numPr>
        <w:spacing w:after="0" w:line="300" w:lineRule="exact"/>
        <w:ind w:left="0" w:firstLine="567"/>
        <w:jc w:val="both"/>
        <w:rPr>
          <w:rFonts w:cs="Times New Roman"/>
          <w:color w:val="auto"/>
          <w:szCs w:val="24"/>
          <w:lang w:val="ru-RU"/>
        </w:rPr>
      </w:pPr>
      <w:r w:rsidRPr="00F30B69">
        <w:rPr>
          <w:rFonts w:cs="Times New Roman"/>
          <w:color w:val="auto"/>
          <w:szCs w:val="24"/>
          <w:lang w:val="ru-RU"/>
        </w:rPr>
        <w:t>возместить Исполнителю все убытки, включая расходы на юридическую защиту, судебные издержки и выплаченные третьим лицам суммы, понесённые Исполнителем в связи с такими претензиями.</w:t>
      </w:r>
    </w:p>
    <w:p w14:paraId="51D2F74C" w14:textId="4B1BBEAD" w:rsidR="00F30B69" w:rsidRPr="005B0AA3" w:rsidRDefault="00F30B69" w:rsidP="00F30B69">
      <w:pPr>
        <w:spacing w:after="0" w:line="300" w:lineRule="exact"/>
        <w:ind w:firstLine="567"/>
        <w:jc w:val="both"/>
        <w:rPr>
          <w:rFonts w:cs="Times New Roman"/>
          <w:color w:val="auto"/>
          <w:szCs w:val="24"/>
          <w:lang w:val="ru-RU"/>
        </w:rPr>
      </w:pPr>
      <w:r w:rsidRPr="00F30B69">
        <w:rPr>
          <w:rFonts w:cs="Times New Roman"/>
          <w:color w:val="auto"/>
          <w:szCs w:val="24"/>
          <w:lang w:val="ru-RU"/>
        </w:rPr>
        <w:t>9.1.6. Заказчик несёт полную ответственность за достоверность, полноту и законность предоставленных Исходных материалов, а также за соответствие таких материалов требованиям законодательства. Исполнитель не обязан проверять достоверность или законность Исходных материалов, если иное прямо не предусмотрено Индивидуальным заказом.</w:t>
      </w:r>
    </w:p>
    <w:p w14:paraId="623030DB" w14:textId="47839C6F" w:rsidR="00B52FE8" w:rsidRPr="005B0AA3" w:rsidRDefault="00343A9F" w:rsidP="006D2C3A">
      <w:pPr>
        <w:spacing w:after="0" w:line="300" w:lineRule="exact"/>
        <w:ind w:firstLine="567"/>
        <w:jc w:val="both"/>
        <w:rPr>
          <w:rFonts w:cs="Times New Roman"/>
          <w:color w:val="auto"/>
          <w:szCs w:val="24"/>
          <w:lang w:val="ru-RU"/>
        </w:rPr>
      </w:pPr>
      <w:r w:rsidRPr="005B0AA3">
        <w:rPr>
          <w:rFonts w:cs="Times New Roman"/>
          <w:color w:val="auto"/>
          <w:szCs w:val="24"/>
          <w:lang w:val="ru-RU"/>
        </w:rPr>
        <w:t>9.2.</w:t>
      </w:r>
      <w:r w:rsidR="00FB3E9C" w:rsidRPr="005B0AA3">
        <w:rPr>
          <w:rFonts w:cs="Times New Roman"/>
          <w:color w:val="auto"/>
          <w:szCs w:val="24"/>
          <w:lang w:val="ru-RU"/>
        </w:rPr>
        <w:t> </w:t>
      </w:r>
      <w:r w:rsidRPr="005B0AA3">
        <w:rPr>
          <w:rFonts w:cs="Times New Roman"/>
          <w:color w:val="auto"/>
          <w:szCs w:val="24"/>
          <w:lang w:val="ru-RU"/>
        </w:rPr>
        <w:t>Заказчик предоставляет Исполнителю простое безвозмездное право воспроизводить, записывать, хранить, редактировать, форматировать и включать Исходные материалы в результат исключительно в целях исполнения заказа и технического хранения, а также предоставлять доступ конкретным подрядчикам, связанным обязательствами конфиденциальности и поручением обработки персональных данных, если оно требуется.</w:t>
      </w:r>
    </w:p>
    <w:p w14:paraId="1F152B8A" w14:textId="061635A3" w:rsidR="00F30B69" w:rsidRPr="00F30B69" w:rsidRDefault="00F30B69" w:rsidP="006D2C3A">
      <w:pPr>
        <w:spacing w:after="0" w:line="300" w:lineRule="exact"/>
        <w:ind w:firstLine="567"/>
        <w:jc w:val="both"/>
        <w:rPr>
          <w:rFonts w:cs="Times New Roman"/>
          <w:color w:val="auto"/>
          <w:szCs w:val="24"/>
          <w:lang w:val="ru-RU"/>
        </w:rPr>
      </w:pPr>
      <w:r w:rsidRPr="005B0AA3">
        <w:rPr>
          <w:rFonts w:cs="Times New Roman"/>
          <w:color w:val="auto"/>
          <w:szCs w:val="24"/>
          <w:lang w:val="ru-RU"/>
        </w:rPr>
        <w:t>9.2.1.</w:t>
      </w:r>
      <w:r w:rsidRPr="005B0AA3">
        <w:rPr>
          <w:rFonts w:cs="Times New Roman"/>
          <w:color w:val="auto"/>
          <w:szCs w:val="24"/>
        </w:rPr>
        <w:t> </w:t>
      </w:r>
      <w:r w:rsidRPr="005B0AA3">
        <w:rPr>
          <w:rFonts w:cs="Times New Roman"/>
          <w:color w:val="auto"/>
          <w:szCs w:val="24"/>
          <w:lang w:val="ru-RU"/>
        </w:rPr>
        <w:t>Исполнитель гарантирует, что не будет использовать Исходные материалы способом, противоречащим общепринятым нормам морали, либо способствующим совершению преступных действий, либо приводящим к непристойному поведению, либо наносящим ущерб репутации Заказчика или Участника. Исполнитель не считается нарушителем указанных обязательств, если нарушение вызвано неотъемлемыми свойствами самих Исходных материалов либо действиями третьих лиц, в том числе Заказчика или Участника, после передачи результата.</w:t>
      </w:r>
    </w:p>
    <w:p w14:paraId="6DCF2A28" w14:textId="77777777" w:rsidR="00B52FE8" w:rsidRPr="00FB3E9C" w:rsidRDefault="00343A9F" w:rsidP="006D2C3A">
      <w:pPr>
        <w:spacing w:after="0" w:line="300" w:lineRule="exact"/>
        <w:ind w:firstLine="567"/>
        <w:jc w:val="both"/>
        <w:rPr>
          <w:rFonts w:cs="Times New Roman"/>
          <w:color w:val="auto"/>
          <w:szCs w:val="24"/>
          <w:lang w:val="ru-RU"/>
        </w:rPr>
      </w:pPr>
      <w:r w:rsidRPr="00FB3E9C">
        <w:rPr>
          <w:rFonts w:cs="Times New Roman"/>
          <w:color w:val="auto"/>
          <w:szCs w:val="24"/>
          <w:lang w:val="ru-RU"/>
        </w:rPr>
        <w:t>9.3. Если специально для Заказчика создан охраняемый результат, исключительное право в части, принадлежащей Исполнителю, переходит после полной оплаты и передачи итогового результата, если Индивидуальный заказ не предусматривает лицензию. Заказчик вправе воспроизводить, распространять, публично показывать, доводить до всеобщего сведения и перерабатывать результат в пределах переданного права и с учетом прав третьих лиц.</w:t>
      </w:r>
    </w:p>
    <w:p w14:paraId="3F913040" w14:textId="18DCAABE" w:rsidR="00B52FE8" w:rsidRPr="00FB3E9C" w:rsidRDefault="00343A9F" w:rsidP="006D2C3A">
      <w:pPr>
        <w:spacing w:after="0" w:line="300" w:lineRule="exact"/>
        <w:ind w:firstLine="567"/>
        <w:jc w:val="both"/>
        <w:rPr>
          <w:rFonts w:cs="Times New Roman"/>
          <w:color w:val="auto"/>
          <w:szCs w:val="24"/>
          <w:lang w:val="ru-RU"/>
        </w:rPr>
      </w:pPr>
      <w:r w:rsidRPr="00FB3E9C">
        <w:rPr>
          <w:rFonts w:cs="Times New Roman"/>
          <w:color w:val="auto"/>
          <w:szCs w:val="24"/>
          <w:lang w:val="ru-RU"/>
        </w:rPr>
        <w:t>9.4.</w:t>
      </w:r>
      <w:r w:rsidR="00FB3E9C" w:rsidRPr="00FB3E9C">
        <w:rPr>
          <w:rFonts w:cs="Times New Roman"/>
          <w:color w:val="auto"/>
          <w:szCs w:val="24"/>
          <w:lang w:val="ru-RU"/>
        </w:rPr>
        <w:t> </w:t>
      </w:r>
      <w:r w:rsidRPr="00FB3E9C">
        <w:rPr>
          <w:rFonts w:cs="Times New Roman"/>
          <w:color w:val="auto"/>
          <w:szCs w:val="24"/>
          <w:lang w:val="ru-RU"/>
        </w:rPr>
        <w:t>Исключительное право не передается на ранее созданные шаблоны, методики, вопросы, программные элементы, шрифты, библиотеки, изображения и иные объекты Исполнителя или третьих лиц. На встроенные элементы Исполнителя предоставляется простая лицензия на срок исключительного права в объеме, необходимом для использования итогового результата.</w:t>
      </w:r>
    </w:p>
    <w:p w14:paraId="5AD650DE" w14:textId="77777777" w:rsidR="00FB3E9C" w:rsidRPr="00FB3E9C" w:rsidRDefault="00FB3E9C" w:rsidP="00FB3E9C">
      <w:pPr>
        <w:pStyle w:val="1"/>
        <w:spacing w:before="0" w:after="0" w:line="300" w:lineRule="exact"/>
        <w:jc w:val="both"/>
        <w:rPr>
          <w:rFonts w:ascii="Times New Roman" w:hAnsi="Times New Roman" w:cs="Times New Roman"/>
          <w:color w:val="auto"/>
          <w:sz w:val="24"/>
          <w:szCs w:val="24"/>
          <w:lang w:val="ru-RU"/>
        </w:rPr>
      </w:pPr>
    </w:p>
    <w:p w14:paraId="523BDC8E" w14:textId="648EF192" w:rsidR="00B52FE8" w:rsidRPr="00FB3E9C" w:rsidRDefault="00343A9F" w:rsidP="00FB3E9C">
      <w:pPr>
        <w:pStyle w:val="1"/>
        <w:spacing w:before="0" w:after="0" w:line="300" w:lineRule="exact"/>
        <w:jc w:val="center"/>
        <w:rPr>
          <w:rFonts w:ascii="Times New Roman" w:hAnsi="Times New Roman" w:cs="Times New Roman"/>
          <w:color w:val="auto"/>
          <w:sz w:val="24"/>
          <w:szCs w:val="24"/>
          <w:lang w:val="ru-RU"/>
        </w:rPr>
      </w:pPr>
      <w:r w:rsidRPr="00FB3E9C">
        <w:rPr>
          <w:rFonts w:ascii="Times New Roman" w:hAnsi="Times New Roman" w:cs="Times New Roman"/>
          <w:color w:val="auto"/>
          <w:sz w:val="24"/>
          <w:szCs w:val="24"/>
          <w:lang w:val="ru-RU"/>
        </w:rPr>
        <w:t>10. ПЕРСОНАЛЬНЫЕ ДАННЫЕ И КОНФИДЕНЦИАЛЬНОСТЬ</w:t>
      </w:r>
    </w:p>
    <w:p w14:paraId="5D890734" w14:textId="138DA284" w:rsidR="00B52FE8" w:rsidRPr="00FB3E9C" w:rsidRDefault="00343A9F" w:rsidP="006D2C3A">
      <w:pPr>
        <w:spacing w:after="0" w:line="300" w:lineRule="exact"/>
        <w:ind w:firstLine="567"/>
        <w:jc w:val="both"/>
        <w:rPr>
          <w:rFonts w:cs="Times New Roman"/>
          <w:color w:val="auto"/>
          <w:szCs w:val="24"/>
          <w:lang w:val="ru-RU"/>
        </w:rPr>
      </w:pPr>
      <w:r w:rsidRPr="00FB3E9C">
        <w:rPr>
          <w:rFonts w:cs="Times New Roman"/>
          <w:color w:val="auto"/>
          <w:szCs w:val="24"/>
          <w:lang w:val="ru-RU"/>
        </w:rPr>
        <w:t>10.1.</w:t>
      </w:r>
      <w:r w:rsidR="00FB3E9C" w:rsidRPr="00FB3E9C">
        <w:rPr>
          <w:rFonts w:cs="Times New Roman"/>
          <w:color w:val="auto"/>
          <w:szCs w:val="24"/>
          <w:lang w:val="ru-RU"/>
        </w:rPr>
        <w:t> </w:t>
      </w:r>
      <w:r w:rsidRPr="00FB3E9C">
        <w:rPr>
          <w:rFonts w:cs="Times New Roman"/>
          <w:color w:val="auto"/>
          <w:szCs w:val="24"/>
          <w:lang w:val="ru-RU"/>
        </w:rPr>
        <w:t xml:space="preserve">Исполнитель является оператором персональных данных и обрабатывает их на основаниях, предусмотренных Федеральным законом № 152-ФЗ. Политика </w:t>
      </w:r>
      <w:r w:rsidR="00FB3E9C" w:rsidRPr="00FB3E9C">
        <w:rPr>
          <w:rFonts w:cs="Times New Roman"/>
          <w:color w:val="auto"/>
          <w:szCs w:val="24"/>
          <w:lang w:val="ru-RU"/>
        </w:rPr>
        <w:t xml:space="preserve">обработки персональных данных, размещенная на Сайте, </w:t>
      </w:r>
      <w:r w:rsidRPr="00FB3E9C">
        <w:rPr>
          <w:rFonts w:cs="Times New Roman"/>
          <w:color w:val="auto"/>
          <w:szCs w:val="24"/>
          <w:lang w:val="ru-RU"/>
        </w:rPr>
        <w:t>описывает порядок обработки, но сама по себе не является согласием или самостоятельным правовым основанием.</w:t>
      </w:r>
    </w:p>
    <w:p w14:paraId="6CE64B00" w14:textId="10B251DE" w:rsidR="00B52FE8" w:rsidRPr="00FB3E9C" w:rsidRDefault="00343A9F" w:rsidP="006D2C3A">
      <w:pPr>
        <w:spacing w:after="0" w:line="300" w:lineRule="exact"/>
        <w:ind w:firstLine="567"/>
        <w:jc w:val="both"/>
        <w:rPr>
          <w:rFonts w:cs="Times New Roman"/>
          <w:color w:val="auto"/>
          <w:szCs w:val="24"/>
          <w:lang w:val="ru-RU"/>
        </w:rPr>
      </w:pPr>
      <w:r w:rsidRPr="00FB3E9C">
        <w:rPr>
          <w:rFonts w:cs="Times New Roman"/>
          <w:color w:val="auto"/>
          <w:szCs w:val="24"/>
          <w:lang w:val="ru-RU"/>
        </w:rPr>
        <w:t>10.2.</w:t>
      </w:r>
      <w:r w:rsidR="00FB3E9C" w:rsidRPr="00FB3E9C">
        <w:rPr>
          <w:rFonts w:cs="Times New Roman"/>
          <w:color w:val="auto"/>
          <w:szCs w:val="24"/>
          <w:lang w:val="ru-RU"/>
        </w:rPr>
        <w:t> </w:t>
      </w:r>
      <w:r w:rsidRPr="00FB3E9C">
        <w:rPr>
          <w:rFonts w:cs="Times New Roman"/>
          <w:color w:val="auto"/>
          <w:szCs w:val="24"/>
          <w:lang w:val="ru-RU"/>
        </w:rPr>
        <w:t>Интервью может содержать специальные категории персональных данных. Их обработка осуществляется только при наличии письменного согласия или иного пр</w:t>
      </w:r>
      <w:bookmarkStart w:id="0" w:name="_GoBack"/>
      <w:bookmarkEnd w:id="0"/>
      <w:r w:rsidRPr="00FB3E9C">
        <w:rPr>
          <w:rFonts w:cs="Times New Roman"/>
          <w:color w:val="auto"/>
          <w:szCs w:val="24"/>
          <w:lang w:val="ru-RU"/>
        </w:rPr>
        <w:t>ямо предусмотренного законом основания. Изображение и голос относятся к биометрическим персональным данным только тогда, когда используются для установления личности.</w:t>
      </w:r>
    </w:p>
    <w:p w14:paraId="3122AF38" w14:textId="421E84CB" w:rsidR="007A18CC" w:rsidRPr="007A18CC" w:rsidRDefault="00FB3E9C" w:rsidP="007A18CC">
      <w:pPr>
        <w:spacing w:after="0" w:line="300" w:lineRule="exact"/>
        <w:ind w:firstLine="567"/>
        <w:jc w:val="both"/>
        <w:rPr>
          <w:lang w:val="ru-RU"/>
        </w:rPr>
      </w:pPr>
      <w:r w:rsidRPr="005B0AA3">
        <w:rPr>
          <w:rStyle w:val="af6"/>
          <w:b w:val="0"/>
          <w:bCs w:val="0"/>
          <w:lang w:val="ru-RU"/>
        </w:rPr>
        <w:t>10.3.</w:t>
      </w:r>
      <w:r w:rsidRPr="005B0AA3">
        <w:rPr>
          <w:lang w:val="ru-RU"/>
        </w:rPr>
        <w:t xml:space="preserve"> Если для исполнения Заказа требуется обработка персональных данных третьего лица, Заказчик обязан до начала такой обработки обеспечить Исполнителю возможность получить непосредственно от указанного лица надлежащее согласие на обработку персональных данных</w:t>
      </w:r>
      <w:r w:rsidR="007A18CC">
        <w:rPr>
          <w:lang w:val="ru-RU"/>
        </w:rPr>
        <w:t xml:space="preserve">, а также </w:t>
      </w:r>
      <w:r w:rsidR="007A18CC" w:rsidRPr="007A18CC">
        <w:rPr>
          <w:lang w:val="ru-RU"/>
        </w:rPr>
        <w:t xml:space="preserve">непосредственно проинформировать </w:t>
      </w:r>
      <w:r w:rsidR="007A18CC">
        <w:rPr>
          <w:lang w:val="ru-RU"/>
        </w:rPr>
        <w:t>третье лицо</w:t>
      </w:r>
      <w:r w:rsidR="007A18CC" w:rsidRPr="007A18CC">
        <w:rPr>
          <w:lang w:val="ru-RU"/>
        </w:rPr>
        <w:t xml:space="preserve"> и получить его согласие на такую обработку </w:t>
      </w:r>
      <w:r w:rsidR="007A18CC">
        <w:rPr>
          <w:lang w:val="ru-RU"/>
        </w:rPr>
        <w:t>Исполнителем</w:t>
      </w:r>
      <w:r w:rsidR="007A18CC" w:rsidRPr="007A18CC">
        <w:rPr>
          <w:lang w:val="ru-RU"/>
        </w:rPr>
        <w:t xml:space="preserve">. </w:t>
      </w:r>
    </w:p>
    <w:p w14:paraId="1AA8C8CB" w14:textId="3B433BEE" w:rsidR="007A18CC" w:rsidRPr="00AF7FAF" w:rsidRDefault="007A18CC" w:rsidP="007A18CC">
      <w:pPr>
        <w:pStyle w:val="afff"/>
        <w:spacing w:before="0" w:beforeAutospacing="0" w:after="0" w:afterAutospacing="0" w:line="300" w:lineRule="exact"/>
        <w:ind w:firstLine="567"/>
        <w:jc w:val="both"/>
      </w:pPr>
      <w:r>
        <w:t>Заказчик</w:t>
      </w:r>
      <w:r w:rsidRPr="00D65386">
        <w:t xml:space="preserve"> </w:t>
      </w:r>
      <w:r w:rsidRPr="00AF7FAF">
        <w:t>обязан</w:t>
      </w:r>
      <w:r w:rsidRPr="00D65386">
        <w:t>:</w:t>
      </w:r>
      <w:r w:rsidRPr="00AF7FAF">
        <w:t xml:space="preserve"> </w:t>
      </w:r>
    </w:p>
    <w:p w14:paraId="582BD83B" w14:textId="006CFCE3" w:rsidR="007A18CC" w:rsidRPr="00AF7FAF" w:rsidRDefault="007A18CC" w:rsidP="007A18CC">
      <w:pPr>
        <w:pStyle w:val="afff"/>
        <w:numPr>
          <w:ilvl w:val="0"/>
          <w:numId w:val="13"/>
        </w:numPr>
        <w:spacing w:before="0" w:beforeAutospacing="0" w:line="300" w:lineRule="exact"/>
        <w:ind w:left="0" w:firstLine="567"/>
        <w:jc w:val="both"/>
      </w:pPr>
      <w:r w:rsidRPr="00AF7FAF">
        <w:t xml:space="preserve">организовать взаимодействие </w:t>
      </w:r>
      <w:r>
        <w:t>Исполнителя</w:t>
      </w:r>
      <w:r w:rsidRPr="00AF7FAF">
        <w:t xml:space="preserve"> с субъектом персональных данных</w:t>
      </w:r>
      <w:r>
        <w:t xml:space="preserve"> (третьим лицом)</w:t>
      </w:r>
      <w:r w:rsidRPr="00AF7FAF">
        <w:t>;</w:t>
      </w:r>
    </w:p>
    <w:p w14:paraId="25132A06" w14:textId="432DF662" w:rsidR="007A18CC" w:rsidRPr="00AF7FAF" w:rsidRDefault="007A18CC" w:rsidP="007A18CC">
      <w:pPr>
        <w:pStyle w:val="afff"/>
        <w:numPr>
          <w:ilvl w:val="0"/>
          <w:numId w:val="13"/>
        </w:numPr>
        <w:spacing w:before="0" w:beforeAutospacing="0" w:line="300" w:lineRule="exact"/>
        <w:ind w:left="0" w:firstLine="567"/>
        <w:jc w:val="both"/>
      </w:pPr>
      <w:bookmarkStart w:id="1" w:name="_Hlk236222206"/>
      <w:r w:rsidRPr="00AF7FAF">
        <w:t xml:space="preserve">передать </w:t>
      </w:r>
      <w:r>
        <w:t>третьему лицу</w:t>
      </w:r>
      <w:r w:rsidRPr="00AF7FAF">
        <w:t xml:space="preserve"> предоставленную </w:t>
      </w:r>
      <w:r>
        <w:t>Исполнителем</w:t>
      </w:r>
      <w:r w:rsidRPr="00AF7FAF">
        <w:t xml:space="preserve"> форму согласия на обработку персональных данных;</w:t>
      </w:r>
    </w:p>
    <w:bookmarkEnd w:id="1"/>
    <w:p w14:paraId="6B3FF2CE" w14:textId="6C68AF48" w:rsidR="007A18CC" w:rsidRPr="00AF7FAF" w:rsidRDefault="007A18CC" w:rsidP="00C06CEB">
      <w:pPr>
        <w:pStyle w:val="afff"/>
        <w:numPr>
          <w:ilvl w:val="0"/>
          <w:numId w:val="13"/>
        </w:numPr>
        <w:spacing w:before="0" w:beforeAutospacing="0" w:line="300" w:lineRule="exact"/>
        <w:ind w:left="0" w:firstLine="567"/>
        <w:jc w:val="both"/>
      </w:pPr>
      <w:r w:rsidRPr="00AF7FAF">
        <w:t xml:space="preserve">обеспечить подписание </w:t>
      </w:r>
      <w:r>
        <w:t>третьим лицом</w:t>
      </w:r>
      <w:r w:rsidRPr="00AF7FAF">
        <w:t xml:space="preserve"> указанной формы согласия (собственноручно на бумажном носителе</w:t>
      </w:r>
      <w:r w:rsidRPr="00D65386">
        <w:t>,</w:t>
      </w:r>
      <w:r w:rsidRPr="00AF7FAF">
        <w:t xml:space="preserve"> либо с использованием </w:t>
      </w:r>
      <w:r w:rsidRPr="00D65386">
        <w:t xml:space="preserve">усиленной </w:t>
      </w:r>
      <w:r w:rsidRPr="00AF7FAF">
        <w:t>электронной подписи);</w:t>
      </w:r>
    </w:p>
    <w:p w14:paraId="0F52C5BF" w14:textId="40C2C6D5" w:rsidR="007A18CC" w:rsidRPr="00D65386" w:rsidRDefault="007A18CC" w:rsidP="00C06CEB">
      <w:pPr>
        <w:pStyle w:val="afff"/>
        <w:numPr>
          <w:ilvl w:val="0"/>
          <w:numId w:val="13"/>
        </w:numPr>
        <w:spacing w:before="0" w:beforeAutospacing="0" w:line="300" w:lineRule="exact"/>
        <w:ind w:left="0" w:firstLine="567"/>
        <w:jc w:val="both"/>
      </w:pPr>
      <w:r w:rsidRPr="00AF7FAF">
        <w:t xml:space="preserve">направить </w:t>
      </w:r>
      <w:r>
        <w:t>Исполнителю</w:t>
      </w:r>
      <w:r w:rsidRPr="00AF7FAF">
        <w:t xml:space="preserve"> подписанную скан-копию согласия</w:t>
      </w:r>
      <w:r w:rsidRPr="00D65386">
        <w:t xml:space="preserve"> третьего лица </w:t>
      </w:r>
      <w:r w:rsidRPr="00AF7FAF">
        <w:t xml:space="preserve">на адрес электронной почты </w:t>
      </w:r>
      <w:r>
        <w:t>Исполнителя</w:t>
      </w:r>
      <w:r w:rsidRPr="00AF7FAF">
        <w:t>, указанный на Сайте</w:t>
      </w:r>
      <w:r w:rsidRPr="00D65386">
        <w:t xml:space="preserve">, с последующей отправкой почтой России оригинала документа в адрес </w:t>
      </w:r>
      <w:r>
        <w:t>Исполнителя</w:t>
      </w:r>
      <w:r w:rsidRPr="00AF7FAF">
        <w:t>;</w:t>
      </w:r>
      <w:r w:rsidRPr="00D65386">
        <w:t xml:space="preserve"> </w:t>
      </w:r>
      <w:r w:rsidRPr="00AF7FAF">
        <w:t xml:space="preserve">либо предоставить документы, подтверждающие наличие иного законного основания для обработки персональных данных, предусмотренного Федеральным законом </w:t>
      </w:r>
      <w:r w:rsidRPr="00D65386">
        <w:t>«О персональных данных» от 27.07.2006 № 152-ФЗ</w:t>
      </w:r>
      <w:r w:rsidRPr="00AF7FAF">
        <w:t>.</w:t>
      </w:r>
    </w:p>
    <w:p w14:paraId="584BF459" w14:textId="743C3601" w:rsidR="00C06CEB" w:rsidRPr="000E2E74" w:rsidRDefault="00C06CEB" w:rsidP="00C06CEB">
      <w:pPr>
        <w:pStyle w:val="ae"/>
        <w:numPr>
          <w:ilvl w:val="0"/>
          <w:numId w:val="13"/>
        </w:numPr>
        <w:tabs>
          <w:tab w:val="clear" w:pos="720"/>
          <w:tab w:val="left" w:pos="567"/>
        </w:tabs>
        <w:spacing w:after="0"/>
        <w:ind w:left="0" w:firstLine="567"/>
        <w:jc w:val="both"/>
        <w:rPr>
          <w:rFonts w:cs="Times New Roman"/>
          <w:color w:val="auto"/>
          <w:szCs w:val="24"/>
          <w:lang w:val="ru-RU" w:eastAsia="ru-RU"/>
        </w:rPr>
      </w:pPr>
      <w:r w:rsidRPr="000E2E74">
        <w:rPr>
          <w:rFonts w:cs="Times New Roman"/>
          <w:color w:val="auto"/>
          <w:szCs w:val="24"/>
          <w:lang w:val="ru-RU" w:eastAsia="ru-RU"/>
        </w:rPr>
        <w:t xml:space="preserve">в случаях, когда требуется письменное согласие в соответствии с пунктом </w:t>
      </w:r>
      <w:r>
        <w:rPr>
          <w:rFonts w:cs="Times New Roman"/>
          <w:color w:val="auto"/>
          <w:szCs w:val="24"/>
          <w:lang w:val="ru-RU" w:eastAsia="ru-RU"/>
        </w:rPr>
        <w:t>10.3.1.</w:t>
      </w:r>
      <w:r w:rsidRPr="000E2E74">
        <w:rPr>
          <w:rFonts w:cs="Times New Roman"/>
          <w:color w:val="auto"/>
          <w:szCs w:val="24"/>
          <w:lang w:val="ru-RU" w:eastAsia="ru-RU"/>
        </w:rPr>
        <w:t>, обеспечить направление третьим лицом такого согласия в письменной форме на бумажном носителе по почтовому адресу Администрации, указанному на Сайте, с одновременным дублированием информации об отправке (скан-копия отправленного документа или уведомление об отправке) на адрес электронной почты Администрации, либо обеспечить предоставление согласия в форме электронного документа, подписанного собственноручной электронной подписью в соответствии с Федеральным законом № 63-ФЗ, и направление его на адрес электронной почты Администрации. Обязанность Заказчика по обеспечению получения согласия считается исполненной с момента получения Администрацией бумажного документа или электронного документа с электронной подписью, содержащего все необходимые сведения для исполнения обязательств Исполнителем.</w:t>
      </w:r>
    </w:p>
    <w:p w14:paraId="74E9DF1C" w14:textId="1CCD6981" w:rsidR="00C06CEB" w:rsidRPr="000E2E74" w:rsidRDefault="00C06CEB" w:rsidP="00C06CEB">
      <w:pPr>
        <w:pStyle w:val="afff"/>
        <w:spacing w:before="0" w:beforeAutospacing="0" w:after="0" w:afterAutospacing="0" w:line="300" w:lineRule="exact"/>
        <w:ind w:firstLine="567"/>
        <w:jc w:val="both"/>
      </w:pPr>
      <w:r w:rsidRPr="00C06CEB">
        <w:t>10</w:t>
      </w:r>
      <w:r w:rsidRPr="00C06CEB">
        <w:t>.</w:t>
      </w:r>
      <w:r w:rsidRPr="00C06CEB">
        <w:t>3</w:t>
      </w:r>
      <w:r w:rsidRPr="00C06CEB">
        <w:t>.</w:t>
      </w:r>
      <w:r w:rsidRPr="00C06CEB">
        <w:t>1.</w:t>
      </w:r>
      <w:r w:rsidRPr="00C06CEB">
        <w:t> </w:t>
      </w:r>
      <w:r w:rsidRPr="000E2E74">
        <w:t xml:space="preserve">В случаях, когда обработка персональных данных третьего лица относится к специальным категориям </w:t>
      </w:r>
      <w:r w:rsidRPr="00D65386">
        <w:t xml:space="preserve">касающихся расовой, национальной принадлежности, политических взглядов, религиозных или философских убеждений, состояния здоровья, интимной жизни </w:t>
      </w:r>
      <w:r w:rsidRPr="000E2E74">
        <w:t>(статья 10 Закона № 152-ФЗ)</w:t>
      </w:r>
      <w:r>
        <w:t>,</w:t>
      </w:r>
      <w:r w:rsidRPr="000E2E74">
        <w:t xml:space="preserve"> либо предполагает распространение персональных данных (статья 10.1 Закона № 152-ФЗ), согласие должно быть получено в письменной форме, в том числе в форме электронного документа, подписанного электронной подписью в соответствии с федеральным законом. </w:t>
      </w:r>
    </w:p>
    <w:p w14:paraId="4B211AC6" w14:textId="77777777" w:rsidR="00C06CEB" w:rsidRPr="000E2E74" w:rsidRDefault="00C06CEB" w:rsidP="00C06CEB">
      <w:pPr>
        <w:pStyle w:val="afff"/>
        <w:spacing w:before="0" w:beforeAutospacing="0" w:after="0" w:afterAutospacing="0" w:line="300" w:lineRule="exact"/>
        <w:ind w:firstLine="567"/>
        <w:jc w:val="both"/>
      </w:pPr>
      <w:r w:rsidRPr="000E2E74">
        <w:t>Такое согласие предоставляется субъектом персональных данных лично и оформляется в письменной форме на бумажном носителе с собственноручной подписью, направляемом по почтовому адресу Администрации, указанному на Сайте, с одновременным дублированием скан-копии такого согласия или уведомления об отправке на адрес электронной почты Администрации, либо предоставляется в форме электронного документа, подписанного электронной подписью в соответствии с Федеральным законом № 63-ФЗ, и направляется на адрес электронной почты Администрации, указанной на Сайте.</w:t>
      </w:r>
    </w:p>
    <w:p w14:paraId="6D25A586" w14:textId="77777777" w:rsidR="00C06CEB" w:rsidRDefault="00C06CEB" w:rsidP="006D2C3A">
      <w:pPr>
        <w:spacing w:after="0" w:line="300" w:lineRule="exact"/>
        <w:ind w:firstLine="567"/>
        <w:jc w:val="both"/>
        <w:rPr>
          <w:lang w:val="ru-RU"/>
        </w:rPr>
      </w:pPr>
    </w:p>
    <w:p w14:paraId="1B20CF90" w14:textId="485667EC" w:rsidR="00FB3E9C" w:rsidRPr="00FB3E9C" w:rsidRDefault="00C06CEB" w:rsidP="006D2C3A">
      <w:pPr>
        <w:spacing w:after="0" w:line="300" w:lineRule="exact"/>
        <w:ind w:firstLine="567"/>
        <w:jc w:val="both"/>
        <w:rPr>
          <w:lang w:val="ru-RU"/>
        </w:rPr>
      </w:pPr>
      <w:r>
        <w:rPr>
          <w:lang w:val="ru-RU"/>
        </w:rPr>
        <w:t xml:space="preserve">10.3.2. </w:t>
      </w:r>
      <w:r w:rsidR="00FB3E9C" w:rsidRPr="00FB3E9C">
        <w:rPr>
          <w:lang w:val="ru-RU"/>
        </w:rPr>
        <w:t>По требованию Исполнителя Заказчик также обязан предоставить сведения и документы, подтверждающие личность третьего лица, полномочия его представителя и факт предоставления согласия. До получения необходимого согласия Исполнитель вправе не начинать или приостановить обработку соответствующих данных и исполнение зависящей от них части Заказа. Срок исполнения Заказа в таком случае продлевается на период задержки со стороны Заказчика или третьего лица. Если согласие не предоставлено в установленный Исполнителем разумный срок, Исполнитель вправе исключить соответствующие данные и материалы из результата либо отказаться от исполнения соответствующей части Заказа с удержанием стоимости фактически выполненных работ и документально подтвержденных расходов.</w:t>
      </w:r>
    </w:p>
    <w:p w14:paraId="5770A60C" w14:textId="6B7E55B5" w:rsidR="00B52FE8" w:rsidRPr="00DE76A0" w:rsidRDefault="00343A9F" w:rsidP="006D2C3A">
      <w:pPr>
        <w:spacing w:after="0" w:line="300" w:lineRule="exact"/>
        <w:ind w:firstLine="567"/>
        <w:jc w:val="both"/>
        <w:rPr>
          <w:rFonts w:cs="Times New Roman"/>
          <w:color w:val="auto"/>
          <w:szCs w:val="24"/>
          <w:lang w:val="ru-RU"/>
        </w:rPr>
      </w:pPr>
      <w:r w:rsidRPr="00DE76A0">
        <w:rPr>
          <w:rFonts w:cs="Times New Roman"/>
          <w:color w:val="auto"/>
          <w:szCs w:val="24"/>
          <w:lang w:val="ru-RU"/>
        </w:rPr>
        <w:t>10.4.</w:t>
      </w:r>
      <w:r w:rsidR="00DE76A0">
        <w:rPr>
          <w:rFonts w:cs="Times New Roman"/>
          <w:color w:val="auto"/>
          <w:szCs w:val="24"/>
          <w:lang w:val="ru-RU"/>
        </w:rPr>
        <w:t> </w:t>
      </w:r>
      <w:r w:rsidRPr="00DE76A0">
        <w:rPr>
          <w:rFonts w:cs="Times New Roman"/>
          <w:color w:val="auto"/>
          <w:szCs w:val="24"/>
          <w:lang w:val="ru-RU"/>
        </w:rPr>
        <w:t>При сборе персональных данных граждан Российской Федерации запись, систематизация, накопление, хранение, уточнение и извлечение осуществляются с использованием баз данных на территории Российской Федерации.</w:t>
      </w:r>
    </w:p>
    <w:p w14:paraId="1B8D9C4E" w14:textId="3198196B" w:rsidR="00DE76A0" w:rsidRPr="00CA0D5E" w:rsidRDefault="00DE76A0" w:rsidP="00DE76A0">
      <w:pPr>
        <w:pStyle w:val="Clause"/>
        <w:spacing w:after="0" w:line="300" w:lineRule="exact"/>
        <w:ind w:firstLine="567"/>
        <w:rPr>
          <w:rFonts w:eastAsia="Times New Roman" w:cs="Times New Roman"/>
          <w:szCs w:val="24"/>
          <w:lang w:val="ru-RU" w:eastAsia="ru-RU"/>
        </w:rPr>
      </w:pPr>
      <w:r w:rsidRPr="00CA0D5E">
        <w:rPr>
          <w:rFonts w:eastAsia="Times New Roman" w:cs="Times New Roman"/>
          <w:szCs w:val="24"/>
          <w:lang w:val="ru-RU" w:eastAsia="ru-RU"/>
        </w:rPr>
        <w:t>1</w:t>
      </w:r>
      <w:r>
        <w:rPr>
          <w:rFonts w:eastAsia="Times New Roman" w:cs="Times New Roman"/>
          <w:szCs w:val="24"/>
          <w:lang w:val="ru-RU" w:eastAsia="ru-RU"/>
        </w:rPr>
        <w:t>0</w:t>
      </w:r>
      <w:r w:rsidRPr="00CA0D5E">
        <w:rPr>
          <w:rFonts w:eastAsia="Times New Roman" w:cs="Times New Roman"/>
          <w:szCs w:val="24"/>
          <w:lang w:val="ru-RU" w:eastAsia="ru-RU"/>
        </w:rPr>
        <w:t>.</w:t>
      </w:r>
      <w:r>
        <w:rPr>
          <w:rFonts w:eastAsia="Times New Roman" w:cs="Times New Roman"/>
          <w:szCs w:val="24"/>
          <w:lang w:val="ru-RU" w:eastAsia="ru-RU"/>
        </w:rPr>
        <w:t>5</w:t>
      </w:r>
      <w:r w:rsidRPr="00CA0D5E">
        <w:rPr>
          <w:rFonts w:eastAsia="Times New Roman" w:cs="Times New Roman"/>
          <w:szCs w:val="24"/>
          <w:lang w:val="ru-RU" w:eastAsia="ru-RU"/>
        </w:rPr>
        <w:t>.</w:t>
      </w:r>
      <w:r>
        <w:rPr>
          <w:rFonts w:eastAsia="Times New Roman" w:cs="Times New Roman"/>
          <w:szCs w:val="24"/>
          <w:lang w:val="ru-RU" w:eastAsia="ru-RU"/>
        </w:rPr>
        <w:t> </w:t>
      </w:r>
      <w:r w:rsidRPr="00CA0D5E">
        <w:rPr>
          <w:rFonts w:eastAsia="Times New Roman" w:cs="Times New Roman"/>
          <w:szCs w:val="24"/>
          <w:lang w:val="ru-RU" w:eastAsia="ru-RU"/>
        </w:rPr>
        <w:t>Материалы интервью, семейные архивы, рабочие версии и готовые результаты являются конфиденциальными, если иное прямо не согласовано сторонами или не следует из отдельного согласия на распространение. Доступ к таким материалам предоставляется только лицам, которым он необходим для исполнения заказа и которые обязаны соблюдать конфиденциальность.</w:t>
      </w:r>
    </w:p>
    <w:p w14:paraId="22B21D27" w14:textId="211E26C4" w:rsidR="00DE76A0" w:rsidRPr="00CA0D5E" w:rsidRDefault="00DE76A0" w:rsidP="00DE76A0">
      <w:pPr>
        <w:pStyle w:val="Clause"/>
        <w:spacing w:after="0" w:line="300" w:lineRule="exact"/>
        <w:ind w:firstLine="567"/>
        <w:rPr>
          <w:lang w:val="ru-RU" w:eastAsia="ru-RU"/>
        </w:rPr>
      </w:pPr>
      <w:r w:rsidRPr="00CA0D5E">
        <w:rPr>
          <w:rFonts w:eastAsia="Times New Roman" w:cs="Times New Roman"/>
          <w:szCs w:val="24"/>
          <w:lang w:val="ru-RU" w:eastAsia="ru-RU"/>
        </w:rPr>
        <w:t>1</w:t>
      </w:r>
      <w:r>
        <w:rPr>
          <w:rFonts w:eastAsia="Times New Roman" w:cs="Times New Roman"/>
          <w:szCs w:val="24"/>
          <w:lang w:val="ru-RU" w:eastAsia="ru-RU"/>
        </w:rPr>
        <w:t>0</w:t>
      </w:r>
      <w:r w:rsidRPr="00CA0D5E">
        <w:rPr>
          <w:rFonts w:eastAsia="Times New Roman" w:cs="Times New Roman"/>
          <w:szCs w:val="24"/>
          <w:lang w:val="ru-RU" w:eastAsia="ru-RU"/>
        </w:rPr>
        <w:t>.</w:t>
      </w:r>
      <w:r>
        <w:rPr>
          <w:rFonts w:eastAsia="Times New Roman" w:cs="Times New Roman"/>
          <w:szCs w:val="24"/>
          <w:lang w:val="ru-RU" w:eastAsia="ru-RU"/>
        </w:rPr>
        <w:t>6</w:t>
      </w:r>
      <w:r w:rsidRPr="00CA0D5E">
        <w:rPr>
          <w:rFonts w:eastAsia="Times New Roman" w:cs="Times New Roman"/>
          <w:szCs w:val="24"/>
          <w:lang w:val="ru-RU" w:eastAsia="ru-RU"/>
        </w:rPr>
        <w:t>.</w:t>
      </w:r>
      <w:r>
        <w:rPr>
          <w:rFonts w:eastAsia="Times New Roman" w:cs="Times New Roman"/>
          <w:szCs w:val="24"/>
          <w:lang w:val="ru-RU" w:eastAsia="ru-RU"/>
        </w:rPr>
        <w:t> </w:t>
      </w:r>
      <w:r w:rsidRPr="00CA0D5E">
        <w:rPr>
          <w:rFonts w:eastAsia="Times New Roman" w:cs="Times New Roman"/>
          <w:szCs w:val="24"/>
          <w:lang w:val="ru-RU" w:eastAsia="ru-RU"/>
        </w:rPr>
        <w:t xml:space="preserve">Привлечение внешних информационных систем, облачных хранилищ, сервисов </w:t>
      </w:r>
      <w:proofErr w:type="spellStart"/>
      <w:r w:rsidRPr="00CA0D5E">
        <w:rPr>
          <w:rFonts w:eastAsia="Times New Roman" w:cs="Times New Roman"/>
          <w:szCs w:val="24"/>
          <w:lang w:val="ru-RU" w:eastAsia="ru-RU"/>
        </w:rPr>
        <w:t>транскрибации</w:t>
      </w:r>
      <w:proofErr w:type="spellEnd"/>
      <w:r w:rsidRPr="00CA0D5E">
        <w:rPr>
          <w:rFonts w:eastAsia="Times New Roman" w:cs="Times New Roman"/>
          <w:szCs w:val="24"/>
          <w:lang w:val="ru-RU" w:eastAsia="ru-RU"/>
        </w:rPr>
        <w:t>, видеосвязи или искусственного интеллекта допускается при соблюдении требований законодательства Российской Федерации</w:t>
      </w:r>
      <w:r>
        <w:rPr>
          <w:rFonts w:eastAsia="Times New Roman" w:cs="Times New Roman"/>
          <w:szCs w:val="24"/>
          <w:lang w:val="ru-RU" w:eastAsia="ru-RU"/>
        </w:rPr>
        <w:t>.</w:t>
      </w:r>
    </w:p>
    <w:p w14:paraId="26151937" w14:textId="54D26503" w:rsidR="00DE76A0" w:rsidRPr="00CA0D5E" w:rsidRDefault="00DE76A0" w:rsidP="00DE76A0">
      <w:pPr>
        <w:pStyle w:val="Clause"/>
        <w:spacing w:after="0" w:line="300" w:lineRule="exact"/>
        <w:ind w:firstLine="567"/>
        <w:rPr>
          <w:rFonts w:eastAsia="Times New Roman" w:cs="Times New Roman"/>
          <w:szCs w:val="24"/>
          <w:lang w:val="ru-RU" w:eastAsia="ru-RU"/>
        </w:rPr>
      </w:pPr>
      <w:r w:rsidRPr="00CA0D5E">
        <w:rPr>
          <w:rFonts w:eastAsia="Times New Roman" w:cs="Times New Roman"/>
          <w:szCs w:val="24"/>
          <w:lang w:val="ru-RU" w:eastAsia="ru-RU"/>
        </w:rPr>
        <w:t>1</w:t>
      </w:r>
      <w:r>
        <w:rPr>
          <w:rFonts w:eastAsia="Times New Roman" w:cs="Times New Roman"/>
          <w:szCs w:val="24"/>
          <w:lang w:val="ru-RU" w:eastAsia="ru-RU"/>
        </w:rPr>
        <w:t>0</w:t>
      </w:r>
      <w:r w:rsidRPr="00CA0D5E">
        <w:rPr>
          <w:rFonts w:eastAsia="Times New Roman" w:cs="Times New Roman"/>
          <w:szCs w:val="24"/>
          <w:lang w:val="ru-RU" w:eastAsia="ru-RU"/>
        </w:rPr>
        <w:t>.</w:t>
      </w:r>
      <w:r>
        <w:rPr>
          <w:rFonts w:eastAsia="Times New Roman" w:cs="Times New Roman"/>
          <w:szCs w:val="24"/>
          <w:lang w:val="ru-RU" w:eastAsia="ru-RU"/>
        </w:rPr>
        <w:t>7</w:t>
      </w:r>
      <w:r w:rsidRPr="00CA0D5E">
        <w:rPr>
          <w:rFonts w:eastAsia="Times New Roman" w:cs="Times New Roman"/>
          <w:szCs w:val="24"/>
          <w:lang w:val="ru-RU" w:eastAsia="ru-RU"/>
        </w:rPr>
        <w:t>.</w:t>
      </w:r>
      <w:r>
        <w:rPr>
          <w:rFonts w:eastAsia="Times New Roman" w:cs="Times New Roman"/>
          <w:szCs w:val="24"/>
          <w:lang w:val="ru-RU" w:eastAsia="ru-RU"/>
        </w:rPr>
        <w:t> </w:t>
      </w:r>
      <w:r w:rsidRPr="00CA0D5E">
        <w:rPr>
          <w:rFonts w:eastAsia="Times New Roman" w:cs="Times New Roman"/>
          <w:szCs w:val="24"/>
          <w:lang w:val="ru-RU" w:eastAsia="ru-RU"/>
        </w:rPr>
        <w:t>Сроки хранения исходных и итоговых материалов определяются Политикой обработки персональных данных, Индивидуальным заказом и целями обработки. По истечении срока хранения материалы удаляются или уничтожаются, если обязанность их дальнейшего хранения не установлена законом либо не обусловлена необходимостью разрешения спора.</w:t>
      </w:r>
    </w:p>
    <w:p w14:paraId="127527BA" w14:textId="319C3ECC" w:rsidR="00DE76A0" w:rsidRPr="00DE76A0" w:rsidRDefault="00DE76A0" w:rsidP="00DE76A0">
      <w:pPr>
        <w:pStyle w:val="Clause"/>
        <w:spacing w:after="0" w:line="300" w:lineRule="exact"/>
        <w:ind w:firstLine="567"/>
        <w:rPr>
          <w:rFonts w:eastAsia="Times New Roman" w:cs="Times New Roman"/>
          <w:szCs w:val="24"/>
          <w:lang w:val="ru-RU" w:eastAsia="ru-RU"/>
        </w:rPr>
      </w:pPr>
      <w:r w:rsidRPr="00CA0D5E">
        <w:rPr>
          <w:rFonts w:eastAsia="Times New Roman" w:cs="Times New Roman"/>
          <w:szCs w:val="24"/>
          <w:lang w:val="ru-RU" w:eastAsia="ru-RU"/>
        </w:rPr>
        <w:t>1</w:t>
      </w:r>
      <w:r>
        <w:rPr>
          <w:rFonts w:eastAsia="Times New Roman" w:cs="Times New Roman"/>
          <w:szCs w:val="24"/>
          <w:lang w:val="ru-RU" w:eastAsia="ru-RU"/>
        </w:rPr>
        <w:t>0</w:t>
      </w:r>
      <w:r w:rsidRPr="00CA0D5E">
        <w:rPr>
          <w:rFonts w:eastAsia="Times New Roman" w:cs="Times New Roman"/>
          <w:szCs w:val="24"/>
          <w:lang w:val="ru-RU" w:eastAsia="ru-RU"/>
        </w:rPr>
        <w:t>.</w:t>
      </w:r>
      <w:r>
        <w:rPr>
          <w:rFonts w:eastAsia="Times New Roman" w:cs="Times New Roman"/>
          <w:szCs w:val="24"/>
          <w:lang w:val="ru-RU" w:eastAsia="ru-RU"/>
        </w:rPr>
        <w:t>8</w:t>
      </w:r>
      <w:r w:rsidRPr="00CA0D5E">
        <w:rPr>
          <w:rFonts w:eastAsia="Times New Roman" w:cs="Times New Roman"/>
          <w:szCs w:val="24"/>
          <w:lang w:val="ru-RU" w:eastAsia="ru-RU"/>
        </w:rPr>
        <w:t>.</w:t>
      </w:r>
      <w:r>
        <w:rPr>
          <w:rFonts w:eastAsia="Times New Roman" w:cs="Times New Roman"/>
          <w:szCs w:val="24"/>
          <w:lang w:val="ru-RU" w:eastAsia="ru-RU"/>
        </w:rPr>
        <w:t> </w:t>
      </w:r>
      <w:r w:rsidRPr="00CA0D5E">
        <w:rPr>
          <w:rFonts w:eastAsia="Times New Roman" w:cs="Times New Roman"/>
          <w:szCs w:val="24"/>
          <w:lang w:val="ru-RU" w:eastAsia="ru-RU"/>
        </w:rPr>
        <w:t xml:space="preserve">Сервисные сообщения о ходе исполнения заказа направляются без отдельного рекламного согласия, поскольку необходимы для исполнения договора. Информационные и рекламные рассылки </w:t>
      </w:r>
      <w:r w:rsidRPr="00DE76A0">
        <w:rPr>
          <w:rFonts w:eastAsia="Times New Roman" w:cs="Times New Roman"/>
          <w:szCs w:val="24"/>
          <w:lang w:val="ru-RU" w:eastAsia="ru-RU"/>
        </w:rPr>
        <w:t>направляются только при наличии предварительного согласия адресата и прекращаются после его отзыва.</w:t>
      </w:r>
    </w:p>
    <w:p w14:paraId="79B67B2E" w14:textId="77777777" w:rsidR="00DE76A0" w:rsidRPr="00DE76A0" w:rsidRDefault="00DE76A0" w:rsidP="00DE76A0">
      <w:pPr>
        <w:pStyle w:val="1"/>
        <w:spacing w:before="0" w:after="0" w:line="300" w:lineRule="exact"/>
        <w:jc w:val="both"/>
        <w:rPr>
          <w:rFonts w:ascii="Times New Roman" w:hAnsi="Times New Roman" w:cs="Times New Roman"/>
          <w:color w:val="auto"/>
          <w:sz w:val="24"/>
          <w:szCs w:val="24"/>
          <w:lang w:val="ru-RU"/>
        </w:rPr>
      </w:pPr>
    </w:p>
    <w:p w14:paraId="33FF8878" w14:textId="5221E762" w:rsidR="00B52FE8" w:rsidRPr="00DE76A0" w:rsidRDefault="00343A9F" w:rsidP="00DE76A0">
      <w:pPr>
        <w:pStyle w:val="1"/>
        <w:spacing w:before="0" w:after="0" w:line="300" w:lineRule="exact"/>
        <w:jc w:val="center"/>
        <w:rPr>
          <w:rFonts w:ascii="Times New Roman" w:hAnsi="Times New Roman" w:cs="Times New Roman"/>
          <w:color w:val="auto"/>
          <w:sz w:val="24"/>
          <w:szCs w:val="24"/>
          <w:lang w:val="ru-RU"/>
        </w:rPr>
      </w:pPr>
      <w:r w:rsidRPr="00DE76A0">
        <w:rPr>
          <w:rFonts w:ascii="Times New Roman" w:hAnsi="Times New Roman" w:cs="Times New Roman"/>
          <w:color w:val="auto"/>
          <w:sz w:val="24"/>
          <w:szCs w:val="24"/>
          <w:lang w:val="ru-RU"/>
        </w:rPr>
        <w:t>11. ОТКАЗ, ВОЗВРАТ, ОТМЕНА И ПЕРЕНОС</w:t>
      </w:r>
    </w:p>
    <w:p w14:paraId="6D233291" w14:textId="6AD7440C" w:rsidR="00B52FE8" w:rsidRPr="00DE76A0" w:rsidRDefault="00343A9F" w:rsidP="006D2C3A">
      <w:pPr>
        <w:spacing w:after="0" w:line="300" w:lineRule="exact"/>
        <w:ind w:firstLine="567"/>
        <w:jc w:val="both"/>
        <w:rPr>
          <w:rFonts w:cs="Times New Roman"/>
          <w:color w:val="auto"/>
          <w:szCs w:val="24"/>
          <w:lang w:val="ru-RU"/>
        </w:rPr>
      </w:pPr>
      <w:r w:rsidRPr="00DE76A0">
        <w:rPr>
          <w:rFonts w:cs="Times New Roman"/>
          <w:color w:val="auto"/>
          <w:szCs w:val="24"/>
          <w:lang w:val="ru-RU"/>
        </w:rPr>
        <w:t>11.1.</w:t>
      </w:r>
      <w:r w:rsidR="00DE76A0" w:rsidRPr="00DE76A0">
        <w:rPr>
          <w:rFonts w:cs="Times New Roman"/>
          <w:color w:val="auto"/>
          <w:szCs w:val="24"/>
          <w:lang w:val="ru-RU"/>
        </w:rPr>
        <w:t> </w:t>
      </w:r>
      <w:r w:rsidRPr="00DE76A0">
        <w:rPr>
          <w:rFonts w:cs="Times New Roman"/>
          <w:color w:val="auto"/>
          <w:szCs w:val="24"/>
          <w:lang w:val="ru-RU"/>
        </w:rPr>
        <w:t xml:space="preserve">Подробный порядок отказа от Услуг и Работ, возврата товаров и денежных средств, отмены и переноса интервью установлен </w:t>
      </w:r>
      <w:r w:rsidR="00DE76A0" w:rsidRPr="00DE76A0">
        <w:rPr>
          <w:rFonts w:cs="Times New Roman"/>
          <w:color w:val="auto"/>
          <w:szCs w:val="24"/>
          <w:lang w:val="ru-RU"/>
        </w:rPr>
        <w:t>Правилами,</w:t>
      </w:r>
      <w:r w:rsidRPr="00DE76A0">
        <w:rPr>
          <w:rFonts w:cs="Times New Roman"/>
          <w:color w:val="auto"/>
          <w:szCs w:val="24"/>
          <w:lang w:val="ru-RU"/>
        </w:rPr>
        <w:t xml:space="preserve"> </w:t>
      </w:r>
      <w:r w:rsidR="00DE76A0" w:rsidRPr="00DE76A0">
        <w:rPr>
          <w:rFonts w:cs="Times New Roman"/>
          <w:color w:val="auto"/>
          <w:szCs w:val="24"/>
          <w:lang w:val="ru-RU"/>
        </w:rPr>
        <w:t>размещенными на Сайте.</w:t>
      </w:r>
    </w:p>
    <w:p w14:paraId="7A57CFBF" w14:textId="21DE79DB" w:rsidR="00B52FE8" w:rsidRPr="00DE76A0" w:rsidRDefault="00343A9F" w:rsidP="006D2C3A">
      <w:pPr>
        <w:spacing w:after="0" w:line="300" w:lineRule="exact"/>
        <w:ind w:firstLine="567"/>
        <w:jc w:val="both"/>
        <w:rPr>
          <w:rFonts w:cs="Times New Roman"/>
          <w:color w:val="auto"/>
          <w:szCs w:val="24"/>
          <w:lang w:val="ru-RU"/>
        </w:rPr>
      </w:pPr>
      <w:r w:rsidRPr="00DE76A0">
        <w:rPr>
          <w:rFonts w:cs="Times New Roman"/>
          <w:color w:val="auto"/>
          <w:szCs w:val="24"/>
          <w:lang w:val="ru-RU"/>
        </w:rPr>
        <w:t>11.2.</w:t>
      </w:r>
      <w:r w:rsidR="00DE76A0" w:rsidRPr="00DE76A0">
        <w:rPr>
          <w:rFonts w:cs="Times New Roman"/>
          <w:color w:val="auto"/>
          <w:szCs w:val="24"/>
          <w:lang w:val="ru-RU"/>
        </w:rPr>
        <w:t> </w:t>
      </w:r>
      <w:r w:rsidRPr="00DE76A0">
        <w:rPr>
          <w:rFonts w:cs="Times New Roman"/>
          <w:color w:val="auto"/>
          <w:szCs w:val="24"/>
          <w:lang w:val="ru-RU"/>
        </w:rPr>
        <w:t>При отказе Заказчика-потребителя от Услуг или Работ он оплачивает фактически выполненную часть и фактически понесенные, документально подтвержденные расходы, непосредственно связанные с заказом.</w:t>
      </w:r>
    </w:p>
    <w:p w14:paraId="741DA0C1" w14:textId="77777777" w:rsidR="00DE76A0" w:rsidRDefault="00DE76A0" w:rsidP="00DE76A0">
      <w:pPr>
        <w:pStyle w:val="1"/>
        <w:spacing w:before="0" w:after="0" w:line="300" w:lineRule="exact"/>
        <w:jc w:val="both"/>
        <w:rPr>
          <w:rFonts w:ascii="Times New Roman" w:hAnsi="Times New Roman" w:cs="Times New Roman"/>
          <w:color w:val="FF0000"/>
          <w:sz w:val="24"/>
          <w:szCs w:val="24"/>
          <w:lang w:val="ru-RU"/>
        </w:rPr>
      </w:pPr>
    </w:p>
    <w:p w14:paraId="355D28AD" w14:textId="77777777" w:rsidR="00DE76A0" w:rsidRPr="00DE76A0" w:rsidRDefault="00DE76A0" w:rsidP="00DE76A0">
      <w:pPr>
        <w:pStyle w:val="1"/>
        <w:spacing w:before="0" w:after="0" w:line="300" w:lineRule="exact"/>
        <w:jc w:val="center"/>
        <w:rPr>
          <w:rFonts w:ascii="Times New Roman" w:eastAsia="Times New Roman" w:hAnsi="Times New Roman" w:cs="Times New Roman"/>
          <w:color w:val="auto"/>
          <w:sz w:val="24"/>
          <w:szCs w:val="24"/>
          <w:lang w:val="ru-RU" w:eastAsia="ru-RU"/>
        </w:rPr>
      </w:pPr>
      <w:r w:rsidRPr="00DE76A0">
        <w:rPr>
          <w:rFonts w:ascii="Times New Roman" w:eastAsia="Times New Roman" w:hAnsi="Times New Roman" w:cs="Times New Roman"/>
          <w:color w:val="auto"/>
          <w:sz w:val="24"/>
          <w:szCs w:val="24"/>
          <w:lang w:val="ru-RU" w:eastAsia="ru-RU"/>
        </w:rPr>
        <w:t>12. ОТВЕТСТВЕННОСТЬ СТОРОН И ОБСТОЯТЕЛЬСТВА НЕПРЕОДОЛИМОЙ СИЛЫ</w:t>
      </w:r>
    </w:p>
    <w:p w14:paraId="51EE4864" w14:textId="77777777" w:rsidR="00DE76A0" w:rsidRPr="00A1750D" w:rsidRDefault="00DE76A0" w:rsidP="00DE76A0">
      <w:pPr>
        <w:pStyle w:val="Clause"/>
        <w:spacing w:after="0" w:line="300" w:lineRule="exact"/>
        <w:ind w:firstLine="567"/>
        <w:rPr>
          <w:rFonts w:eastAsia="Times New Roman" w:cs="Times New Roman"/>
          <w:szCs w:val="24"/>
          <w:lang w:val="ru-RU" w:eastAsia="ru-RU"/>
        </w:rPr>
      </w:pPr>
      <w:r w:rsidRPr="00A1750D">
        <w:rPr>
          <w:rFonts w:eastAsia="Times New Roman" w:cs="Times New Roman"/>
          <w:szCs w:val="24"/>
          <w:lang w:val="ru-RU" w:eastAsia="ru-RU"/>
        </w:rPr>
        <w:t>1</w:t>
      </w:r>
      <w:r>
        <w:rPr>
          <w:rFonts w:eastAsia="Times New Roman" w:cs="Times New Roman"/>
          <w:szCs w:val="24"/>
          <w:lang w:val="ru-RU" w:eastAsia="ru-RU"/>
        </w:rPr>
        <w:t>2</w:t>
      </w:r>
      <w:r w:rsidRPr="00A1750D">
        <w:rPr>
          <w:rFonts w:eastAsia="Times New Roman" w:cs="Times New Roman"/>
          <w:szCs w:val="24"/>
          <w:lang w:val="ru-RU" w:eastAsia="ru-RU"/>
        </w:rPr>
        <w:t>.1.</w:t>
      </w:r>
      <w:r>
        <w:rPr>
          <w:rFonts w:eastAsia="Times New Roman" w:cs="Times New Roman"/>
          <w:szCs w:val="24"/>
          <w:lang w:val="ru-RU" w:eastAsia="ru-RU"/>
        </w:rPr>
        <w:t> </w:t>
      </w:r>
      <w:r w:rsidRPr="00A1750D">
        <w:rPr>
          <w:rFonts w:eastAsia="Times New Roman" w:cs="Times New Roman"/>
          <w:szCs w:val="24"/>
          <w:lang w:val="ru-RU" w:eastAsia="ru-RU"/>
        </w:rPr>
        <w:t>За неисполнение или ненадлежащее исполнение обязательств стороны несут ответственность в соответствии с законодательством Российской Федерации и настоящей офертой.</w:t>
      </w:r>
    </w:p>
    <w:p w14:paraId="3D5C1279" w14:textId="77777777" w:rsidR="00DE76A0" w:rsidRPr="00A1750D" w:rsidRDefault="00DE76A0" w:rsidP="00DE76A0">
      <w:pPr>
        <w:pStyle w:val="Clause"/>
        <w:spacing w:after="0" w:line="300" w:lineRule="exact"/>
        <w:ind w:firstLine="567"/>
        <w:rPr>
          <w:rFonts w:eastAsia="Times New Roman" w:cs="Times New Roman"/>
          <w:szCs w:val="24"/>
          <w:lang w:val="ru-RU" w:eastAsia="ru-RU"/>
        </w:rPr>
      </w:pPr>
      <w:r w:rsidRPr="00A1750D">
        <w:rPr>
          <w:rFonts w:eastAsia="Times New Roman" w:cs="Times New Roman"/>
          <w:szCs w:val="24"/>
          <w:lang w:val="ru-RU" w:eastAsia="ru-RU"/>
        </w:rPr>
        <w:t>1</w:t>
      </w:r>
      <w:r>
        <w:rPr>
          <w:rFonts w:eastAsia="Times New Roman" w:cs="Times New Roman"/>
          <w:szCs w:val="24"/>
          <w:lang w:val="ru-RU" w:eastAsia="ru-RU"/>
        </w:rPr>
        <w:t>2</w:t>
      </w:r>
      <w:r w:rsidRPr="00A1750D">
        <w:rPr>
          <w:rFonts w:eastAsia="Times New Roman" w:cs="Times New Roman"/>
          <w:szCs w:val="24"/>
          <w:lang w:val="ru-RU" w:eastAsia="ru-RU"/>
        </w:rPr>
        <w:t>.2.</w:t>
      </w:r>
      <w:r>
        <w:rPr>
          <w:rFonts w:eastAsia="Times New Roman" w:cs="Times New Roman"/>
          <w:szCs w:val="24"/>
          <w:lang w:val="ru-RU" w:eastAsia="ru-RU"/>
        </w:rPr>
        <w:t> </w:t>
      </w:r>
      <w:r w:rsidRPr="00A1750D">
        <w:rPr>
          <w:rFonts w:eastAsia="Times New Roman" w:cs="Times New Roman"/>
          <w:szCs w:val="24"/>
          <w:lang w:val="ru-RU" w:eastAsia="ru-RU"/>
        </w:rPr>
        <w:t>Исполнитель несет ответственность за действия привлеченных им лиц как за свои собственные, если иное прямо не установлено законом.</w:t>
      </w:r>
    </w:p>
    <w:p w14:paraId="10519C1B" w14:textId="77777777" w:rsidR="00E3391C" w:rsidRDefault="00E3391C" w:rsidP="00DE76A0">
      <w:pPr>
        <w:pStyle w:val="Clause"/>
        <w:spacing w:after="0" w:line="300" w:lineRule="exact"/>
        <w:ind w:firstLine="567"/>
        <w:rPr>
          <w:lang w:val="ru-RU"/>
        </w:rPr>
      </w:pPr>
      <w:r w:rsidRPr="00E3391C">
        <w:rPr>
          <w:rStyle w:val="af6"/>
          <w:b w:val="0"/>
          <w:bCs w:val="0"/>
          <w:lang w:val="ru-RU"/>
        </w:rPr>
        <w:t>12.3.</w:t>
      </w:r>
      <w:r>
        <w:rPr>
          <w:lang w:val="ru-RU"/>
        </w:rPr>
        <w:t> </w:t>
      </w:r>
      <w:r w:rsidRPr="00E3391C">
        <w:rPr>
          <w:lang w:val="ru-RU"/>
        </w:rPr>
        <w:t>Исполнитель не несет ответственности за недостоверность, неполноту, противоречивость, ошибочность или спорный характер сведений, сообщенных Заказчиком, Участником или содержащихся в переданных ими Исходных материалах, а также за претензии и последствия, вызванные включением таких сведений в результат. Ответственность за содержание предоставленных сведений и законность их использования несет Заказчик либо лицо, непосредственно предоставившее соответствующие сведения. Исполнитель несет ответственность только за допущенное им искажение исходных сведений, не обусловленное редакционной обработкой, согласованными правками или требованиями к формату результата.</w:t>
      </w:r>
    </w:p>
    <w:p w14:paraId="2353F402" w14:textId="35296698" w:rsidR="00DE76A0" w:rsidRPr="00A1750D" w:rsidRDefault="00DE76A0" w:rsidP="00DE76A0">
      <w:pPr>
        <w:pStyle w:val="Clause"/>
        <w:spacing w:after="0" w:line="300" w:lineRule="exact"/>
        <w:ind w:firstLine="567"/>
        <w:rPr>
          <w:rFonts w:eastAsia="Times New Roman" w:cs="Times New Roman"/>
          <w:szCs w:val="24"/>
          <w:lang w:val="ru-RU" w:eastAsia="ru-RU"/>
        </w:rPr>
      </w:pPr>
      <w:r w:rsidRPr="00A1750D">
        <w:rPr>
          <w:rFonts w:eastAsia="Times New Roman" w:cs="Times New Roman"/>
          <w:szCs w:val="24"/>
          <w:lang w:val="ru-RU" w:eastAsia="ru-RU"/>
        </w:rPr>
        <w:t>1</w:t>
      </w:r>
      <w:r>
        <w:rPr>
          <w:rFonts w:eastAsia="Times New Roman" w:cs="Times New Roman"/>
          <w:szCs w:val="24"/>
          <w:lang w:val="ru-RU" w:eastAsia="ru-RU"/>
        </w:rPr>
        <w:t>2</w:t>
      </w:r>
      <w:r w:rsidRPr="00A1750D">
        <w:rPr>
          <w:rFonts w:eastAsia="Times New Roman" w:cs="Times New Roman"/>
          <w:szCs w:val="24"/>
          <w:lang w:val="ru-RU" w:eastAsia="ru-RU"/>
        </w:rPr>
        <w:t>.4.</w:t>
      </w:r>
      <w:r>
        <w:rPr>
          <w:rFonts w:eastAsia="Times New Roman" w:cs="Times New Roman"/>
          <w:szCs w:val="24"/>
          <w:lang w:val="ru-RU" w:eastAsia="ru-RU"/>
        </w:rPr>
        <w:t> </w:t>
      </w:r>
      <w:r w:rsidRPr="00A1750D">
        <w:rPr>
          <w:rFonts w:eastAsia="Times New Roman" w:cs="Times New Roman"/>
          <w:szCs w:val="24"/>
          <w:lang w:val="ru-RU" w:eastAsia="ru-RU"/>
        </w:rPr>
        <w:t>Согласование Заказчиком текста, макета, написания имен, дат, цитат и иных фактических сведений учитывается при определении ответственности сторон. Такое согласование освобождает Исполнителя от ответственности за технические ошибки, несоответствие утвержденному макету или иные недостатки</w:t>
      </w:r>
      <w:r>
        <w:rPr>
          <w:rFonts w:eastAsia="Times New Roman" w:cs="Times New Roman"/>
          <w:szCs w:val="24"/>
          <w:lang w:val="ru-RU" w:eastAsia="ru-RU"/>
        </w:rPr>
        <w:t>.</w:t>
      </w:r>
    </w:p>
    <w:p w14:paraId="66C4B163" w14:textId="77777777" w:rsidR="00DE76A0" w:rsidRPr="00A1750D" w:rsidRDefault="00DE76A0" w:rsidP="00DE76A0">
      <w:pPr>
        <w:pStyle w:val="Clause"/>
        <w:spacing w:after="0" w:line="300" w:lineRule="exact"/>
        <w:ind w:firstLine="567"/>
        <w:rPr>
          <w:rFonts w:eastAsia="Times New Roman" w:cs="Times New Roman"/>
          <w:szCs w:val="24"/>
          <w:lang w:val="ru-RU" w:eastAsia="ru-RU"/>
        </w:rPr>
      </w:pPr>
      <w:r w:rsidRPr="00A1750D">
        <w:rPr>
          <w:rFonts w:eastAsia="Times New Roman" w:cs="Times New Roman"/>
          <w:szCs w:val="24"/>
          <w:lang w:val="ru-RU" w:eastAsia="ru-RU"/>
        </w:rPr>
        <w:t>1</w:t>
      </w:r>
      <w:r>
        <w:rPr>
          <w:rFonts w:eastAsia="Times New Roman" w:cs="Times New Roman"/>
          <w:szCs w:val="24"/>
          <w:lang w:val="ru-RU" w:eastAsia="ru-RU"/>
        </w:rPr>
        <w:t>2</w:t>
      </w:r>
      <w:r w:rsidRPr="00A1750D">
        <w:rPr>
          <w:rFonts w:eastAsia="Times New Roman" w:cs="Times New Roman"/>
          <w:szCs w:val="24"/>
          <w:lang w:val="ru-RU" w:eastAsia="ru-RU"/>
        </w:rPr>
        <w:t>.5.</w:t>
      </w:r>
      <w:r>
        <w:rPr>
          <w:rFonts w:eastAsia="Times New Roman" w:cs="Times New Roman"/>
          <w:szCs w:val="24"/>
          <w:lang w:val="ru-RU" w:eastAsia="ru-RU"/>
        </w:rPr>
        <w:t> </w:t>
      </w:r>
      <w:r w:rsidRPr="00A1750D">
        <w:rPr>
          <w:rFonts w:eastAsia="Times New Roman" w:cs="Times New Roman"/>
          <w:szCs w:val="24"/>
          <w:lang w:val="ru-RU" w:eastAsia="ru-RU"/>
        </w:rPr>
        <w:t>Заказчик несет ответственность за убытки, причиненные предоставлением материалов без необходимых прав или законных оснований</w:t>
      </w:r>
      <w:r>
        <w:rPr>
          <w:rFonts w:eastAsia="Times New Roman" w:cs="Times New Roman"/>
          <w:szCs w:val="24"/>
          <w:lang w:val="ru-RU" w:eastAsia="ru-RU"/>
        </w:rPr>
        <w:t xml:space="preserve">. </w:t>
      </w:r>
    </w:p>
    <w:p w14:paraId="22D619CE" w14:textId="77777777" w:rsidR="00DE76A0" w:rsidRPr="00A1750D" w:rsidRDefault="00DE76A0" w:rsidP="00DE76A0">
      <w:pPr>
        <w:pStyle w:val="Clause"/>
        <w:spacing w:after="0" w:line="300" w:lineRule="exact"/>
        <w:ind w:firstLine="567"/>
        <w:rPr>
          <w:rFonts w:eastAsia="Times New Roman" w:cs="Times New Roman"/>
          <w:szCs w:val="24"/>
          <w:lang w:val="ru-RU" w:eastAsia="ru-RU"/>
        </w:rPr>
      </w:pPr>
      <w:r w:rsidRPr="00A1750D">
        <w:rPr>
          <w:rFonts w:eastAsia="Times New Roman" w:cs="Times New Roman"/>
          <w:szCs w:val="24"/>
          <w:lang w:val="ru-RU" w:eastAsia="ru-RU"/>
        </w:rPr>
        <w:t>1</w:t>
      </w:r>
      <w:r>
        <w:rPr>
          <w:rFonts w:eastAsia="Times New Roman" w:cs="Times New Roman"/>
          <w:szCs w:val="24"/>
          <w:lang w:val="ru-RU" w:eastAsia="ru-RU"/>
        </w:rPr>
        <w:t>2</w:t>
      </w:r>
      <w:r w:rsidRPr="00A1750D">
        <w:rPr>
          <w:rFonts w:eastAsia="Times New Roman" w:cs="Times New Roman"/>
          <w:szCs w:val="24"/>
          <w:lang w:val="ru-RU" w:eastAsia="ru-RU"/>
        </w:rPr>
        <w:t>.6.</w:t>
      </w:r>
      <w:r>
        <w:rPr>
          <w:rFonts w:eastAsia="Times New Roman" w:cs="Times New Roman"/>
          <w:szCs w:val="24"/>
          <w:lang w:val="ru-RU" w:eastAsia="ru-RU"/>
        </w:rPr>
        <w:t> </w:t>
      </w:r>
      <w:r w:rsidRPr="00A1750D">
        <w:rPr>
          <w:rFonts w:eastAsia="Times New Roman" w:cs="Times New Roman"/>
          <w:szCs w:val="24"/>
          <w:lang w:val="ru-RU" w:eastAsia="ru-RU"/>
        </w:rPr>
        <w:t xml:space="preserve">Сторона освобождается от ответственности за нарушение обязательства, если докажет, что надлежащее исполнение оказалось невозможным вследствие чрезвычайных и непредотвратимых при данных условиях обстоятельств. </w:t>
      </w:r>
    </w:p>
    <w:p w14:paraId="0AA8AA76" w14:textId="77777777" w:rsidR="00DE76A0" w:rsidRDefault="00DE76A0" w:rsidP="00DE76A0">
      <w:pPr>
        <w:pStyle w:val="Clause"/>
        <w:spacing w:after="0" w:line="300" w:lineRule="exact"/>
        <w:ind w:firstLine="567"/>
        <w:rPr>
          <w:rFonts w:eastAsia="Times New Roman" w:cs="Times New Roman"/>
          <w:szCs w:val="24"/>
          <w:lang w:val="ru-RU" w:eastAsia="ru-RU"/>
        </w:rPr>
      </w:pPr>
      <w:r w:rsidRPr="00A1750D">
        <w:rPr>
          <w:rFonts w:eastAsia="Times New Roman" w:cs="Times New Roman"/>
          <w:szCs w:val="24"/>
          <w:lang w:val="ru-RU" w:eastAsia="ru-RU"/>
        </w:rPr>
        <w:t>1</w:t>
      </w:r>
      <w:r>
        <w:rPr>
          <w:rFonts w:eastAsia="Times New Roman" w:cs="Times New Roman"/>
          <w:szCs w:val="24"/>
          <w:lang w:val="ru-RU" w:eastAsia="ru-RU"/>
        </w:rPr>
        <w:t>2</w:t>
      </w:r>
      <w:r w:rsidRPr="00A1750D">
        <w:rPr>
          <w:rFonts w:eastAsia="Times New Roman" w:cs="Times New Roman"/>
          <w:szCs w:val="24"/>
          <w:lang w:val="ru-RU" w:eastAsia="ru-RU"/>
        </w:rPr>
        <w:t>.7.</w:t>
      </w:r>
      <w:r>
        <w:rPr>
          <w:rFonts w:eastAsia="Times New Roman" w:cs="Times New Roman"/>
          <w:szCs w:val="24"/>
          <w:lang w:val="ru-RU" w:eastAsia="ru-RU"/>
        </w:rPr>
        <w:t> </w:t>
      </w:r>
      <w:r w:rsidRPr="00A1750D">
        <w:rPr>
          <w:rFonts w:eastAsia="Times New Roman" w:cs="Times New Roman"/>
          <w:szCs w:val="24"/>
          <w:lang w:val="ru-RU" w:eastAsia="ru-RU"/>
        </w:rPr>
        <w:t>Сторона, для которой возникли обстоятельства непреодолимой силы, обязана незамедлительно уведомить другую сторону об их возникновении, предполагаемой продолжительности и влиянии на исполнение договора. Срок исполнения продлевается соразмерно периоду действия таких обстоятельств и времени, необходимому для устранения их последствий.</w:t>
      </w:r>
    </w:p>
    <w:p w14:paraId="1C36C56B" w14:textId="77777777" w:rsidR="00DE76A0" w:rsidRDefault="00DE76A0" w:rsidP="00DE76A0">
      <w:pPr>
        <w:pStyle w:val="1"/>
        <w:spacing w:before="0" w:after="0" w:line="300" w:lineRule="exact"/>
        <w:jc w:val="both"/>
        <w:rPr>
          <w:rFonts w:ascii="Times New Roman" w:hAnsi="Times New Roman" w:cs="Times New Roman"/>
          <w:color w:val="FF0000"/>
          <w:sz w:val="24"/>
          <w:szCs w:val="24"/>
          <w:lang w:val="ru-RU"/>
        </w:rPr>
      </w:pPr>
    </w:p>
    <w:p w14:paraId="61C58E24" w14:textId="77777777" w:rsidR="00DE76A0" w:rsidRPr="00DE76A0" w:rsidRDefault="00DE76A0" w:rsidP="00DE76A0">
      <w:pPr>
        <w:pStyle w:val="1"/>
        <w:spacing w:before="0" w:after="0" w:line="300" w:lineRule="exact"/>
        <w:jc w:val="center"/>
        <w:rPr>
          <w:rFonts w:ascii="Times New Roman" w:eastAsia="Times New Roman" w:hAnsi="Times New Roman" w:cs="Times New Roman"/>
          <w:color w:val="auto"/>
          <w:sz w:val="24"/>
          <w:szCs w:val="24"/>
          <w:lang w:val="ru-RU" w:eastAsia="ru-RU"/>
        </w:rPr>
      </w:pPr>
      <w:r w:rsidRPr="00DE76A0">
        <w:rPr>
          <w:rFonts w:ascii="Times New Roman" w:eastAsia="Times New Roman" w:hAnsi="Times New Roman" w:cs="Times New Roman"/>
          <w:color w:val="auto"/>
          <w:sz w:val="24"/>
          <w:szCs w:val="24"/>
          <w:lang w:val="ru-RU" w:eastAsia="ru-RU"/>
        </w:rPr>
        <w:t>13. ПОРЯДОК НАПРАВЛЕНИЯ ПРЕТЕНЗИЙ И РАЗРЕШЕНИЯ СПОРОВ</w:t>
      </w:r>
    </w:p>
    <w:p w14:paraId="72EAF429" w14:textId="77777777" w:rsidR="00DE76A0" w:rsidRPr="00DD27A5" w:rsidRDefault="00DE76A0" w:rsidP="00DE76A0">
      <w:pPr>
        <w:pStyle w:val="Clause"/>
        <w:spacing w:after="0" w:line="300" w:lineRule="exact"/>
        <w:ind w:firstLine="567"/>
        <w:rPr>
          <w:rFonts w:eastAsia="Times New Roman" w:cs="Times New Roman"/>
          <w:color w:val="FF0000"/>
          <w:szCs w:val="24"/>
          <w:lang w:val="ru-RU" w:eastAsia="ru-RU"/>
        </w:rPr>
      </w:pPr>
      <w:r w:rsidRPr="00DD27A5">
        <w:rPr>
          <w:rFonts w:eastAsia="Times New Roman" w:cs="Times New Roman"/>
          <w:szCs w:val="24"/>
          <w:lang w:val="ru-RU" w:eastAsia="ru-RU"/>
        </w:rPr>
        <w:t>1</w:t>
      </w:r>
      <w:r>
        <w:rPr>
          <w:rFonts w:eastAsia="Times New Roman" w:cs="Times New Roman"/>
          <w:szCs w:val="24"/>
          <w:lang w:val="ru-RU" w:eastAsia="ru-RU"/>
        </w:rPr>
        <w:t>3</w:t>
      </w:r>
      <w:r w:rsidRPr="00DD27A5">
        <w:rPr>
          <w:rFonts w:eastAsia="Times New Roman" w:cs="Times New Roman"/>
          <w:szCs w:val="24"/>
          <w:lang w:val="ru-RU" w:eastAsia="ru-RU"/>
        </w:rPr>
        <w:t>.1.</w:t>
      </w:r>
      <w:r>
        <w:rPr>
          <w:lang w:val="ru-RU"/>
        </w:rPr>
        <w:t> </w:t>
      </w:r>
      <w:r w:rsidRPr="00DD27A5">
        <w:rPr>
          <w:rFonts w:eastAsia="Times New Roman" w:cs="Times New Roman"/>
          <w:szCs w:val="24"/>
          <w:lang w:val="ru-RU" w:eastAsia="ru-RU"/>
        </w:rPr>
        <w:t xml:space="preserve">Стороны стремятся разрешать разногласия путем переговоров и обмена письменными обращениями. </w:t>
      </w:r>
    </w:p>
    <w:p w14:paraId="3AA5B71D" w14:textId="46EBDA19" w:rsidR="00DE76A0" w:rsidRPr="00DD27A5" w:rsidRDefault="00DE76A0" w:rsidP="00DE76A0">
      <w:pPr>
        <w:pStyle w:val="Clause"/>
        <w:spacing w:after="0" w:line="300" w:lineRule="exact"/>
        <w:ind w:firstLine="567"/>
        <w:rPr>
          <w:rFonts w:eastAsia="Times New Roman" w:cs="Times New Roman"/>
          <w:szCs w:val="24"/>
          <w:lang w:val="ru-RU" w:eastAsia="ru-RU"/>
        </w:rPr>
      </w:pPr>
      <w:r w:rsidRPr="00DD27A5">
        <w:rPr>
          <w:rFonts w:eastAsia="Times New Roman" w:cs="Times New Roman"/>
          <w:szCs w:val="24"/>
          <w:lang w:val="ru-RU" w:eastAsia="ru-RU"/>
        </w:rPr>
        <w:t>1</w:t>
      </w:r>
      <w:r>
        <w:rPr>
          <w:rFonts w:eastAsia="Times New Roman" w:cs="Times New Roman"/>
          <w:szCs w:val="24"/>
          <w:lang w:val="ru-RU" w:eastAsia="ru-RU"/>
        </w:rPr>
        <w:t>3</w:t>
      </w:r>
      <w:r w:rsidRPr="00DD27A5">
        <w:rPr>
          <w:rFonts w:eastAsia="Times New Roman" w:cs="Times New Roman"/>
          <w:szCs w:val="24"/>
          <w:lang w:val="ru-RU" w:eastAsia="ru-RU"/>
        </w:rPr>
        <w:t>.2.</w:t>
      </w:r>
      <w:r>
        <w:rPr>
          <w:rFonts w:eastAsia="Times New Roman" w:cs="Times New Roman"/>
          <w:szCs w:val="24"/>
          <w:lang w:val="ru-RU" w:eastAsia="ru-RU"/>
        </w:rPr>
        <w:t> </w:t>
      </w:r>
      <w:r w:rsidRPr="00DD27A5">
        <w:rPr>
          <w:rFonts w:eastAsia="Times New Roman" w:cs="Times New Roman"/>
          <w:szCs w:val="24"/>
          <w:lang w:val="ru-RU" w:eastAsia="ru-RU"/>
        </w:rPr>
        <w:t xml:space="preserve">Обращение должно содержать сведения, позволяющие идентифицировать Заказчика и заказ, описание обстоятельств и сформулированное требование. </w:t>
      </w:r>
    </w:p>
    <w:p w14:paraId="5293E952" w14:textId="0C1DA329" w:rsidR="00734EA2" w:rsidRPr="006F197C" w:rsidRDefault="00DE76A0" w:rsidP="00734EA2">
      <w:pPr>
        <w:pStyle w:val="Clause"/>
        <w:spacing w:after="0" w:line="300" w:lineRule="exact"/>
        <w:ind w:firstLine="567"/>
        <w:rPr>
          <w:rFonts w:eastAsia="Times New Roman" w:cs="Times New Roman"/>
          <w:szCs w:val="24"/>
          <w:lang w:val="ru-RU" w:eastAsia="ru-RU"/>
        </w:rPr>
      </w:pPr>
      <w:r w:rsidRPr="00DD27A5">
        <w:rPr>
          <w:rFonts w:eastAsia="Times New Roman" w:cs="Times New Roman"/>
          <w:szCs w:val="24"/>
          <w:lang w:val="ru-RU" w:eastAsia="ru-RU"/>
        </w:rPr>
        <w:t>1</w:t>
      </w:r>
      <w:r>
        <w:rPr>
          <w:rFonts w:eastAsia="Times New Roman" w:cs="Times New Roman"/>
          <w:szCs w:val="24"/>
          <w:lang w:val="ru-RU" w:eastAsia="ru-RU"/>
        </w:rPr>
        <w:t>3</w:t>
      </w:r>
      <w:r w:rsidRPr="00DD27A5">
        <w:rPr>
          <w:rFonts w:eastAsia="Times New Roman" w:cs="Times New Roman"/>
          <w:szCs w:val="24"/>
          <w:lang w:val="ru-RU" w:eastAsia="ru-RU"/>
        </w:rPr>
        <w:t>.3.</w:t>
      </w:r>
      <w:r>
        <w:rPr>
          <w:rFonts w:eastAsia="Times New Roman" w:cs="Times New Roman"/>
          <w:szCs w:val="24"/>
          <w:lang w:val="ru-RU" w:eastAsia="ru-RU"/>
        </w:rPr>
        <w:t> </w:t>
      </w:r>
      <w:r w:rsidRPr="00DD27A5">
        <w:rPr>
          <w:rFonts w:eastAsia="Times New Roman" w:cs="Times New Roman"/>
          <w:szCs w:val="24"/>
          <w:lang w:val="ru-RU" w:eastAsia="ru-RU"/>
        </w:rPr>
        <w:t>Исполнитель рассматривает требования Заказчика в срок — 30 (</w:t>
      </w:r>
      <w:r>
        <w:rPr>
          <w:rFonts w:eastAsia="Times New Roman" w:cs="Times New Roman"/>
          <w:szCs w:val="24"/>
          <w:lang w:val="ru-RU" w:eastAsia="ru-RU"/>
        </w:rPr>
        <w:t>тридцать</w:t>
      </w:r>
      <w:r w:rsidRPr="00DD27A5">
        <w:rPr>
          <w:rFonts w:eastAsia="Times New Roman" w:cs="Times New Roman"/>
          <w:szCs w:val="24"/>
          <w:lang w:val="ru-RU" w:eastAsia="ru-RU"/>
        </w:rPr>
        <w:t xml:space="preserve">) </w:t>
      </w:r>
      <w:r w:rsidRPr="006F197C">
        <w:rPr>
          <w:rFonts w:eastAsia="Times New Roman" w:cs="Times New Roman"/>
          <w:szCs w:val="24"/>
          <w:lang w:val="ru-RU" w:eastAsia="ru-RU"/>
        </w:rPr>
        <w:t>календарных дней со дня получения обращения</w:t>
      </w:r>
      <w:r w:rsidR="00734EA2" w:rsidRPr="006F197C">
        <w:rPr>
          <w:rFonts w:eastAsia="Times New Roman" w:cs="Times New Roman"/>
          <w:szCs w:val="24"/>
          <w:lang w:val="ru-RU" w:eastAsia="ru-RU"/>
        </w:rPr>
        <w:t xml:space="preserve"> в почтовом отделении. </w:t>
      </w:r>
    </w:p>
    <w:p w14:paraId="4FF67C7E" w14:textId="464556C4" w:rsidR="008305FA" w:rsidRPr="006F197C" w:rsidRDefault="008305FA" w:rsidP="00DE76A0">
      <w:pPr>
        <w:pStyle w:val="Clause"/>
        <w:spacing w:after="0" w:line="300" w:lineRule="exact"/>
        <w:ind w:firstLine="567"/>
        <w:rPr>
          <w:rFonts w:eastAsia="Times New Roman" w:cs="Times New Roman"/>
          <w:szCs w:val="24"/>
          <w:lang w:val="ru-RU" w:eastAsia="ru-RU"/>
        </w:rPr>
      </w:pPr>
      <w:r w:rsidRPr="006F197C">
        <w:rPr>
          <w:rFonts w:eastAsia="Times New Roman" w:cs="Times New Roman"/>
          <w:szCs w:val="24"/>
          <w:lang w:val="ru-RU" w:eastAsia="ru-RU"/>
        </w:rPr>
        <w:t>Претензии Исполнителя к Заказчику направляются на адрес электронной почты, указанный Заказчиком при оформлении заказа или в Индивидуальном заказе, а при отсутствии такого адреса – на почтовый адрес, указанный Заказчиком. Претензия считается полученной Заказчиком в день отправки электронного письма, если иное не предусмотрено законодательством Российской Федерации. Заказчик обязан рассмотреть претензию Исполнителя и направить письменный ответ в срок 30 (тридцать) календарных дней со дня ее получения.</w:t>
      </w:r>
    </w:p>
    <w:p w14:paraId="6C1D809D" w14:textId="227DD238" w:rsidR="00DE76A0" w:rsidRPr="006F197C" w:rsidRDefault="00DE76A0" w:rsidP="00DE76A0">
      <w:pPr>
        <w:pStyle w:val="Clause"/>
        <w:spacing w:after="0" w:line="300" w:lineRule="exact"/>
        <w:ind w:firstLine="567"/>
        <w:rPr>
          <w:lang w:val="ru-RU"/>
        </w:rPr>
      </w:pPr>
      <w:r w:rsidRPr="006F197C">
        <w:rPr>
          <w:rFonts w:eastAsia="Times New Roman" w:cs="Times New Roman"/>
          <w:szCs w:val="24"/>
          <w:lang w:val="ru-RU" w:eastAsia="ru-RU"/>
        </w:rPr>
        <w:t>13.4. </w:t>
      </w:r>
      <w:r w:rsidRPr="006F197C">
        <w:rPr>
          <w:lang w:val="ru-RU"/>
        </w:rPr>
        <w:t xml:space="preserve">Споры, возникающие из настоящего Договора или в связи с ним, с Заказчиками, являющимися юридическими лицами или индивидуальными предпринимателями и заключившими Договор в связи с осуществлением предпринимательской или иной экономической деятельности, подлежат рассмотрению в Арбитражном суде города Москвы. Споры с Заказчиками — физическими лицами подлежат рассмотрению в Гагаринском районном суде города Москвы. </w:t>
      </w:r>
    </w:p>
    <w:p w14:paraId="42DBEA51" w14:textId="77777777" w:rsidR="00DE76A0" w:rsidRPr="006F197C" w:rsidRDefault="00DE76A0" w:rsidP="00DE76A0">
      <w:pPr>
        <w:pStyle w:val="Clause"/>
        <w:spacing w:after="0" w:line="300" w:lineRule="exact"/>
        <w:ind w:firstLine="567"/>
        <w:rPr>
          <w:rFonts w:eastAsia="Times New Roman" w:cs="Times New Roman"/>
          <w:szCs w:val="24"/>
          <w:lang w:val="ru-RU" w:eastAsia="ru-RU"/>
        </w:rPr>
      </w:pPr>
      <w:r w:rsidRPr="006F197C">
        <w:rPr>
          <w:rFonts w:eastAsia="Times New Roman" w:cs="Times New Roman"/>
          <w:szCs w:val="24"/>
          <w:lang w:val="ru-RU" w:eastAsia="ru-RU"/>
        </w:rPr>
        <w:t>13.5. К договору применяется законодательство Российской Федерации.</w:t>
      </w:r>
    </w:p>
    <w:p w14:paraId="5E07E62B" w14:textId="77777777" w:rsidR="00DE76A0" w:rsidRPr="006F197C" w:rsidRDefault="00DE76A0" w:rsidP="00DE76A0">
      <w:pPr>
        <w:pStyle w:val="1"/>
        <w:spacing w:before="0" w:after="0" w:line="300" w:lineRule="exact"/>
        <w:jc w:val="both"/>
        <w:rPr>
          <w:rFonts w:ascii="Times New Roman" w:hAnsi="Times New Roman" w:cs="Times New Roman"/>
          <w:color w:val="FF0000"/>
          <w:sz w:val="24"/>
          <w:szCs w:val="24"/>
          <w:lang w:val="ru-RU"/>
        </w:rPr>
      </w:pPr>
    </w:p>
    <w:p w14:paraId="46E2A121" w14:textId="77777777" w:rsidR="00DE76A0" w:rsidRPr="006F197C" w:rsidRDefault="00DE76A0" w:rsidP="00DE76A0">
      <w:pPr>
        <w:pStyle w:val="1"/>
        <w:spacing w:before="0" w:after="0" w:line="300" w:lineRule="exact"/>
        <w:jc w:val="center"/>
        <w:rPr>
          <w:rFonts w:ascii="Times New Roman" w:eastAsiaTheme="minorEastAsia" w:hAnsi="Times New Roman" w:cstheme="minorBidi"/>
          <w:color w:val="auto"/>
          <w:sz w:val="24"/>
          <w:szCs w:val="22"/>
          <w:lang w:val="ru-RU"/>
        </w:rPr>
      </w:pPr>
      <w:r w:rsidRPr="006F197C">
        <w:rPr>
          <w:rFonts w:ascii="Times New Roman" w:eastAsiaTheme="minorEastAsia" w:hAnsi="Times New Roman" w:cstheme="minorBidi"/>
          <w:color w:val="auto"/>
          <w:sz w:val="24"/>
          <w:szCs w:val="22"/>
          <w:lang w:val="ru-RU"/>
        </w:rPr>
        <w:t>14. ЗАКЛЮЧИТЕЛЬНЫЕ ПОЛОЖЕНИЯ</w:t>
      </w:r>
    </w:p>
    <w:p w14:paraId="7F4C4A66" w14:textId="0994C59E" w:rsidR="00DE76A0" w:rsidRPr="006F197C" w:rsidRDefault="00DE76A0" w:rsidP="00DE76A0">
      <w:pPr>
        <w:pStyle w:val="Clause"/>
        <w:spacing w:after="0" w:line="300" w:lineRule="exact"/>
        <w:ind w:firstLine="567"/>
        <w:rPr>
          <w:lang w:val="ru-RU"/>
        </w:rPr>
      </w:pPr>
      <w:r w:rsidRPr="006F197C">
        <w:rPr>
          <w:lang w:val="ru-RU"/>
        </w:rPr>
        <w:t>14.1. Настоящ</w:t>
      </w:r>
      <w:r w:rsidR="00734EA2" w:rsidRPr="006F197C">
        <w:rPr>
          <w:lang w:val="ru-RU"/>
        </w:rPr>
        <w:t>ие условия</w:t>
      </w:r>
      <w:r w:rsidRPr="006F197C">
        <w:rPr>
          <w:lang w:val="ru-RU"/>
        </w:rPr>
        <w:t xml:space="preserve"> вступа</w:t>
      </w:r>
      <w:r w:rsidR="00734EA2" w:rsidRPr="006F197C">
        <w:rPr>
          <w:lang w:val="ru-RU"/>
        </w:rPr>
        <w:t>ют</w:t>
      </w:r>
      <w:r w:rsidRPr="006F197C">
        <w:rPr>
          <w:lang w:val="ru-RU"/>
        </w:rPr>
        <w:t xml:space="preserve"> в силу с момента </w:t>
      </w:r>
      <w:r w:rsidR="00734EA2" w:rsidRPr="006F197C">
        <w:rPr>
          <w:lang w:val="ru-RU"/>
        </w:rPr>
        <w:t>их</w:t>
      </w:r>
      <w:r w:rsidRPr="006F197C">
        <w:rPr>
          <w:lang w:val="ru-RU"/>
        </w:rPr>
        <w:t xml:space="preserve"> размещения на сайте и действу</w:t>
      </w:r>
      <w:r w:rsidR="00734EA2" w:rsidRPr="006F197C">
        <w:rPr>
          <w:lang w:val="ru-RU"/>
        </w:rPr>
        <w:t>ют</w:t>
      </w:r>
      <w:r w:rsidRPr="006F197C">
        <w:rPr>
          <w:lang w:val="ru-RU"/>
        </w:rPr>
        <w:t xml:space="preserve"> до отзыва или замены новой редакцией.</w:t>
      </w:r>
    </w:p>
    <w:p w14:paraId="2CCF32FA" w14:textId="77777777" w:rsidR="00DE76A0" w:rsidRPr="006F197C" w:rsidRDefault="00DE76A0" w:rsidP="00DE76A0">
      <w:pPr>
        <w:pStyle w:val="Clause"/>
        <w:spacing w:after="0" w:line="300" w:lineRule="exact"/>
        <w:ind w:firstLine="567"/>
        <w:rPr>
          <w:lang w:val="ru-RU"/>
        </w:rPr>
      </w:pPr>
      <w:r w:rsidRPr="006F197C">
        <w:rPr>
          <w:lang w:val="ru-RU"/>
        </w:rPr>
        <w:t>14.2. Индивидуальный заказ, приложения, согласованные макеты и иные документы, прямо отнесенные сторонами к конкретному заказу, являются неотъемлемой частью договора.</w:t>
      </w:r>
    </w:p>
    <w:p w14:paraId="23E3677B" w14:textId="3A5D8B67" w:rsidR="00DE76A0" w:rsidRDefault="00DE76A0" w:rsidP="00DE76A0">
      <w:pPr>
        <w:pStyle w:val="Clause"/>
        <w:spacing w:after="0" w:line="300" w:lineRule="exact"/>
        <w:ind w:firstLine="567"/>
        <w:rPr>
          <w:lang w:val="ru-RU"/>
        </w:rPr>
      </w:pPr>
      <w:r w:rsidRPr="006F197C">
        <w:rPr>
          <w:lang w:val="ru-RU"/>
        </w:rPr>
        <w:t>14.3. Если какое-либо положение настоящ</w:t>
      </w:r>
      <w:r w:rsidR="00734EA2" w:rsidRPr="006F197C">
        <w:rPr>
          <w:lang w:val="ru-RU"/>
        </w:rPr>
        <w:t xml:space="preserve">их условий </w:t>
      </w:r>
      <w:r w:rsidRPr="006F197C">
        <w:rPr>
          <w:lang w:val="ru-RU"/>
        </w:rPr>
        <w:t>признано недействительным или неприменимым, это не влечет недействительность остальных положений.</w:t>
      </w:r>
      <w:r w:rsidRPr="0091445E">
        <w:rPr>
          <w:lang w:val="ru-RU"/>
        </w:rPr>
        <w:t xml:space="preserve"> </w:t>
      </w:r>
    </w:p>
    <w:p w14:paraId="6605982C" w14:textId="77777777" w:rsidR="00DE76A0" w:rsidRPr="007E5B8A" w:rsidRDefault="00DE76A0" w:rsidP="00DE76A0">
      <w:pPr>
        <w:pStyle w:val="Clause"/>
        <w:spacing w:after="0" w:line="300" w:lineRule="exact"/>
        <w:ind w:firstLine="567"/>
        <w:rPr>
          <w:lang w:val="ru-RU"/>
        </w:rPr>
      </w:pPr>
    </w:p>
    <w:p w14:paraId="7FABBC8D" w14:textId="77777777" w:rsidR="00DE76A0" w:rsidRPr="007E5B8A" w:rsidRDefault="00DE76A0" w:rsidP="00DE76A0">
      <w:pPr>
        <w:pStyle w:val="Clause"/>
        <w:spacing w:after="0" w:line="300" w:lineRule="exact"/>
        <w:ind w:firstLine="567"/>
        <w:jc w:val="center"/>
        <w:rPr>
          <w:b/>
          <w:bCs/>
          <w:lang w:val="ru-RU"/>
        </w:rPr>
      </w:pPr>
      <w:r w:rsidRPr="007E5B8A">
        <w:rPr>
          <w:b/>
          <w:bCs/>
          <w:lang w:val="ru-RU"/>
        </w:rPr>
        <w:t>1</w:t>
      </w:r>
      <w:r>
        <w:rPr>
          <w:b/>
          <w:bCs/>
          <w:lang w:val="ru-RU"/>
        </w:rPr>
        <w:t>5</w:t>
      </w:r>
      <w:r w:rsidRPr="007E5B8A">
        <w:rPr>
          <w:b/>
          <w:bCs/>
          <w:lang w:val="ru-RU"/>
        </w:rPr>
        <w:t>. РЕКВИЗИТЫ ИСПОЛНИТЕЛЯ</w:t>
      </w:r>
    </w:p>
    <w:p w14:paraId="7A6D74FD" w14:textId="77777777" w:rsidR="00DE76A0" w:rsidRPr="00E34532" w:rsidRDefault="00DE76A0" w:rsidP="00DE76A0">
      <w:pPr>
        <w:pStyle w:val="Clause"/>
        <w:spacing w:after="0" w:line="300" w:lineRule="exact"/>
        <w:ind w:firstLine="567"/>
        <w:rPr>
          <w:lang w:val="ru-RU"/>
        </w:rPr>
      </w:pPr>
      <w:r w:rsidRPr="007E5B8A">
        <w:rPr>
          <w:lang w:val="ru-RU"/>
        </w:rPr>
        <w:t xml:space="preserve">Индивидуальный предприниматель </w:t>
      </w:r>
      <w:proofErr w:type="spellStart"/>
      <w:r w:rsidRPr="007E5B8A">
        <w:rPr>
          <w:lang w:val="ru-RU"/>
        </w:rPr>
        <w:t>Елин</w:t>
      </w:r>
      <w:proofErr w:type="spellEnd"/>
      <w:r w:rsidRPr="007E5B8A">
        <w:rPr>
          <w:lang w:val="ru-RU"/>
        </w:rPr>
        <w:t xml:space="preserve"> Сергей Викторович</w:t>
      </w:r>
    </w:p>
    <w:p w14:paraId="542E1335" w14:textId="77777777" w:rsidR="00DE76A0" w:rsidRPr="00E34532" w:rsidRDefault="00DE76A0" w:rsidP="00DE76A0">
      <w:pPr>
        <w:pStyle w:val="Clause"/>
        <w:spacing w:after="0" w:line="300" w:lineRule="exact"/>
        <w:ind w:firstLine="567"/>
        <w:rPr>
          <w:lang w:val="ru-RU"/>
        </w:rPr>
      </w:pPr>
      <w:r w:rsidRPr="007E5B8A">
        <w:rPr>
          <w:lang w:val="ru-RU"/>
        </w:rPr>
        <w:t>ИНН: 772641471093</w:t>
      </w:r>
    </w:p>
    <w:p w14:paraId="06A3B77E" w14:textId="77777777" w:rsidR="00DE76A0" w:rsidRPr="00E34532" w:rsidRDefault="00DE76A0" w:rsidP="00DE76A0">
      <w:pPr>
        <w:pStyle w:val="Clause"/>
        <w:spacing w:after="0" w:line="300" w:lineRule="exact"/>
        <w:ind w:firstLine="567"/>
        <w:rPr>
          <w:lang w:val="ru-RU"/>
        </w:rPr>
      </w:pPr>
      <w:r w:rsidRPr="007E5B8A">
        <w:rPr>
          <w:lang w:val="ru-RU"/>
        </w:rPr>
        <w:t>ОГРНИП: 317774600428123</w:t>
      </w:r>
    </w:p>
    <w:p w14:paraId="51C30B14" w14:textId="77777777" w:rsidR="00DE76A0" w:rsidRPr="00E34532" w:rsidRDefault="00DE76A0" w:rsidP="00DE76A0">
      <w:pPr>
        <w:pStyle w:val="Clause"/>
        <w:spacing w:after="0" w:line="300" w:lineRule="exact"/>
        <w:ind w:firstLine="567"/>
        <w:rPr>
          <w:lang w:val="ru-RU"/>
        </w:rPr>
      </w:pPr>
      <w:r w:rsidRPr="007E5B8A">
        <w:rPr>
          <w:lang w:val="ru-RU"/>
        </w:rPr>
        <w:t xml:space="preserve">Адрес для корреспонденции, претензий и возврата товаров: </w:t>
      </w:r>
      <w:r w:rsidRPr="007E5B8A">
        <w:rPr>
          <w:highlight w:val="yellow"/>
          <w:lang w:val="ru-RU"/>
        </w:rPr>
        <w:t>[указать]</w:t>
      </w:r>
    </w:p>
    <w:p w14:paraId="428CE1D8" w14:textId="77777777" w:rsidR="00DE76A0" w:rsidRPr="00E34532" w:rsidRDefault="00DE76A0" w:rsidP="00DE76A0">
      <w:pPr>
        <w:pStyle w:val="Clause"/>
        <w:spacing w:after="0" w:line="300" w:lineRule="exact"/>
        <w:ind w:firstLine="567"/>
        <w:rPr>
          <w:lang w:val="ru-RU"/>
        </w:rPr>
      </w:pPr>
      <w:r w:rsidRPr="007E5B8A">
        <w:rPr>
          <w:lang w:val="ru-RU"/>
        </w:rPr>
        <w:t xml:space="preserve">Адрес электронной почты: </w:t>
      </w:r>
      <w:r w:rsidRPr="007E5B8A">
        <w:rPr>
          <w:highlight w:val="yellow"/>
          <w:lang w:val="ru-RU"/>
        </w:rPr>
        <w:t>[указать]</w:t>
      </w:r>
    </w:p>
    <w:p w14:paraId="31C104AB" w14:textId="77777777" w:rsidR="00DE76A0" w:rsidRPr="00E34532" w:rsidRDefault="00DE76A0" w:rsidP="00DE76A0">
      <w:pPr>
        <w:pStyle w:val="Clause"/>
        <w:spacing w:after="0" w:line="300" w:lineRule="exact"/>
        <w:ind w:firstLine="567"/>
        <w:rPr>
          <w:lang w:val="ru-RU"/>
        </w:rPr>
      </w:pPr>
      <w:r w:rsidRPr="007E5B8A">
        <w:rPr>
          <w:lang w:val="ru-RU"/>
        </w:rPr>
        <w:t xml:space="preserve">Телефон: </w:t>
      </w:r>
      <w:r w:rsidRPr="007E5B8A">
        <w:rPr>
          <w:highlight w:val="yellow"/>
          <w:lang w:val="ru-RU"/>
        </w:rPr>
        <w:t>[указать]</w:t>
      </w:r>
    </w:p>
    <w:p w14:paraId="54DCEEDC" w14:textId="77777777" w:rsidR="00DE76A0" w:rsidRPr="00E34532" w:rsidRDefault="00DE76A0" w:rsidP="00DE76A0">
      <w:pPr>
        <w:pStyle w:val="Clause"/>
        <w:spacing w:after="0" w:line="300" w:lineRule="exact"/>
        <w:ind w:firstLine="567"/>
        <w:rPr>
          <w:lang w:val="ru-RU"/>
        </w:rPr>
      </w:pPr>
      <w:r w:rsidRPr="007E5B8A">
        <w:rPr>
          <w:lang w:val="ru-RU"/>
        </w:rPr>
        <w:t xml:space="preserve">Расчетный счет: </w:t>
      </w:r>
      <w:r w:rsidRPr="007E5B8A">
        <w:rPr>
          <w:highlight w:val="yellow"/>
          <w:lang w:val="ru-RU"/>
        </w:rPr>
        <w:t>[указать]</w:t>
      </w:r>
    </w:p>
    <w:p w14:paraId="3AC4467D" w14:textId="77777777" w:rsidR="00DE76A0" w:rsidRPr="00E34532" w:rsidRDefault="00DE76A0" w:rsidP="00DE76A0">
      <w:pPr>
        <w:pStyle w:val="Clause"/>
        <w:spacing w:after="0" w:line="300" w:lineRule="exact"/>
        <w:ind w:firstLine="567"/>
        <w:rPr>
          <w:lang w:val="ru-RU"/>
        </w:rPr>
      </w:pPr>
      <w:r w:rsidRPr="007E5B8A">
        <w:rPr>
          <w:lang w:val="ru-RU"/>
        </w:rPr>
        <w:t xml:space="preserve">Банк: </w:t>
      </w:r>
      <w:r w:rsidRPr="007E5B8A">
        <w:rPr>
          <w:highlight w:val="yellow"/>
          <w:lang w:val="ru-RU"/>
        </w:rPr>
        <w:t>[указать]</w:t>
      </w:r>
    </w:p>
    <w:p w14:paraId="16D0F7B7" w14:textId="77777777" w:rsidR="00DE76A0" w:rsidRPr="00E34532" w:rsidRDefault="00DE76A0" w:rsidP="00DE76A0">
      <w:pPr>
        <w:pStyle w:val="Clause"/>
        <w:spacing w:after="0" w:line="300" w:lineRule="exact"/>
        <w:ind w:firstLine="567"/>
        <w:rPr>
          <w:lang w:val="ru-RU"/>
        </w:rPr>
      </w:pPr>
      <w:r w:rsidRPr="007E5B8A">
        <w:rPr>
          <w:lang w:val="ru-RU"/>
        </w:rPr>
        <w:t xml:space="preserve">БИК: </w:t>
      </w:r>
      <w:r w:rsidRPr="007E5B8A">
        <w:rPr>
          <w:highlight w:val="yellow"/>
          <w:lang w:val="ru-RU"/>
        </w:rPr>
        <w:t>[указать]</w:t>
      </w:r>
    </w:p>
    <w:p w14:paraId="69BBD3D6" w14:textId="77777777" w:rsidR="00DE76A0" w:rsidRPr="00E34532" w:rsidRDefault="00DE76A0" w:rsidP="00DE76A0">
      <w:pPr>
        <w:pStyle w:val="Clause"/>
        <w:spacing w:after="0" w:line="300" w:lineRule="exact"/>
        <w:ind w:firstLine="567"/>
        <w:rPr>
          <w:lang w:val="ru-RU"/>
        </w:rPr>
      </w:pPr>
      <w:r w:rsidRPr="007E5B8A">
        <w:rPr>
          <w:lang w:val="ru-RU"/>
        </w:rPr>
        <w:t xml:space="preserve">Корреспондентский счет: </w:t>
      </w:r>
      <w:r w:rsidRPr="007E5B8A">
        <w:rPr>
          <w:highlight w:val="yellow"/>
          <w:lang w:val="ru-RU"/>
        </w:rPr>
        <w:t>[указать]</w:t>
      </w:r>
    </w:p>
    <w:p w14:paraId="65BAA6F6" w14:textId="77777777" w:rsidR="00DE76A0" w:rsidRPr="00E34532" w:rsidRDefault="00DE76A0" w:rsidP="00DE76A0">
      <w:pPr>
        <w:pStyle w:val="Clause"/>
        <w:spacing w:after="0" w:line="300" w:lineRule="exact"/>
        <w:ind w:firstLine="567"/>
        <w:rPr>
          <w:lang w:val="ru-RU"/>
        </w:rPr>
      </w:pPr>
    </w:p>
    <w:p w14:paraId="7F5ECFD7" w14:textId="01F8F52E" w:rsidR="00B52FE8" w:rsidRPr="006D2C3A" w:rsidRDefault="00B52FE8" w:rsidP="00DE76A0">
      <w:pPr>
        <w:pStyle w:val="1"/>
        <w:spacing w:before="0" w:after="0" w:line="300" w:lineRule="exact"/>
        <w:jc w:val="center"/>
        <w:rPr>
          <w:rFonts w:ascii="Times New Roman" w:hAnsi="Times New Roman" w:cs="Times New Roman"/>
          <w:color w:val="FF0000"/>
          <w:sz w:val="24"/>
          <w:szCs w:val="24"/>
          <w:lang w:val="ru-RU"/>
        </w:rPr>
      </w:pPr>
    </w:p>
    <w:sectPr w:rsidR="00B52FE8" w:rsidRPr="006D2C3A" w:rsidSect="001D1671">
      <w:headerReference w:type="default" r:id="rId8"/>
      <w:footerReference w:type="default" r:id="rId9"/>
      <w:pgSz w:w="12240" w:h="15840"/>
      <w:pgMar w:top="851" w:right="1020" w:bottom="1020" w:left="1247" w:header="454" w:footer="1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F1832D" w14:textId="77777777" w:rsidR="007A466F" w:rsidRDefault="007A466F">
      <w:pPr>
        <w:spacing w:after="0" w:line="240" w:lineRule="auto"/>
      </w:pPr>
      <w:r>
        <w:separator/>
      </w:r>
    </w:p>
  </w:endnote>
  <w:endnote w:type="continuationSeparator" w:id="0">
    <w:p w14:paraId="74907865" w14:textId="77777777" w:rsidR="007A466F" w:rsidRDefault="007A4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9002228"/>
      <w:docPartObj>
        <w:docPartGallery w:val="Page Numbers (Bottom of Page)"/>
        <w:docPartUnique/>
      </w:docPartObj>
    </w:sdtPr>
    <w:sdtEndPr/>
    <w:sdtContent>
      <w:p w14:paraId="3E5A4C87" w14:textId="4E4F4C6E" w:rsidR="001D1671" w:rsidRDefault="001D1671">
        <w:pPr>
          <w:pStyle w:val="a7"/>
          <w:jc w:val="center"/>
        </w:pPr>
        <w:r w:rsidRPr="001D1671">
          <w:rPr>
            <w:sz w:val="22"/>
            <w:szCs w:val="20"/>
            <w:lang w:val="ru-RU"/>
          </w:rPr>
          <w:t xml:space="preserve">Страница </w:t>
        </w:r>
        <w:r w:rsidRPr="001D1671">
          <w:rPr>
            <w:b/>
            <w:bCs/>
            <w:sz w:val="22"/>
            <w:szCs w:val="20"/>
          </w:rPr>
          <w:fldChar w:fldCharType="begin"/>
        </w:r>
        <w:r w:rsidRPr="001D1671">
          <w:rPr>
            <w:b/>
            <w:bCs/>
            <w:sz w:val="22"/>
            <w:szCs w:val="20"/>
          </w:rPr>
          <w:instrText>PAGE   \* MERGEFORMAT</w:instrText>
        </w:r>
        <w:r w:rsidRPr="001D1671">
          <w:rPr>
            <w:b/>
            <w:bCs/>
            <w:sz w:val="22"/>
            <w:szCs w:val="20"/>
          </w:rPr>
          <w:fldChar w:fldCharType="separate"/>
        </w:r>
        <w:r w:rsidRPr="001D1671">
          <w:rPr>
            <w:b/>
            <w:bCs/>
            <w:sz w:val="22"/>
            <w:szCs w:val="20"/>
            <w:lang w:val="ru-RU"/>
          </w:rPr>
          <w:t>2</w:t>
        </w:r>
        <w:r w:rsidRPr="001D1671">
          <w:rPr>
            <w:b/>
            <w:bCs/>
            <w:sz w:val="22"/>
            <w:szCs w:val="20"/>
          </w:rPr>
          <w:fldChar w:fldCharType="end"/>
        </w:r>
        <w:r w:rsidRPr="001D1671">
          <w:rPr>
            <w:sz w:val="22"/>
            <w:szCs w:val="20"/>
            <w:lang w:val="ru-RU"/>
          </w:rPr>
          <w:t xml:space="preserve"> из </w:t>
        </w:r>
        <w:r w:rsidR="00C414EC">
          <w:rPr>
            <w:b/>
            <w:bCs/>
            <w:sz w:val="22"/>
            <w:szCs w:val="20"/>
            <w:lang w:val="ru-RU"/>
          </w:rPr>
          <w:t>10</w:t>
        </w:r>
      </w:p>
    </w:sdtContent>
  </w:sdt>
  <w:p w14:paraId="252D3838" w14:textId="4137904B" w:rsidR="00B52FE8" w:rsidRDefault="00B52FE8">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0DC920" w14:textId="77777777" w:rsidR="007A466F" w:rsidRDefault="007A466F">
      <w:pPr>
        <w:spacing w:after="0" w:line="240" w:lineRule="auto"/>
      </w:pPr>
      <w:r>
        <w:separator/>
      </w:r>
    </w:p>
  </w:footnote>
  <w:footnote w:type="continuationSeparator" w:id="0">
    <w:p w14:paraId="7EBE9792" w14:textId="77777777" w:rsidR="007A466F" w:rsidRDefault="007A46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6AB831" w14:textId="0E309D3F" w:rsidR="00B52FE8" w:rsidRDefault="00B52FE8">
    <w:pPr>
      <w:pStyle w:val="a5"/>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239F3594"/>
    <w:multiLevelType w:val="multilevel"/>
    <w:tmpl w:val="549C5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F41C1E"/>
    <w:multiLevelType w:val="multilevel"/>
    <w:tmpl w:val="B2748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B45B54"/>
    <w:multiLevelType w:val="multilevel"/>
    <w:tmpl w:val="B96E2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40456F"/>
    <w:multiLevelType w:val="multilevel"/>
    <w:tmpl w:val="0A407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BF1A05"/>
    <w:multiLevelType w:val="multilevel"/>
    <w:tmpl w:val="E67A9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 w:numId="12">
    <w:abstractNumId w:val="13"/>
  </w:num>
  <w:num w:numId="13">
    <w:abstractNumId w:val="12"/>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D1671"/>
    <w:rsid w:val="002616BC"/>
    <w:rsid w:val="002658EE"/>
    <w:rsid w:val="0029639D"/>
    <w:rsid w:val="00311D07"/>
    <w:rsid w:val="003232AD"/>
    <w:rsid w:val="00326F90"/>
    <w:rsid w:val="00343A9F"/>
    <w:rsid w:val="00360B51"/>
    <w:rsid w:val="0038395B"/>
    <w:rsid w:val="003E38E3"/>
    <w:rsid w:val="00420248"/>
    <w:rsid w:val="00543D5F"/>
    <w:rsid w:val="005563F7"/>
    <w:rsid w:val="00566834"/>
    <w:rsid w:val="005B0AA3"/>
    <w:rsid w:val="006D2C3A"/>
    <w:rsid w:val="006F197C"/>
    <w:rsid w:val="00734EA2"/>
    <w:rsid w:val="00760FE7"/>
    <w:rsid w:val="007A14FB"/>
    <w:rsid w:val="007A18CC"/>
    <w:rsid w:val="007A466F"/>
    <w:rsid w:val="007D15B6"/>
    <w:rsid w:val="007D74F1"/>
    <w:rsid w:val="008305FA"/>
    <w:rsid w:val="009A6B67"/>
    <w:rsid w:val="00A80B8F"/>
    <w:rsid w:val="00AA1D8D"/>
    <w:rsid w:val="00AD7FB0"/>
    <w:rsid w:val="00B3427C"/>
    <w:rsid w:val="00B47730"/>
    <w:rsid w:val="00B52FE8"/>
    <w:rsid w:val="00B74CC3"/>
    <w:rsid w:val="00C06CEB"/>
    <w:rsid w:val="00C367AE"/>
    <w:rsid w:val="00C414EC"/>
    <w:rsid w:val="00CA43D9"/>
    <w:rsid w:val="00CB0664"/>
    <w:rsid w:val="00D24EA2"/>
    <w:rsid w:val="00DE76A0"/>
    <w:rsid w:val="00E3391C"/>
    <w:rsid w:val="00F30B69"/>
    <w:rsid w:val="00F411AF"/>
    <w:rsid w:val="00FB05DD"/>
    <w:rsid w:val="00FB3E9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1C21803"/>
  <w14:defaultImageDpi w14:val="300"/>
  <w15:docId w15:val="{214382AF-29BD-4FF0-B21B-5AA3FCE1A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60" w:line="259" w:lineRule="auto"/>
    </w:pPr>
    <w:rPr>
      <w:rFonts w:ascii="Times New Roman" w:eastAsia="Times New Roman" w:hAnsi="Times New Roman"/>
      <w:color w:val="000000"/>
      <w:sz w:val="24"/>
    </w:rPr>
  </w:style>
  <w:style w:type="paragraph" w:styleId="1">
    <w:name w:val="heading 1"/>
    <w:basedOn w:val="a1"/>
    <w:next w:val="a1"/>
    <w:link w:val="10"/>
    <w:uiPriority w:val="9"/>
    <w:qFormat/>
    <w:rsid w:val="00FC693F"/>
    <w:pPr>
      <w:keepNext/>
      <w:keepLines/>
      <w:spacing w:before="200" w:after="100"/>
      <w:outlineLvl w:val="0"/>
    </w:pPr>
    <w:rPr>
      <w:rFonts w:asciiTheme="majorHAnsi" w:eastAsiaTheme="majorEastAsia" w:hAnsiTheme="majorHAnsi" w:cstheme="majorBidi"/>
      <w:b/>
      <w:bCs/>
      <w:sz w:val="26"/>
      <w:szCs w:val="28"/>
    </w:rPr>
  </w:style>
  <w:style w:type="paragraph" w:styleId="21">
    <w:name w:val="heading 2"/>
    <w:basedOn w:val="a1"/>
    <w:next w:val="a1"/>
    <w:link w:val="22"/>
    <w:uiPriority w:val="9"/>
    <w:unhideWhenUsed/>
    <w:qFormat/>
    <w:rsid w:val="00FC693F"/>
    <w:pPr>
      <w:keepNext/>
      <w:keepLines/>
      <w:spacing w:before="200" w:after="10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spacing w:after="100" w:line="240" w:lineRule="auto"/>
      <w:contextualSpacing/>
    </w:pPr>
    <w:rPr>
      <w:rFonts w:asciiTheme="majorHAnsi" w:eastAsiaTheme="majorEastAsia" w:hAnsiTheme="majorHAnsi" w:cstheme="majorBidi"/>
      <w:b/>
      <w:spacing w:val="5"/>
      <w:kern w:val="28"/>
      <w:sz w:val="30"/>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8">
    <w:name w:val="annotation reference"/>
    <w:basedOn w:val="a2"/>
    <w:uiPriority w:val="99"/>
    <w:semiHidden/>
    <w:unhideWhenUsed/>
    <w:rsid w:val="009A6B67"/>
    <w:rPr>
      <w:sz w:val="16"/>
      <w:szCs w:val="16"/>
    </w:rPr>
  </w:style>
  <w:style w:type="paragraph" w:styleId="aff9">
    <w:name w:val="annotation text"/>
    <w:basedOn w:val="a1"/>
    <w:link w:val="affa"/>
    <w:uiPriority w:val="99"/>
    <w:semiHidden/>
    <w:unhideWhenUsed/>
    <w:rsid w:val="009A6B67"/>
    <w:pPr>
      <w:spacing w:line="240" w:lineRule="auto"/>
    </w:pPr>
    <w:rPr>
      <w:sz w:val="20"/>
      <w:szCs w:val="20"/>
    </w:rPr>
  </w:style>
  <w:style w:type="character" w:customStyle="1" w:styleId="affa">
    <w:name w:val="Текст примечания Знак"/>
    <w:basedOn w:val="a2"/>
    <w:link w:val="aff9"/>
    <w:uiPriority w:val="99"/>
    <w:semiHidden/>
    <w:rsid w:val="009A6B67"/>
    <w:rPr>
      <w:rFonts w:ascii="Times New Roman" w:eastAsia="Times New Roman" w:hAnsi="Times New Roman"/>
      <w:color w:val="000000"/>
      <w:sz w:val="20"/>
      <w:szCs w:val="20"/>
    </w:rPr>
  </w:style>
  <w:style w:type="paragraph" w:styleId="affb">
    <w:name w:val="annotation subject"/>
    <w:basedOn w:val="aff9"/>
    <w:next w:val="aff9"/>
    <w:link w:val="affc"/>
    <w:uiPriority w:val="99"/>
    <w:semiHidden/>
    <w:unhideWhenUsed/>
    <w:rsid w:val="009A6B67"/>
    <w:rPr>
      <w:b/>
      <w:bCs/>
    </w:rPr>
  </w:style>
  <w:style w:type="character" w:customStyle="1" w:styleId="affc">
    <w:name w:val="Тема примечания Знак"/>
    <w:basedOn w:val="affa"/>
    <w:link w:val="affb"/>
    <w:uiPriority w:val="99"/>
    <w:semiHidden/>
    <w:rsid w:val="009A6B67"/>
    <w:rPr>
      <w:rFonts w:ascii="Times New Roman" w:eastAsia="Times New Roman" w:hAnsi="Times New Roman"/>
      <w:b/>
      <w:bCs/>
      <w:color w:val="000000"/>
      <w:sz w:val="20"/>
      <w:szCs w:val="20"/>
    </w:rPr>
  </w:style>
  <w:style w:type="paragraph" w:customStyle="1" w:styleId="Clause">
    <w:name w:val="Clause"/>
    <w:rsid w:val="00760FE7"/>
    <w:pPr>
      <w:spacing w:after="100"/>
      <w:jc w:val="both"/>
    </w:pPr>
    <w:rPr>
      <w:rFonts w:ascii="Times New Roman" w:hAnsi="Times New Roman"/>
      <w:sz w:val="24"/>
    </w:rPr>
  </w:style>
  <w:style w:type="paragraph" w:styleId="affd">
    <w:name w:val="Balloon Text"/>
    <w:basedOn w:val="a1"/>
    <w:link w:val="affe"/>
    <w:uiPriority w:val="99"/>
    <w:semiHidden/>
    <w:unhideWhenUsed/>
    <w:rsid w:val="00B3427C"/>
    <w:pPr>
      <w:spacing w:after="0" w:line="240" w:lineRule="auto"/>
    </w:pPr>
    <w:rPr>
      <w:rFonts w:ascii="Segoe UI" w:hAnsi="Segoe UI" w:cs="Segoe UI"/>
      <w:sz w:val="18"/>
      <w:szCs w:val="18"/>
    </w:rPr>
  </w:style>
  <w:style w:type="character" w:customStyle="1" w:styleId="affe">
    <w:name w:val="Текст выноски Знак"/>
    <w:basedOn w:val="a2"/>
    <w:link w:val="affd"/>
    <w:uiPriority w:val="99"/>
    <w:semiHidden/>
    <w:rsid w:val="00B3427C"/>
    <w:rPr>
      <w:rFonts w:ascii="Segoe UI" w:eastAsia="Times New Roman" w:hAnsi="Segoe UI" w:cs="Segoe UI"/>
      <w:color w:val="000000"/>
      <w:sz w:val="18"/>
      <w:szCs w:val="18"/>
    </w:rPr>
  </w:style>
  <w:style w:type="paragraph" w:styleId="afff">
    <w:name w:val="Normal (Web)"/>
    <w:basedOn w:val="a1"/>
    <w:uiPriority w:val="99"/>
    <w:unhideWhenUsed/>
    <w:rsid w:val="007A18CC"/>
    <w:pPr>
      <w:spacing w:before="100" w:beforeAutospacing="1" w:after="100" w:afterAutospacing="1" w:line="240" w:lineRule="auto"/>
    </w:pPr>
    <w:rPr>
      <w:rFonts w:cs="Times New Roman"/>
      <w:color w:val="auto"/>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6747445">
      <w:bodyDiv w:val="1"/>
      <w:marLeft w:val="0"/>
      <w:marRight w:val="0"/>
      <w:marTop w:val="0"/>
      <w:marBottom w:val="0"/>
      <w:divBdr>
        <w:top w:val="none" w:sz="0" w:space="0" w:color="auto"/>
        <w:left w:val="none" w:sz="0" w:space="0" w:color="auto"/>
        <w:bottom w:val="none" w:sz="0" w:space="0" w:color="auto"/>
        <w:right w:val="none" w:sz="0" w:space="0" w:color="auto"/>
      </w:divBdr>
    </w:div>
    <w:div w:id="579291685">
      <w:bodyDiv w:val="1"/>
      <w:marLeft w:val="0"/>
      <w:marRight w:val="0"/>
      <w:marTop w:val="0"/>
      <w:marBottom w:val="0"/>
      <w:divBdr>
        <w:top w:val="none" w:sz="0" w:space="0" w:color="auto"/>
        <w:left w:val="none" w:sz="0" w:space="0" w:color="auto"/>
        <w:bottom w:val="none" w:sz="0" w:space="0" w:color="auto"/>
        <w:right w:val="none" w:sz="0" w:space="0" w:color="auto"/>
      </w:divBdr>
    </w:div>
    <w:div w:id="1227884623">
      <w:bodyDiv w:val="1"/>
      <w:marLeft w:val="0"/>
      <w:marRight w:val="0"/>
      <w:marTop w:val="0"/>
      <w:marBottom w:val="0"/>
      <w:divBdr>
        <w:top w:val="none" w:sz="0" w:space="0" w:color="auto"/>
        <w:left w:val="none" w:sz="0" w:space="0" w:color="auto"/>
        <w:bottom w:val="none" w:sz="0" w:space="0" w:color="auto"/>
        <w:right w:val="none" w:sz="0" w:space="0" w:color="auto"/>
      </w:divBdr>
    </w:div>
    <w:div w:id="1233275713">
      <w:bodyDiv w:val="1"/>
      <w:marLeft w:val="0"/>
      <w:marRight w:val="0"/>
      <w:marTop w:val="0"/>
      <w:marBottom w:val="0"/>
      <w:divBdr>
        <w:top w:val="none" w:sz="0" w:space="0" w:color="auto"/>
        <w:left w:val="none" w:sz="0" w:space="0" w:color="auto"/>
        <w:bottom w:val="none" w:sz="0" w:space="0" w:color="auto"/>
        <w:right w:val="none" w:sz="0" w:space="0" w:color="auto"/>
      </w:divBdr>
    </w:div>
    <w:div w:id="1550338149">
      <w:bodyDiv w:val="1"/>
      <w:marLeft w:val="0"/>
      <w:marRight w:val="0"/>
      <w:marTop w:val="0"/>
      <w:marBottom w:val="0"/>
      <w:divBdr>
        <w:top w:val="none" w:sz="0" w:space="0" w:color="auto"/>
        <w:left w:val="none" w:sz="0" w:space="0" w:color="auto"/>
        <w:bottom w:val="none" w:sz="0" w:space="0" w:color="auto"/>
        <w:right w:val="none" w:sz="0" w:space="0" w:color="auto"/>
      </w:divBdr>
    </w:div>
    <w:div w:id="1696345230">
      <w:bodyDiv w:val="1"/>
      <w:marLeft w:val="0"/>
      <w:marRight w:val="0"/>
      <w:marTop w:val="0"/>
      <w:marBottom w:val="0"/>
      <w:divBdr>
        <w:top w:val="none" w:sz="0" w:space="0" w:color="auto"/>
        <w:left w:val="none" w:sz="0" w:space="0" w:color="auto"/>
        <w:bottom w:val="none" w:sz="0" w:space="0" w:color="auto"/>
        <w:right w:val="none" w:sz="0" w:space="0" w:color="auto"/>
      </w:divBdr>
    </w:div>
    <w:div w:id="1904366873">
      <w:bodyDiv w:val="1"/>
      <w:marLeft w:val="0"/>
      <w:marRight w:val="0"/>
      <w:marTop w:val="0"/>
      <w:marBottom w:val="0"/>
      <w:divBdr>
        <w:top w:val="none" w:sz="0" w:space="0" w:color="auto"/>
        <w:left w:val="none" w:sz="0" w:space="0" w:color="auto"/>
        <w:bottom w:val="none" w:sz="0" w:space="0" w:color="auto"/>
        <w:right w:val="none" w:sz="0" w:space="0" w:color="auto"/>
      </w:divBdr>
    </w:div>
    <w:div w:id="210233706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DD5616-FDE9-4015-B7CE-C49876F37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10</Pages>
  <Words>4645</Words>
  <Characters>26479</Characters>
  <Application>Microsoft Office Word</Application>
  <DocSecurity>0</DocSecurity>
  <Lines>220</Lines>
  <Paragraphs>62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31062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ur29</cp:lastModifiedBy>
  <cp:revision>28</cp:revision>
  <cp:lastPrinted>2026-07-29T13:12:00Z</cp:lastPrinted>
  <dcterms:created xsi:type="dcterms:W3CDTF">2013-12-23T23:15:00Z</dcterms:created>
  <dcterms:modified xsi:type="dcterms:W3CDTF">2026-07-30T07:55:00Z</dcterms:modified>
  <cp:category/>
</cp:coreProperties>
</file>