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A7EF16" w14:textId="337B0B6C" w:rsidR="005704D8" w:rsidRPr="004225DE" w:rsidRDefault="00522141" w:rsidP="00F9498B">
      <w:pPr>
        <w:keepNext/>
        <w:spacing w:after="0" w:line="300" w:lineRule="exact"/>
        <w:jc w:val="center"/>
        <w:rPr>
          <w:rFonts w:cs="Times New Roman"/>
          <w:b/>
          <w:sz w:val="28"/>
          <w:szCs w:val="28"/>
          <w:lang w:val="ru-RU"/>
        </w:rPr>
      </w:pPr>
      <w:r w:rsidRPr="004225DE">
        <w:rPr>
          <w:rFonts w:cs="Times New Roman"/>
          <w:b/>
          <w:sz w:val="28"/>
          <w:szCs w:val="28"/>
          <w:lang w:val="ru-RU"/>
        </w:rPr>
        <w:t>ПОЛИТИКА ИСПОЛЬЗОВАНИЯ ФАЙЛОВ «</w:t>
      </w:r>
      <w:r w:rsidRPr="004225DE">
        <w:rPr>
          <w:rFonts w:cs="Times New Roman"/>
          <w:b/>
          <w:sz w:val="28"/>
          <w:szCs w:val="28"/>
        </w:rPr>
        <w:t>COOKIE</w:t>
      </w:r>
      <w:r w:rsidRPr="004225DE">
        <w:rPr>
          <w:rFonts w:cs="Times New Roman"/>
          <w:b/>
          <w:sz w:val="28"/>
          <w:szCs w:val="28"/>
          <w:lang w:val="ru-RU"/>
        </w:rPr>
        <w:t>»</w:t>
      </w:r>
    </w:p>
    <w:p w14:paraId="46980764" w14:textId="77777777" w:rsidR="00F9498B" w:rsidRPr="004225DE" w:rsidRDefault="00F9498B" w:rsidP="00F9498B">
      <w:pPr>
        <w:keepNext/>
        <w:spacing w:after="0" w:line="300" w:lineRule="exact"/>
        <w:rPr>
          <w:rFonts w:cs="Times New Roman"/>
          <w:sz w:val="28"/>
          <w:szCs w:val="28"/>
          <w:lang w:val="ru-RU"/>
        </w:rPr>
      </w:pPr>
    </w:p>
    <w:p w14:paraId="068BE0A2" w14:textId="7C062310" w:rsidR="005704D8" w:rsidRPr="004225DE" w:rsidRDefault="00F9498B" w:rsidP="00F9498B">
      <w:pPr>
        <w:keepNext/>
        <w:spacing w:after="0" w:line="300" w:lineRule="exact"/>
        <w:jc w:val="center"/>
        <w:rPr>
          <w:rFonts w:cs="Times New Roman"/>
          <w:szCs w:val="24"/>
          <w:lang w:val="ru-RU"/>
        </w:rPr>
      </w:pPr>
      <w:r w:rsidRPr="004225DE">
        <w:rPr>
          <w:rFonts w:cs="Times New Roman"/>
          <w:b/>
          <w:szCs w:val="24"/>
          <w:lang w:val="ru-RU"/>
        </w:rPr>
        <w:t>1. ОБЩИЕ ПОЛОЖЕНИЯ</w:t>
      </w:r>
    </w:p>
    <w:p w14:paraId="3F355ED3" w14:textId="3089AA52" w:rsidR="005704D8" w:rsidRPr="004225DE" w:rsidRDefault="004B33F7" w:rsidP="00F9498B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4225DE">
        <w:rPr>
          <w:rFonts w:cs="Times New Roman"/>
          <w:szCs w:val="24"/>
          <w:lang w:val="ru-RU"/>
        </w:rPr>
        <w:t>1.1.</w:t>
      </w:r>
      <w:r w:rsidR="00F9498B" w:rsidRPr="004225DE">
        <w:rPr>
          <w:rFonts w:cs="Times New Roman"/>
          <w:szCs w:val="24"/>
          <w:lang w:val="ru-RU"/>
        </w:rPr>
        <w:t> </w:t>
      </w:r>
      <w:r w:rsidRPr="004225DE">
        <w:rPr>
          <w:rFonts w:cs="Times New Roman"/>
          <w:szCs w:val="24"/>
          <w:lang w:val="ru-RU"/>
        </w:rPr>
        <w:t xml:space="preserve">Настоящая </w:t>
      </w:r>
      <w:r w:rsidR="00522141" w:rsidRPr="004225DE">
        <w:rPr>
          <w:rFonts w:cs="Times New Roman"/>
          <w:szCs w:val="24"/>
          <w:lang w:val="ru-RU"/>
        </w:rPr>
        <w:t>Политика использования файлов «</w:t>
      </w:r>
      <w:r w:rsidRPr="004225DE">
        <w:rPr>
          <w:rFonts w:cs="Times New Roman"/>
          <w:szCs w:val="24"/>
        </w:rPr>
        <w:t>Cookie</w:t>
      </w:r>
      <w:r w:rsidR="00522141" w:rsidRPr="004225DE">
        <w:rPr>
          <w:rFonts w:cs="Times New Roman"/>
          <w:szCs w:val="24"/>
          <w:lang w:val="ru-RU"/>
        </w:rPr>
        <w:t xml:space="preserve">» (далее - </w:t>
      </w:r>
      <w:r w:rsidR="00522141" w:rsidRPr="004225DE">
        <w:rPr>
          <w:rFonts w:cs="Times New Roman"/>
          <w:szCs w:val="24"/>
        </w:rPr>
        <w:t>Cookie</w:t>
      </w:r>
      <w:r w:rsidR="00522141" w:rsidRPr="004225DE">
        <w:rPr>
          <w:rFonts w:cs="Times New Roman"/>
          <w:szCs w:val="24"/>
          <w:lang w:val="ru-RU"/>
        </w:rPr>
        <w:t xml:space="preserve">-политика) </w:t>
      </w:r>
      <w:r w:rsidRPr="004225DE">
        <w:rPr>
          <w:rFonts w:cs="Times New Roman"/>
          <w:szCs w:val="24"/>
          <w:lang w:val="ru-RU"/>
        </w:rPr>
        <w:t xml:space="preserve">определяет порядок применения файлов </w:t>
      </w:r>
      <w:r w:rsidRPr="004225DE">
        <w:rPr>
          <w:rFonts w:cs="Times New Roman"/>
          <w:szCs w:val="24"/>
        </w:rPr>
        <w:t>cookie</w:t>
      </w:r>
      <w:r w:rsidRPr="004225DE">
        <w:rPr>
          <w:rFonts w:cs="Times New Roman"/>
          <w:szCs w:val="24"/>
          <w:lang w:val="ru-RU"/>
        </w:rPr>
        <w:t xml:space="preserve"> и аналогичных технологий на сайте </w:t>
      </w:r>
      <w:r w:rsidRPr="004225DE">
        <w:rPr>
          <w:rFonts w:cs="Times New Roman"/>
          <w:szCs w:val="24"/>
        </w:rPr>
        <w:t>https</w:t>
      </w:r>
      <w:r w:rsidRPr="004225DE">
        <w:rPr>
          <w:rFonts w:cs="Times New Roman"/>
          <w:szCs w:val="24"/>
          <w:lang w:val="ru-RU"/>
        </w:rPr>
        <w:t>://это-моя-</w:t>
      </w:r>
      <w:proofErr w:type="spellStart"/>
      <w:r w:rsidRPr="004225DE">
        <w:rPr>
          <w:rFonts w:cs="Times New Roman"/>
          <w:szCs w:val="24"/>
          <w:lang w:val="ru-RU"/>
        </w:rPr>
        <w:t>жизнь.рф</w:t>
      </w:r>
      <w:proofErr w:type="spellEnd"/>
      <w:r w:rsidRPr="004225DE">
        <w:rPr>
          <w:rFonts w:cs="Times New Roman"/>
          <w:szCs w:val="24"/>
          <w:lang w:val="ru-RU"/>
        </w:rPr>
        <w:t xml:space="preserve"> (далее — «Сайт»), а также условия получения, использования, хранения и удаления сведений, формируемых при посещении Сайта.</w:t>
      </w:r>
    </w:p>
    <w:p w14:paraId="7D83926D" w14:textId="49B8F88F" w:rsidR="005704D8" w:rsidRPr="004225DE" w:rsidRDefault="004B33F7" w:rsidP="00F9498B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4225DE">
        <w:rPr>
          <w:rFonts w:cs="Times New Roman"/>
          <w:szCs w:val="24"/>
          <w:lang w:val="ru-RU"/>
        </w:rPr>
        <w:t>1.2.</w:t>
      </w:r>
      <w:r w:rsidR="00F9498B" w:rsidRPr="004225DE">
        <w:rPr>
          <w:rFonts w:cs="Times New Roman"/>
          <w:szCs w:val="24"/>
          <w:lang w:val="ru-RU"/>
        </w:rPr>
        <w:t> </w:t>
      </w:r>
      <w:r w:rsidRPr="004225DE">
        <w:rPr>
          <w:rFonts w:cs="Times New Roman"/>
          <w:szCs w:val="24"/>
          <w:lang w:val="ru-RU"/>
        </w:rPr>
        <w:t xml:space="preserve">Владельцем Сайта и оператором персональных данных является Индивидуальный предприниматель </w:t>
      </w:r>
      <w:proofErr w:type="spellStart"/>
      <w:r w:rsidRPr="004225DE">
        <w:rPr>
          <w:rFonts w:cs="Times New Roman"/>
          <w:szCs w:val="24"/>
          <w:lang w:val="ru-RU"/>
        </w:rPr>
        <w:t>Елин</w:t>
      </w:r>
      <w:proofErr w:type="spellEnd"/>
      <w:r w:rsidRPr="004225DE">
        <w:rPr>
          <w:rFonts w:cs="Times New Roman"/>
          <w:szCs w:val="24"/>
          <w:lang w:val="ru-RU"/>
        </w:rPr>
        <w:t xml:space="preserve"> Сергей Викторович, ИНН 772641471093, ОГРНИП 317774600428123 (далее — «Оператор»).</w:t>
      </w:r>
    </w:p>
    <w:p w14:paraId="3B954E44" w14:textId="07CECACC" w:rsidR="005704D8" w:rsidRPr="004225DE" w:rsidRDefault="004B33F7" w:rsidP="00F9498B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4225DE">
        <w:rPr>
          <w:rFonts w:cs="Times New Roman"/>
          <w:szCs w:val="24"/>
          <w:lang w:val="ru-RU"/>
        </w:rPr>
        <w:t>1.3.</w:t>
      </w:r>
      <w:r w:rsidR="00F9498B" w:rsidRPr="004225DE">
        <w:rPr>
          <w:rFonts w:cs="Times New Roman"/>
          <w:szCs w:val="24"/>
          <w:lang w:val="ru-RU"/>
        </w:rPr>
        <w:t> </w:t>
      </w:r>
      <w:r w:rsidRPr="004225DE">
        <w:rPr>
          <w:rFonts w:cs="Times New Roman"/>
          <w:szCs w:val="24"/>
          <w:lang w:val="ru-RU"/>
        </w:rPr>
        <w:t xml:space="preserve">Настоящая </w:t>
      </w:r>
      <w:r w:rsidRPr="004225DE">
        <w:rPr>
          <w:rFonts w:cs="Times New Roman"/>
          <w:szCs w:val="24"/>
        </w:rPr>
        <w:t>Cookie</w:t>
      </w:r>
      <w:r w:rsidRPr="004225DE">
        <w:rPr>
          <w:rFonts w:cs="Times New Roman"/>
          <w:szCs w:val="24"/>
          <w:lang w:val="ru-RU"/>
        </w:rPr>
        <w:t>-политика применяется совместно с Политикой обработки персональных данных, Пользовательским соглашением и иными документами Оператора, размещенными на Сайте.</w:t>
      </w:r>
    </w:p>
    <w:p w14:paraId="1470334A" w14:textId="6562A99D" w:rsidR="005704D8" w:rsidRPr="004225DE" w:rsidRDefault="004B33F7" w:rsidP="00F9498B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4225DE">
        <w:rPr>
          <w:rFonts w:cs="Times New Roman"/>
          <w:szCs w:val="24"/>
          <w:lang w:val="ru-RU"/>
        </w:rPr>
        <w:t>1.4.</w:t>
      </w:r>
      <w:r w:rsidR="00F9498B" w:rsidRPr="004225DE">
        <w:rPr>
          <w:rFonts w:cs="Times New Roman"/>
          <w:szCs w:val="24"/>
          <w:lang w:val="ru-RU"/>
        </w:rPr>
        <w:t> </w:t>
      </w:r>
      <w:r w:rsidRPr="004225DE">
        <w:rPr>
          <w:rFonts w:cs="Times New Roman"/>
          <w:szCs w:val="24"/>
          <w:lang w:val="ru-RU"/>
        </w:rPr>
        <w:t xml:space="preserve">Для целей настоящей </w:t>
      </w:r>
      <w:r w:rsidRPr="004225DE">
        <w:rPr>
          <w:rFonts w:cs="Times New Roman"/>
          <w:szCs w:val="24"/>
        </w:rPr>
        <w:t>Cookie</w:t>
      </w:r>
      <w:r w:rsidRPr="004225DE">
        <w:rPr>
          <w:rFonts w:cs="Times New Roman"/>
          <w:szCs w:val="24"/>
          <w:lang w:val="ru-RU"/>
        </w:rPr>
        <w:t>-политики Пользователем признается физическое лицо, посещающее Сайт или использующее его функции.</w:t>
      </w:r>
    </w:p>
    <w:p w14:paraId="693F4D3F" w14:textId="77777777" w:rsidR="00F9498B" w:rsidRPr="004225DE" w:rsidRDefault="00F9498B" w:rsidP="00F9498B">
      <w:pPr>
        <w:keepNext/>
        <w:spacing w:after="0" w:line="300" w:lineRule="exact"/>
        <w:rPr>
          <w:rFonts w:cs="Times New Roman"/>
          <w:b/>
          <w:szCs w:val="24"/>
          <w:lang w:val="ru-RU"/>
        </w:rPr>
      </w:pPr>
    </w:p>
    <w:p w14:paraId="2F6C5D0C" w14:textId="56D9ED74" w:rsidR="005704D8" w:rsidRPr="004225DE" w:rsidRDefault="00F9498B" w:rsidP="00F9498B">
      <w:pPr>
        <w:keepNext/>
        <w:spacing w:after="0" w:line="300" w:lineRule="exact"/>
        <w:jc w:val="center"/>
        <w:rPr>
          <w:rFonts w:cs="Times New Roman"/>
          <w:szCs w:val="24"/>
          <w:lang w:val="ru-RU"/>
        </w:rPr>
      </w:pPr>
      <w:r w:rsidRPr="004225DE">
        <w:rPr>
          <w:rFonts w:cs="Times New Roman"/>
          <w:b/>
          <w:szCs w:val="24"/>
          <w:lang w:val="ru-RU"/>
        </w:rPr>
        <w:t xml:space="preserve">2. ФАЙЛЫ </w:t>
      </w:r>
      <w:r w:rsidRPr="004225DE">
        <w:rPr>
          <w:rFonts w:cs="Times New Roman"/>
          <w:b/>
          <w:szCs w:val="24"/>
        </w:rPr>
        <w:t>COOKIE</w:t>
      </w:r>
      <w:r w:rsidRPr="004225DE">
        <w:rPr>
          <w:rFonts w:cs="Times New Roman"/>
          <w:b/>
          <w:szCs w:val="24"/>
          <w:lang w:val="ru-RU"/>
        </w:rPr>
        <w:t xml:space="preserve"> И ОБРАБАТЫВАЕМЫЕ СВЕДЕНИЯ</w:t>
      </w:r>
    </w:p>
    <w:p w14:paraId="6B3A73EB" w14:textId="5A153214" w:rsidR="005704D8" w:rsidRPr="004225DE" w:rsidRDefault="004B33F7" w:rsidP="00F9498B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4225DE">
        <w:rPr>
          <w:rFonts w:cs="Times New Roman"/>
          <w:szCs w:val="24"/>
          <w:lang w:val="ru-RU"/>
        </w:rPr>
        <w:t>2.1.</w:t>
      </w:r>
      <w:r w:rsidR="00F9498B" w:rsidRPr="004225DE">
        <w:rPr>
          <w:rFonts w:cs="Times New Roman"/>
          <w:szCs w:val="24"/>
          <w:lang w:val="ru-RU"/>
        </w:rPr>
        <w:t> </w:t>
      </w:r>
      <w:r w:rsidRPr="004225DE">
        <w:rPr>
          <w:rFonts w:cs="Times New Roman"/>
          <w:szCs w:val="24"/>
        </w:rPr>
        <w:t>Cookie</w:t>
      </w:r>
      <w:r w:rsidRPr="004225DE">
        <w:rPr>
          <w:rFonts w:cs="Times New Roman"/>
          <w:szCs w:val="24"/>
          <w:lang w:val="ru-RU"/>
        </w:rPr>
        <w:t xml:space="preserve"> представляет собой небольшой фрагмент данных, сохраняемый Сайтом или используемым на Сайте сервисом в браузере либо на устройстве Пользователя.</w:t>
      </w:r>
    </w:p>
    <w:p w14:paraId="3C7DE10D" w14:textId="7A90E92E" w:rsidR="005704D8" w:rsidRPr="004225DE" w:rsidRDefault="004B33F7" w:rsidP="00F9498B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4225DE">
        <w:rPr>
          <w:rFonts w:cs="Times New Roman"/>
          <w:szCs w:val="24"/>
          <w:lang w:val="ru-RU"/>
        </w:rPr>
        <w:t>2.2.</w:t>
      </w:r>
      <w:r w:rsidR="00F9498B" w:rsidRPr="004225DE">
        <w:rPr>
          <w:rFonts w:cs="Times New Roman"/>
          <w:szCs w:val="24"/>
          <w:lang w:val="ru-RU"/>
        </w:rPr>
        <w:t> </w:t>
      </w:r>
      <w:r w:rsidRPr="004225DE">
        <w:rPr>
          <w:rFonts w:cs="Times New Roman"/>
          <w:szCs w:val="24"/>
          <w:lang w:val="ru-RU"/>
        </w:rPr>
        <w:t xml:space="preserve">При использовании </w:t>
      </w:r>
      <w:r w:rsidRPr="004225DE">
        <w:rPr>
          <w:rFonts w:cs="Times New Roman"/>
          <w:szCs w:val="24"/>
        </w:rPr>
        <w:t>cookie</w:t>
      </w:r>
      <w:r w:rsidRPr="004225DE">
        <w:rPr>
          <w:rFonts w:cs="Times New Roman"/>
          <w:szCs w:val="24"/>
          <w:lang w:val="ru-RU"/>
        </w:rPr>
        <w:t xml:space="preserve"> могут обрабатываться идентификатор </w:t>
      </w:r>
      <w:r w:rsidRPr="004225DE">
        <w:rPr>
          <w:rFonts w:cs="Times New Roman"/>
          <w:szCs w:val="24"/>
        </w:rPr>
        <w:t>cookie</w:t>
      </w:r>
      <w:r w:rsidRPr="004225DE">
        <w:rPr>
          <w:rFonts w:cs="Times New Roman"/>
          <w:szCs w:val="24"/>
          <w:lang w:val="ru-RU"/>
        </w:rPr>
        <w:t xml:space="preserve"> или сессии, дата и время посещения, </w:t>
      </w:r>
      <w:r w:rsidRPr="004225DE">
        <w:rPr>
          <w:rFonts w:cs="Times New Roman"/>
          <w:szCs w:val="24"/>
        </w:rPr>
        <w:t>IP</w:t>
      </w:r>
      <w:r w:rsidRPr="004225DE">
        <w:rPr>
          <w:rFonts w:cs="Times New Roman"/>
          <w:szCs w:val="24"/>
          <w:lang w:val="ru-RU"/>
        </w:rPr>
        <w:t>-адрес, сведения о браузере, операционной системе и типе устройства, разрешении экрана, языке и региональных настройках, источнике перехода, просмотренных страницах, совершенных действиях, выбранных настройках и технических ошибках.</w:t>
      </w:r>
    </w:p>
    <w:p w14:paraId="442F921B" w14:textId="7355B007" w:rsidR="005704D8" w:rsidRPr="004225DE" w:rsidRDefault="004B33F7" w:rsidP="00F9498B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4225DE">
        <w:rPr>
          <w:rFonts w:cs="Times New Roman"/>
          <w:szCs w:val="24"/>
          <w:lang w:val="ru-RU"/>
        </w:rPr>
        <w:t>2.3.</w:t>
      </w:r>
      <w:r w:rsidR="00F9498B" w:rsidRPr="004225DE">
        <w:rPr>
          <w:rFonts w:cs="Times New Roman"/>
          <w:szCs w:val="24"/>
          <w:lang w:val="ru-RU"/>
        </w:rPr>
        <w:t> </w:t>
      </w:r>
      <w:r w:rsidRPr="004225DE">
        <w:rPr>
          <w:rFonts w:cs="Times New Roman"/>
          <w:szCs w:val="24"/>
          <w:lang w:val="ru-RU"/>
        </w:rPr>
        <w:t xml:space="preserve">Сведения, получаемые с помощью </w:t>
      </w:r>
      <w:r w:rsidRPr="004225DE">
        <w:rPr>
          <w:rFonts w:cs="Times New Roman"/>
          <w:szCs w:val="24"/>
        </w:rPr>
        <w:t>cookie</w:t>
      </w:r>
      <w:r w:rsidRPr="004225DE">
        <w:rPr>
          <w:rFonts w:cs="Times New Roman"/>
          <w:szCs w:val="24"/>
          <w:lang w:val="ru-RU"/>
        </w:rPr>
        <w:t>, признаются персональными данными, если позволяют прямо или косвенно определить Пользователя либо могут быть соотнесены с иными сведениями о нем.</w:t>
      </w:r>
    </w:p>
    <w:p w14:paraId="7004DC3D" w14:textId="74C88DBE" w:rsidR="005704D8" w:rsidRPr="004225DE" w:rsidRDefault="004B33F7" w:rsidP="00F9498B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4225DE">
        <w:rPr>
          <w:rFonts w:cs="Times New Roman"/>
          <w:szCs w:val="24"/>
          <w:lang w:val="ru-RU"/>
        </w:rPr>
        <w:t>2.4.</w:t>
      </w:r>
      <w:r w:rsidR="00F9498B" w:rsidRPr="004225DE">
        <w:rPr>
          <w:rFonts w:cs="Times New Roman"/>
          <w:szCs w:val="24"/>
          <w:lang w:val="ru-RU"/>
        </w:rPr>
        <w:t> </w:t>
      </w:r>
      <w:r w:rsidRPr="004225DE">
        <w:rPr>
          <w:rFonts w:cs="Times New Roman"/>
          <w:szCs w:val="24"/>
          <w:lang w:val="ru-RU"/>
        </w:rPr>
        <w:t xml:space="preserve">Оператор не использует </w:t>
      </w:r>
      <w:r w:rsidRPr="004225DE">
        <w:rPr>
          <w:rFonts w:cs="Times New Roman"/>
          <w:szCs w:val="24"/>
        </w:rPr>
        <w:t>cookie</w:t>
      </w:r>
      <w:r w:rsidRPr="004225DE">
        <w:rPr>
          <w:rFonts w:cs="Times New Roman"/>
          <w:szCs w:val="24"/>
          <w:lang w:val="ru-RU"/>
        </w:rPr>
        <w:t xml:space="preserve"> с целью намеренного получения сведений о расовой или национальной принадлежности, политических взглядах, религиозных или философских убеждениях, состоянии здоровья, интимной жизни либо иных специальных категориях персональных данных.</w:t>
      </w:r>
    </w:p>
    <w:p w14:paraId="26851A3C" w14:textId="77777777" w:rsidR="00F9498B" w:rsidRPr="004225DE" w:rsidRDefault="00F9498B" w:rsidP="00F9498B">
      <w:pPr>
        <w:keepNext/>
        <w:spacing w:after="0" w:line="300" w:lineRule="exact"/>
        <w:jc w:val="center"/>
        <w:rPr>
          <w:rFonts w:cs="Times New Roman"/>
          <w:b/>
          <w:szCs w:val="24"/>
          <w:lang w:val="ru-RU"/>
        </w:rPr>
      </w:pPr>
    </w:p>
    <w:p w14:paraId="0582067A" w14:textId="187BE39E" w:rsidR="005704D8" w:rsidRPr="004225DE" w:rsidRDefault="00F9498B" w:rsidP="00F9498B">
      <w:pPr>
        <w:keepNext/>
        <w:spacing w:after="0" w:line="300" w:lineRule="exact"/>
        <w:jc w:val="center"/>
        <w:rPr>
          <w:rFonts w:cs="Times New Roman"/>
          <w:szCs w:val="24"/>
          <w:lang w:val="ru-RU"/>
        </w:rPr>
      </w:pPr>
      <w:r w:rsidRPr="004225DE">
        <w:rPr>
          <w:rFonts w:cs="Times New Roman"/>
          <w:b/>
          <w:szCs w:val="24"/>
          <w:lang w:val="ru-RU"/>
        </w:rPr>
        <w:t xml:space="preserve">3. КАТЕГОРИИ </w:t>
      </w:r>
      <w:r w:rsidRPr="004225DE">
        <w:rPr>
          <w:rFonts w:cs="Times New Roman"/>
          <w:b/>
          <w:szCs w:val="24"/>
        </w:rPr>
        <w:t>COOKIE</w:t>
      </w:r>
      <w:r w:rsidRPr="004225DE">
        <w:rPr>
          <w:rFonts w:cs="Times New Roman"/>
          <w:b/>
          <w:szCs w:val="24"/>
          <w:lang w:val="ru-RU"/>
        </w:rPr>
        <w:t xml:space="preserve"> И ЦЕЛИ ИХ ИСПОЛЬЗОВАНИЯ</w:t>
      </w:r>
    </w:p>
    <w:p w14:paraId="683F229A" w14:textId="1F64C210" w:rsidR="005704D8" w:rsidRPr="004225DE" w:rsidRDefault="004B33F7" w:rsidP="00F9498B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4225DE">
        <w:rPr>
          <w:rFonts w:cs="Times New Roman"/>
          <w:szCs w:val="24"/>
          <w:lang w:val="ru-RU"/>
        </w:rPr>
        <w:t>3.1.</w:t>
      </w:r>
      <w:r w:rsidR="00F9498B" w:rsidRPr="004225DE">
        <w:rPr>
          <w:rFonts w:cs="Times New Roman"/>
          <w:szCs w:val="24"/>
          <w:lang w:val="ru-RU"/>
        </w:rPr>
        <w:t> </w:t>
      </w:r>
      <w:r w:rsidRPr="004225DE">
        <w:rPr>
          <w:rFonts w:cs="Times New Roman"/>
          <w:szCs w:val="24"/>
          <w:lang w:val="ru-RU"/>
        </w:rPr>
        <w:t xml:space="preserve">Обязательные </w:t>
      </w:r>
      <w:r w:rsidRPr="004225DE">
        <w:rPr>
          <w:rFonts w:cs="Times New Roman"/>
          <w:szCs w:val="24"/>
        </w:rPr>
        <w:t>cookie</w:t>
      </w:r>
      <w:r w:rsidRPr="004225DE">
        <w:rPr>
          <w:rFonts w:cs="Times New Roman"/>
          <w:szCs w:val="24"/>
          <w:lang w:val="ru-RU"/>
        </w:rPr>
        <w:t xml:space="preserve"> обеспечивают загрузку страниц, работу форм и элементов интерфейса, сохранение сессии, подтверждение выбора Пользователя, безопасность Сайта, предотвращение злоупотреблений, обработку платежных и иных запросов, а также выполнение действий, непосредственно инициированных Пользователем.</w:t>
      </w:r>
    </w:p>
    <w:p w14:paraId="591F5532" w14:textId="12B54EF6" w:rsidR="005704D8" w:rsidRPr="004225DE" w:rsidRDefault="004B33F7" w:rsidP="00F9498B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4225DE">
        <w:rPr>
          <w:rFonts w:cs="Times New Roman"/>
          <w:szCs w:val="24"/>
          <w:lang w:val="ru-RU"/>
        </w:rPr>
        <w:t>3.2.</w:t>
      </w:r>
      <w:r w:rsidR="00F9498B" w:rsidRPr="004225DE">
        <w:rPr>
          <w:rFonts w:cs="Times New Roman"/>
          <w:szCs w:val="24"/>
          <w:lang w:val="ru-RU"/>
        </w:rPr>
        <w:t> </w:t>
      </w:r>
      <w:r w:rsidRPr="004225DE">
        <w:rPr>
          <w:rFonts w:cs="Times New Roman"/>
          <w:szCs w:val="24"/>
          <w:lang w:val="ru-RU"/>
        </w:rPr>
        <w:t xml:space="preserve">Функциональные </w:t>
      </w:r>
      <w:r w:rsidRPr="004225DE">
        <w:rPr>
          <w:rFonts w:cs="Times New Roman"/>
          <w:szCs w:val="24"/>
        </w:rPr>
        <w:t>cookie</w:t>
      </w:r>
      <w:r w:rsidRPr="004225DE">
        <w:rPr>
          <w:rFonts w:cs="Times New Roman"/>
          <w:szCs w:val="24"/>
          <w:lang w:val="ru-RU"/>
        </w:rPr>
        <w:t xml:space="preserve"> позволяют сохранять выбранные Пользователем настройки, язык, регион, способ взаимодействия, введенные ранее значения и иные параметры, повышающие удобство использования Сайта.</w:t>
      </w:r>
    </w:p>
    <w:p w14:paraId="2214448B" w14:textId="1789BB19" w:rsidR="005704D8" w:rsidRPr="004225DE" w:rsidRDefault="004B33F7" w:rsidP="00F9498B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4225DE">
        <w:rPr>
          <w:rFonts w:cs="Times New Roman"/>
          <w:szCs w:val="24"/>
          <w:lang w:val="ru-RU"/>
        </w:rPr>
        <w:t>3.3.</w:t>
      </w:r>
      <w:r w:rsidR="00F9498B" w:rsidRPr="004225DE">
        <w:rPr>
          <w:rFonts w:cs="Times New Roman"/>
          <w:szCs w:val="24"/>
          <w:lang w:val="ru-RU"/>
        </w:rPr>
        <w:t> </w:t>
      </w:r>
      <w:r w:rsidRPr="004225DE">
        <w:rPr>
          <w:rFonts w:cs="Times New Roman"/>
          <w:szCs w:val="24"/>
          <w:lang w:val="ru-RU"/>
        </w:rPr>
        <w:t xml:space="preserve">Аналитические </w:t>
      </w:r>
      <w:r w:rsidRPr="004225DE">
        <w:rPr>
          <w:rFonts w:cs="Times New Roman"/>
          <w:szCs w:val="24"/>
        </w:rPr>
        <w:t>cookie</w:t>
      </w:r>
      <w:r w:rsidRPr="004225DE">
        <w:rPr>
          <w:rFonts w:cs="Times New Roman"/>
          <w:szCs w:val="24"/>
          <w:lang w:val="ru-RU"/>
        </w:rPr>
        <w:t xml:space="preserve"> используются для оценки посещаемости Сайта, источников переходов, последовательности действий, востребованности отдельных страниц и функций, выявления технических ошибок, формирования статистики и улучшения работы Сайта.</w:t>
      </w:r>
    </w:p>
    <w:p w14:paraId="7E96591E" w14:textId="0F8564C6" w:rsidR="005704D8" w:rsidRPr="004225DE" w:rsidRDefault="004B33F7" w:rsidP="00F9498B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4225DE">
        <w:rPr>
          <w:rFonts w:cs="Times New Roman"/>
          <w:szCs w:val="24"/>
          <w:lang w:val="ru-RU"/>
        </w:rPr>
        <w:t>3.4.</w:t>
      </w:r>
      <w:r w:rsidR="00F9498B" w:rsidRPr="004225DE">
        <w:rPr>
          <w:rFonts w:cs="Times New Roman"/>
          <w:szCs w:val="24"/>
          <w:lang w:val="ru-RU"/>
        </w:rPr>
        <w:t> </w:t>
      </w:r>
      <w:r w:rsidRPr="004225DE">
        <w:rPr>
          <w:rFonts w:cs="Times New Roman"/>
          <w:szCs w:val="24"/>
          <w:lang w:val="ru-RU"/>
        </w:rPr>
        <w:t xml:space="preserve">Рекламные </w:t>
      </w:r>
      <w:r w:rsidRPr="004225DE">
        <w:rPr>
          <w:rFonts w:cs="Times New Roman"/>
          <w:szCs w:val="24"/>
        </w:rPr>
        <w:t>cookie</w:t>
      </w:r>
      <w:r w:rsidRPr="004225DE">
        <w:rPr>
          <w:rFonts w:cs="Times New Roman"/>
          <w:szCs w:val="24"/>
          <w:lang w:val="ru-RU"/>
        </w:rPr>
        <w:t xml:space="preserve"> могут использоваться для оценки эффективности рекламных кампаний, ограничения частоты показов, формирования аудиторных сегментов, учета переходов и показа рекламы с учетом интересов Пользователя.</w:t>
      </w:r>
    </w:p>
    <w:p w14:paraId="68E5BED2" w14:textId="77777777" w:rsidR="005704D8" w:rsidRPr="004225DE" w:rsidRDefault="004B33F7" w:rsidP="00F9498B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4225DE">
        <w:rPr>
          <w:rFonts w:cs="Times New Roman"/>
          <w:szCs w:val="24"/>
          <w:lang w:val="ru-RU"/>
        </w:rPr>
        <w:lastRenderedPageBreak/>
        <w:t xml:space="preserve">3.5. На Сайте используются только те категории </w:t>
      </w:r>
      <w:r w:rsidRPr="004225DE">
        <w:rPr>
          <w:rFonts w:cs="Times New Roman"/>
          <w:szCs w:val="24"/>
        </w:rPr>
        <w:t>cookie</w:t>
      </w:r>
      <w:r w:rsidRPr="004225DE">
        <w:rPr>
          <w:rFonts w:cs="Times New Roman"/>
          <w:szCs w:val="24"/>
          <w:lang w:val="ru-RU"/>
        </w:rPr>
        <w:t>, которые фактически подключены в его текущей технической конфигурации. Отсутствующая категория не активируется и не обрабатывает сведения о Пользователе.</w:t>
      </w:r>
    </w:p>
    <w:p w14:paraId="08C31E9F" w14:textId="77777777" w:rsidR="00F9498B" w:rsidRPr="004225DE" w:rsidRDefault="00F9498B" w:rsidP="00F9498B">
      <w:pPr>
        <w:keepNext/>
        <w:spacing w:after="0" w:line="300" w:lineRule="exact"/>
        <w:rPr>
          <w:rFonts w:cs="Times New Roman"/>
          <w:b/>
          <w:szCs w:val="24"/>
          <w:lang w:val="ru-RU"/>
        </w:rPr>
      </w:pPr>
    </w:p>
    <w:p w14:paraId="50D65FEC" w14:textId="61AEC0FB" w:rsidR="005704D8" w:rsidRPr="004225DE" w:rsidRDefault="00F9498B" w:rsidP="00F9498B">
      <w:pPr>
        <w:keepNext/>
        <w:spacing w:after="0" w:line="300" w:lineRule="exact"/>
        <w:jc w:val="center"/>
        <w:rPr>
          <w:rFonts w:cs="Times New Roman"/>
          <w:szCs w:val="24"/>
          <w:lang w:val="ru-RU"/>
        </w:rPr>
      </w:pPr>
      <w:r w:rsidRPr="004225DE">
        <w:rPr>
          <w:rFonts w:cs="Times New Roman"/>
          <w:b/>
          <w:szCs w:val="24"/>
          <w:lang w:val="ru-RU"/>
        </w:rPr>
        <w:t>4. ПРАВОВЫЕ ОСНОВАНИЯ И ПОРЯДОК ПРЕДОСТАВЛЕНИЯ СОГЛАСИЯ</w:t>
      </w:r>
    </w:p>
    <w:p w14:paraId="4B2AAE36" w14:textId="357E241A" w:rsidR="005704D8" w:rsidRPr="004225DE" w:rsidRDefault="004B33F7" w:rsidP="00F9498B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4225DE">
        <w:rPr>
          <w:rFonts w:cs="Times New Roman"/>
          <w:szCs w:val="24"/>
          <w:lang w:val="ru-RU"/>
        </w:rPr>
        <w:t xml:space="preserve">4.1. Обязательные </w:t>
      </w:r>
      <w:r w:rsidRPr="004225DE">
        <w:rPr>
          <w:rFonts w:cs="Times New Roman"/>
          <w:szCs w:val="24"/>
        </w:rPr>
        <w:t>cookie</w:t>
      </w:r>
      <w:r w:rsidRPr="004225DE">
        <w:rPr>
          <w:rFonts w:cs="Times New Roman"/>
          <w:szCs w:val="24"/>
          <w:lang w:val="ru-RU"/>
        </w:rPr>
        <w:t xml:space="preserve"> применяются в объеме, необходимом для функционирования и защиты Сайта, исполнения действий, запрошенных Пользователем, заключения или исполнения договора, а также осуществления прав и законных интересов Оператора</w:t>
      </w:r>
      <w:r w:rsidR="00F9498B" w:rsidRPr="004225DE">
        <w:rPr>
          <w:rFonts w:cs="Times New Roman"/>
          <w:szCs w:val="24"/>
          <w:lang w:val="ru-RU"/>
        </w:rPr>
        <w:t>.</w:t>
      </w:r>
    </w:p>
    <w:p w14:paraId="3F6A206A" w14:textId="69BAE277" w:rsidR="005704D8" w:rsidRPr="004225DE" w:rsidRDefault="004B33F7" w:rsidP="00F9498B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4225DE">
        <w:rPr>
          <w:rFonts w:cs="Times New Roman"/>
          <w:szCs w:val="24"/>
          <w:lang w:val="ru-RU"/>
        </w:rPr>
        <w:t>4.2.</w:t>
      </w:r>
      <w:r w:rsidR="00F9498B" w:rsidRPr="004225DE">
        <w:rPr>
          <w:rFonts w:cs="Times New Roman"/>
          <w:szCs w:val="24"/>
          <w:lang w:val="ru-RU"/>
        </w:rPr>
        <w:t> </w:t>
      </w:r>
      <w:r w:rsidRPr="004225DE">
        <w:rPr>
          <w:rFonts w:cs="Times New Roman"/>
          <w:szCs w:val="24"/>
          <w:lang w:val="ru-RU"/>
        </w:rPr>
        <w:t xml:space="preserve">Функциональные, аналитические и рекламные </w:t>
      </w:r>
      <w:r w:rsidRPr="004225DE">
        <w:rPr>
          <w:rFonts w:cs="Times New Roman"/>
          <w:szCs w:val="24"/>
        </w:rPr>
        <w:t>cookie</w:t>
      </w:r>
      <w:r w:rsidRPr="004225DE">
        <w:rPr>
          <w:rFonts w:cs="Times New Roman"/>
          <w:szCs w:val="24"/>
          <w:lang w:val="ru-RU"/>
        </w:rPr>
        <w:t>, использование которых не является необходимым для работы Сайта или исполнения запроса Пользователя, активируются только после предоставления Пользователем согласия на соответствующую категорию.</w:t>
      </w:r>
    </w:p>
    <w:p w14:paraId="656A5155" w14:textId="1C50600B" w:rsidR="005704D8" w:rsidRPr="004225DE" w:rsidRDefault="004B33F7" w:rsidP="00F9498B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4225DE">
        <w:rPr>
          <w:rFonts w:cs="Times New Roman"/>
          <w:szCs w:val="24"/>
          <w:lang w:val="ru-RU"/>
        </w:rPr>
        <w:t>4.3.</w:t>
      </w:r>
      <w:r w:rsidR="00F9498B" w:rsidRPr="004225DE">
        <w:rPr>
          <w:rFonts w:cs="Times New Roman"/>
          <w:szCs w:val="24"/>
          <w:lang w:val="ru-RU"/>
        </w:rPr>
        <w:t> </w:t>
      </w:r>
      <w:r w:rsidRPr="004225DE">
        <w:rPr>
          <w:rFonts w:cs="Times New Roman"/>
          <w:szCs w:val="24"/>
          <w:lang w:val="ru-RU"/>
        </w:rPr>
        <w:t xml:space="preserve">Согласие предоставляется путем нажатия кнопки «Принять» либо путем выбора отдельных категорий в центре настроек </w:t>
      </w:r>
      <w:r w:rsidRPr="004225DE">
        <w:rPr>
          <w:rFonts w:cs="Times New Roman"/>
          <w:szCs w:val="24"/>
        </w:rPr>
        <w:t>cookie</w:t>
      </w:r>
      <w:r w:rsidRPr="004225DE">
        <w:rPr>
          <w:rFonts w:cs="Times New Roman"/>
          <w:szCs w:val="24"/>
          <w:lang w:val="ru-RU"/>
        </w:rPr>
        <w:t>.</w:t>
      </w:r>
    </w:p>
    <w:p w14:paraId="290C3273" w14:textId="77777777" w:rsidR="00F9498B" w:rsidRPr="004225DE" w:rsidRDefault="00F9498B" w:rsidP="00F9498B">
      <w:pPr>
        <w:keepNext/>
        <w:spacing w:after="0" w:line="300" w:lineRule="exact"/>
        <w:rPr>
          <w:rFonts w:cs="Times New Roman"/>
          <w:b/>
          <w:szCs w:val="24"/>
          <w:lang w:val="ru-RU"/>
        </w:rPr>
      </w:pPr>
    </w:p>
    <w:p w14:paraId="518B2A73" w14:textId="2E8C10AC" w:rsidR="005704D8" w:rsidRPr="004225DE" w:rsidRDefault="00F9498B" w:rsidP="00F9498B">
      <w:pPr>
        <w:keepNext/>
        <w:spacing w:after="0" w:line="300" w:lineRule="exact"/>
        <w:jc w:val="center"/>
        <w:rPr>
          <w:rFonts w:cs="Times New Roman"/>
          <w:szCs w:val="24"/>
          <w:lang w:val="ru-RU"/>
        </w:rPr>
      </w:pPr>
      <w:r w:rsidRPr="004225DE">
        <w:rPr>
          <w:rFonts w:cs="Times New Roman"/>
          <w:b/>
          <w:szCs w:val="24"/>
          <w:lang w:val="ru-RU"/>
        </w:rPr>
        <w:t xml:space="preserve">5. УПРАВЛЕНИЕ </w:t>
      </w:r>
      <w:r w:rsidRPr="004225DE">
        <w:rPr>
          <w:rFonts w:cs="Times New Roman"/>
          <w:b/>
          <w:szCs w:val="24"/>
        </w:rPr>
        <w:t>COOKIE</w:t>
      </w:r>
    </w:p>
    <w:p w14:paraId="62E861CE" w14:textId="7981C3C5" w:rsidR="005704D8" w:rsidRPr="004225DE" w:rsidRDefault="00F9498B" w:rsidP="00F9498B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4225DE">
        <w:rPr>
          <w:rFonts w:cs="Times New Roman"/>
          <w:szCs w:val="24"/>
          <w:lang w:val="ru-RU"/>
        </w:rPr>
        <w:t>5</w:t>
      </w:r>
      <w:r w:rsidR="004B33F7" w:rsidRPr="004225DE">
        <w:rPr>
          <w:rFonts w:cs="Times New Roman"/>
          <w:szCs w:val="24"/>
          <w:lang w:val="ru-RU"/>
        </w:rPr>
        <w:t>.1.</w:t>
      </w:r>
      <w:r w:rsidRPr="004225DE">
        <w:rPr>
          <w:rFonts w:cs="Times New Roman"/>
          <w:szCs w:val="24"/>
          <w:lang w:val="ru-RU"/>
        </w:rPr>
        <w:t> </w:t>
      </w:r>
      <w:r w:rsidR="004B33F7" w:rsidRPr="004225DE">
        <w:rPr>
          <w:rFonts w:cs="Times New Roman"/>
          <w:szCs w:val="24"/>
          <w:lang w:val="ru-RU"/>
        </w:rPr>
        <w:t xml:space="preserve">При первом посещении Сайта Пользователь вправе принять все доступные категории </w:t>
      </w:r>
      <w:r w:rsidR="004B33F7" w:rsidRPr="004225DE">
        <w:rPr>
          <w:rFonts w:cs="Times New Roman"/>
          <w:szCs w:val="24"/>
        </w:rPr>
        <w:t>cookie</w:t>
      </w:r>
      <w:r w:rsidR="004B33F7" w:rsidRPr="004225DE">
        <w:rPr>
          <w:rFonts w:cs="Times New Roman"/>
          <w:szCs w:val="24"/>
          <w:lang w:val="ru-RU"/>
        </w:rPr>
        <w:t xml:space="preserve">, оставить только обязательные </w:t>
      </w:r>
      <w:r w:rsidR="004B33F7" w:rsidRPr="004225DE">
        <w:rPr>
          <w:rFonts w:cs="Times New Roman"/>
          <w:szCs w:val="24"/>
        </w:rPr>
        <w:t>cookie</w:t>
      </w:r>
      <w:r w:rsidR="004B33F7" w:rsidRPr="004225DE">
        <w:rPr>
          <w:rFonts w:cs="Times New Roman"/>
          <w:szCs w:val="24"/>
          <w:lang w:val="ru-RU"/>
        </w:rPr>
        <w:t xml:space="preserve"> либо выбрать отдельные категории в центре настроек.</w:t>
      </w:r>
    </w:p>
    <w:p w14:paraId="07FD087C" w14:textId="76FDA84C" w:rsidR="005704D8" w:rsidRPr="004225DE" w:rsidRDefault="00F9498B" w:rsidP="00F9498B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4225DE">
        <w:rPr>
          <w:rFonts w:cs="Times New Roman"/>
          <w:szCs w:val="24"/>
          <w:lang w:val="ru-RU"/>
        </w:rPr>
        <w:t>5</w:t>
      </w:r>
      <w:r w:rsidR="004B33F7" w:rsidRPr="004225DE">
        <w:rPr>
          <w:rFonts w:cs="Times New Roman"/>
          <w:szCs w:val="24"/>
          <w:lang w:val="ru-RU"/>
        </w:rPr>
        <w:t>.2.</w:t>
      </w:r>
      <w:r w:rsidRPr="004225DE">
        <w:rPr>
          <w:rFonts w:cs="Times New Roman"/>
          <w:szCs w:val="24"/>
          <w:lang w:val="ru-RU"/>
        </w:rPr>
        <w:t> </w:t>
      </w:r>
      <w:r w:rsidR="004B33F7" w:rsidRPr="004225DE">
        <w:rPr>
          <w:rFonts w:cs="Times New Roman"/>
          <w:szCs w:val="24"/>
          <w:lang w:val="ru-RU"/>
        </w:rPr>
        <w:t xml:space="preserve">Пользователь вправе в любое время изменить ранее сделанный выбор посредством ссылки «Настройки </w:t>
      </w:r>
      <w:r w:rsidR="004B33F7" w:rsidRPr="004225DE">
        <w:rPr>
          <w:rFonts w:cs="Times New Roman"/>
          <w:szCs w:val="24"/>
        </w:rPr>
        <w:t>cookie</w:t>
      </w:r>
      <w:r w:rsidR="004B33F7" w:rsidRPr="004225DE">
        <w:rPr>
          <w:rFonts w:cs="Times New Roman"/>
          <w:szCs w:val="24"/>
          <w:lang w:val="ru-RU"/>
        </w:rPr>
        <w:t>», размещенной на Сайте, если соответствующая функция технически доступна.</w:t>
      </w:r>
    </w:p>
    <w:p w14:paraId="113B3F10" w14:textId="1B4CDA6E" w:rsidR="005704D8" w:rsidRPr="004225DE" w:rsidRDefault="00F9498B" w:rsidP="00F9498B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4225DE">
        <w:rPr>
          <w:rFonts w:cs="Times New Roman"/>
          <w:szCs w:val="24"/>
          <w:lang w:val="ru-RU"/>
        </w:rPr>
        <w:t>5</w:t>
      </w:r>
      <w:r w:rsidR="004B33F7" w:rsidRPr="004225DE">
        <w:rPr>
          <w:rFonts w:cs="Times New Roman"/>
          <w:szCs w:val="24"/>
          <w:lang w:val="ru-RU"/>
        </w:rPr>
        <w:t>.3.</w:t>
      </w:r>
      <w:r w:rsidRPr="004225DE">
        <w:rPr>
          <w:rFonts w:cs="Times New Roman"/>
          <w:szCs w:val="24"/>
          <w:lang w:val="ru-RU"/>
        </w:rPr>
        <w:t> </w:t>
      </w:r>
      <w:r w:rsidR="004B33F7" w:rsidRPr="004225DE">
        <w:rPr>
          <w:rFonts w:cs="Times New Roman"/>
          <w:szCs w:val="24"/>
          <w:lang w:val="ru-RU"/>
        </w:rPr>
        <w:t xml:space="preserve">Пользователь вправе удалить или заблокировать </w:t>
      </w:r>
      <w:r w:rsidR="004B33F7" w:rsidRPr="004225DE">
        <w:rPr>
          <w:rFonts w:cs="Times New Roman"/>
          <w:szCs w:val="24"/>
        </w:rPr>
        <w:t>cookie</w:t>
      </w:r>
      <w:r w:rsidR="004B33F7" w:rsidRPr="004225DE">
        <w:rPr>
          <w:rFonts w:cs="Times New Roman"/>
          <w:szCs w:val="24"/>
          <w:lang w:val="ru-RU"/>
        </w:rPr>
        <w:t xml:space="preserve"> в настройках используемого браузера или устройства. Порядок таких действий определяется разработчиком соответствующего браузера или устройства.</w:t>
      </w:r>
    </w:p>
    <w:p w14:paraId="7376D2DF" w14:textId="1B14E1B5" w:rsidR="005704D8" w:rsidRPr="004225DE" w:rsidRDefault="00F9498B" w:rsidP="00F9498B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4225DE">
        <w:rPr>
          <w:rFonts w:cs="Times New Roman"/>
          <w:szCs w:val="24"/>
          <w:lang w:val="ru-RU"/>
        </w:rPr>
        <w:t>5</w:t>
      </w:r>
      <w:r w:rsidR="004B33F7" w:rsidRPr="004225DE">
        <w:rPr>
          <w:rFonts w:cs="Times New Roman"/>
          <w:szCs w:val="24"/>
          <w:lang w:val="ru-RU"/>
        </w:rPr>
        <w:t>.</w:t>
      </w:r>
      <w:r w:rsidRPr="004225DE">
        <w:rPr>
          <w:rFonts w:cs="Times New Roman"/>
          <w:szCs w:val="24"/>
          <w:lang w:val="ru-RU"/>
        </w:rPr>
        <w:t>4</w:t>
      </w:r>
      <w:r w:rsidR="004B33F7" w:rsidRPr="004225DE">
        <w:rPr>
          <w:rFonts w:cs="Times New Roman"/>
          <w:szCs w:val="24"/>
          <w:lang w:val="ru-RU"/>
        </w:rPr>
        <w:t>.</w:t>
      </w:r>
      <w:r w:rsidRPr="004225DE">
        <w:rPr>
          <w:rFonts w:cs="Times New Roman"/>
          <w:szCs w:val="24"/>
          <w:lang w:val="ru-RU"/>
        </w:rPr>
        <w:t> </w:t>
      </w:r>
      <w:r w:rsidR="004B33F7" w:rsidRPr="004225DE">
        <w:rPr>
          <w:rFonts w:cs="Times New Roman"/>
          <w:szCs w:val="24"/>
          <w:lang w:val="ru-RU"/>
        </w:rPr>
        <w:t xml:space="preserve">Блокирование или удаление обязательных </w:t>
      </w:r>
      <w:r w:rsidR="004B33F7" w:rsidRPr="004225DE">
        <w:rPr>
          <w:rFonts w:cs="Times New Roman"/>
          <w:szCs w:val="24"/>
        </w:rPr>
        <w:t>cookie</w:t>
      </w:r>
      <w:r w:rsidR="004B33F7" w:rsidRPr="004225DE">
        <w:rPr>
          <w:rFonts w:cs="Times New Roman"/>
          <w:szCs w:val="24"/>
          <w:lang w:val="ru-RU"/>
        </w:rPr>
        <w:t xml:space="preserve"> может привести к некорректной работе Сайта, невозможности сохранения выбранных настроек, оформления заказа, проведения оплаты или использования отдельных функций. Оператор не несет ответственности за ограничения в работе Сайта, вызванные настройками браузера или устройства Пользователя.</w:t>
      </w:r>
    </w:p>
    <w:p w14:paraId="71BF524E" w14:textId="77777777" w:rsidR="00F9498B" w:rsidRPr="004225DE" w:rsidRDefault="00F9498B" w:rsidP="00F9498B">
      <w:pPr>
        <w:keepNext/>
        <w:spacing w:after="0" w:line="300" w:lineRule="exact"/>
        <w:rPr>
          <w:rFonts w:cs="Times New Roman"/>
          <w:b/>
          <w:szCs w:val="24"/>
          <w:lang w:val="ru-RU"/>
        </w:rPr>
      </w:pPr>
    </w:p>
    <w:p w14:paraId="26D90FE7" w14:textId="59C08C9F" w:rsidR="005704D8" w:rsidRPr="004225DE" w:rsidRDefault="00F9498B" w:rsidP="00F9498B">
      <w:pPr>
        <w:keepNext/>
        <w:spacing w:after="0" w:line="300" w:lineRule="exact"/>
        <w:jc w:val="center"/>
        <w:rPr>
          <w:rFonts w:cs="Times New Roman"/>
          <w:szCs w:val="24"/>
          <w:lang w:val="ru-RU"/>
        </w:rPr>
      </w:pPr>
      <w:r w:rsidRPr="004225DE">
        <w:rPr>
          <w:rFonts w:cs="Times New Roman"/>
          <w:b/>
          <w:szCs w:val="24"/>
          <w:lang w:val="ru-RU"/>
        </w:rPr>
        <w:t>6. ЗАКЛЮЧИТЕЛЬНЫЕ ПОЛОЖЕНИЯ</w:t>
      </w:r>
    </w:p>
    <w:p w14:paraId="7043D88C" w14:textId="05BED0C4" w:rsidR="005704D8" w:rsidRPr="004225DE" w:rsidRDefault="00F9498B" w:rsidP="00F9498B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4225DE">
        <w:rPr>
          <w:rFonts w:cs="Times New Roman"/>
          <w:szCs w:val="24"/>
          <w:lang w:val="ru-RU"/>
        </w:rPr>
        <w:t>6</w:t>
      </w:r>
      <w:r w:rsidR="004B33F7" w:rsidRPr="004225DE">
        <w:rPr>
          <w:rFonts w:cs="Times New Roman"/>
          <w:szCs w:val="24"/>
          <w:lang w:val="ru-RU"/>
        </w:rPr>
        <w:t>.1.</w:t>
      </w:r>
      <w:r w:rsidRPr="004225DE">
        <w:rPr>
          <w:rFonts w:cs="Times New Roman"/>
          <w:szCs w:val="24"/>
          <w:lang w:val="ru-RU"/>
        </w:rPr>
        <w:t> </w:t>
      </w:r>
      <w:r w:rsidR="004B33F7" w:rsidRPr="004225DE">
        <w:rPr>
          <w:rFonts w:cs="Times New Roman"/>
          <w:szCs w:val="24"/>
          <w:lang w:val="ru-RU"/>
        </w:rPr>
        <w:t xml:space="preserve">Оператор вправе вносить изменения в настоящую </w:t>
      </w:r>
      <w:r w:rsidR="004B33F7" w:rsidRPr="004225DE">
        <w:rPr>
          <w:rFonts w:cs="Times New Roman"/>
          <w:szCs w:val="24"/>
        </w:rPr>
        <w:t>Cookie</w:t>
      </w:r>
      <w:r w:rsidR="004B33F7" w:rsidRPr="004225DE">
        <w:rPr>
          <w:rFonts w:cs="Times New Roman"/>
          <w:szCs w:val="24"/>
          <w:lang w:val="ru-RU"/>
        </w:rPr>
        <w:t>-политику при изменении законодательства, состава используемых технологий, функциональности Сайта или порядка обработки сведений.</w:t>
      </w:r>
    </w:p>
    <w:p w14:paraId="75D76592" w14:textId="378F9727" w:rsidR="005704D8" w:rsidRPr="00F9498B" w:rsidRDefault="00F9498B" w:rsidP="00F9498B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4225DE">
        <w:rPr>
          <w:rFonts w:cs="Times New Roman"/>
          <w:szCs w:val="24"/>
          <w:lang w:val="ru-RU"/>
        </w:rPr>
        <w:t>6</w:t>
      </w:r>
      <w:r w:rsidR="004B33F7" w:rsidRPr="004225DE">
        <w:rPr>
          <w:rFonts w:cs="Times New Roman"/>
          <w:szCs w:val="24"/>
          <w:lang w:val="ru-RU"/>
        </w:rPr>
        <w:t>.2.</w:t>
      </w:r>
      <w:r w:rsidRPr="004225DE">
        <w:rPr>
          <w:rFonts w:cs="Times New Roman"/>
          <w:szCs w:val="24"/>
          <w:lang w:val="ru-RU"/>
        </w:rPr>
        <w:t> </w:t>
      </w:r>
      <w:r w:rsidR="004B33F7" w:rsidRPr="004225DE">
        <w:rPr>
          <w:rFonts w:cs="Times New Roman"/>
          <w:szCs w:val="24"/>
          <w:lang w:val="ru-RU"/>
        </w:rPr>
        <w:t xml:space="preserve">Новая редакция </w:t>
      </w:r>
      <w:r w:rsidR="004B33F7" w:rsidRPr="004225DE">
        <w:rPr>
          <w:rFonts w:cs="Times New Roman"/>
          <w:szCs w:val="24"/>
        </w:rPr>
        <w:t>Cookie</w:t>
      </w:r>
      <w:r w:rsidR="004B33F7" w:rsidRPr="004225DE">
        <w:rPr>
          <w:rFonts w:cs="Times New Roman"/>
          <w:szCs w:val="24"/>
          <w:lang w:val="ru-RU"/>
        </w:rPr>
        <w:t>-политики вступает в силу с момента ее размещения на Сайте, если в ней не указан иной срок.</w:t>
      </w:r>
      <w:bookmarkStart w:id="0" w:name="_GoBack"/>
      <w:bookmarkEnd w:id="0"/>
    </w:p>
    <w:p w14:paraId="636095D6" w14:textId="1AA674CF" w:rsidR="005704D8" w:rsidRPr="00F9498B" w:rsidRDefault="005704D8" w:rsidP="00F9498B">
      <w:pPr>
        <w:spacing w:after="0" w:line="300" w:lineRule="exact"/>
        <w:ind w:firstLine="567"/>
        <w:rPr>
          <w:rFonts w:cs="Times New Roman"/>
          <w:szCs w:val="24"/>
          <w:lang w:val="ru-RU"/>
        </w:rPr>
      </w:pPr>
    </w:p>
    <w:sectPr w:rsidR="005704D8" w:rsidRPr="00F9498B" w:rsidSect="00034616">
      <w:footerReference w:type="default" r:id="rId8"/>
      <w:pgSz w:w="12240" w:h="15840"/>
      <w:pgMar w:top="1020" w:right="1134" w:bottom="1020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7D9EEE" w14:textId="77777777" w:rsidR="004B33F7" w:rsidRDefault="004B33F7">
      <w:pPr>
        <w:spacing w:after="0" w:line="240" w:lineRule="auto"/>
      </w:pPr>
      <w:r>
        <w:separator/>
      </w:r>
    </w:p>
  </w:endnote>
  <w:endnote w:type="continuationSeparator" w:id="0">
    <w:p w14:paraId="291B40AD" w14:textId="77777777" w:rsidR="004B33F7" w:rsidRDefault="004B3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7C992" w14:textId="4BA59F37" w:rsidR="005704D8" w:rsidRPr="00F9498B" w:rsidRDefault="00F9498B">
    <w:pPr>
      <w:pStyle w:val="a7"/>
      <w:jc w:val="center"/>
      <w:rPr>
        <w:sz w:val="28"/>
        <w:szCs w:val="24"/>
        <w:lang w:val="ru-RU"/>
      </w:rPr>
    </w:pPr>
    <w:r w:rsidRPr="00F9498B">
      <w:rPr>
        <w:sz w:val="22"/>
        <w:szCs w:val="24"/>
        <w:lang w:val="ru-RU"/>
      </w:rPr>
      <w:t xml:space="preserve">Страница </w:t>
    </w:r>
    <w:r w:rsidR="004B33F7" w:rsidRPr="00F9498B">
      <w:rPr>
        <w:b/>
        <w:bCs/>
        <w:sz w:val="22"/>
        <w:szCs w:val="24"/>
      </w:rPr>
      <w:fldChar w:fldCharType="begin"/>
    </w:r>
    <w:r w:rsidR="004B33F7" w:rsidRPr="00F9498B">
      <w:rPr>
        <w:b/>
        <w:bCs/>
        <w:sz w:val="22"/>
        <w:szCs w:val="24"/>
      </w:rPr>
      <w:instrText>PAGE</w:instrText>
    </w:r>
    <w:r w:rsidR="004B33F7" w:rsidRPr="00F9498B">
      <w:rPr>
        <w:b/>
        <w:bCs/>
        <w:sz w:val="22"/>
        <w:szCs w:val="24"/>
      </w:rPr>
      <w:fldChar w:fldCharType="separate"/>
    </w:r>
    <w:r w:rsidRPr="00F9498B">
      <w:rPr>
        <w:b/>
        <w:bCs/>
        <w:noProof/>
        <w:sz w:val="22"/>
        <w:szCs w:val="24"/>
      </w:rPr>
      <w:t>1</w:t>
    </w:r>
    <w:r w:rsidR="004B33F7" w:rsidRPr="00F9498B">
      <w:rPr>
        <w:b/>
        <w:bCs/>
        <w:sz w:val="22"/>
        <w:szCs w:val="24"/>
      </w:rPr>
      <w:fldChar w:fldCharType="end"/>
    </w:r>
    <w:r w:rsidRPr="00F9498B">
      <w:rPr>
        <w:sz w:val="22"/>
        <w:szCs w:val="24"/>
        <w:lang w:val="ru-RU"/>
      </w:rPr>
      <w:t xml:space="preserve"> из </w:t>
    </w:r>
    <w:r w:rsidRPr="00F9498B">
      <w:rPr>
        <w:b/>
        <w:bCs/>
        <w:sz w:val="22"/>
        <w:szCs w:val="24"/>
        <w:lang w:val="ru-RU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4B2CA7" w14:textId="77777777" w:rsidR="004B33F7" w:rsidRDefault="004B33F7">
      <w:pPr>
        <w:spacing w:after="0" w:line="240" w:lineRule="auto"/>
      </w:pPr>
      <w:r>
        <w:separator/>
      </w:r>
    </w:p>
  </w:footnote>
  <w:footnote w:type="continuationSeparator" w:id="0">
    <w:p w14:paraId="3E5CDEA9" w14:textId="77777777" w:rsidR="004B33F7" w:rsidRDefault="004B3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672A"/>
    <w:rsid w:val="0015074B"/>
    <w:rsid w:val="0029639D"/>
    <w:rsid w:val="00326F90"/>
    <w:rsid w:val="004225DE"/>
    <w:rsid w:val="004B33F7"/>
    <w:rsid w:val="00522141"/>
    <w:rsid w:val="005704D8"/>
    <w:rsid w:val="00AA1D8D"/>
    <w:rsid w:val="00B47730"/>
    <w:rsid w:val="00CB0664"/>
    <w:rsid w:val="00F949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BCF4A8"/>
  <w14:defaultImageDpi w14:val="300"/>
  <w15:docId w15:val="{FBECC113-F7E3-41BD-A929-936AB3588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  <w:jc w:val="center"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422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4225D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9D3833-4B86-4936-A62E-8130150D8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748</Words>
  <Characters>4267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ur29</cp:lastModifiedBy>
  <cp:revision>4</cp:revision>
  <cp:lastPrinted>2026-07-29T11:49:00Z</cp:lastPrinted>
  <dcterms:created xsi:type="dcterms:W3CDTF">2013-12-23T23:15:00Z</dcterms:created>
  <dcterms:modified xsi:type="dcterms:W3CDTF">2026-07-30T09:16:00Z</dcterms:modified>
  <cp:category/>
</cp:coreProperties>
</file>