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9DEE6" w14:textId="4675823E" w:rsidR="00642C31" w:rsidRPr="00C772B2" w:rsidRDefault="003D79BD" w:rsidP="003D79BD">
      <w:pPr>
        <w:pStyle w:val="aa"/>
        <w:spacing w:after="0" w:line="300" w:lineRule="atLeast"/>
        <w:rPr>
          <w:rFonts w:ascii="Times New Roman" w:hAnsi="Times New Roman" w:cs="Times New Roman"/>
          <w:sz w:val="28"/>
          <w:szCs w:val="28"/>
          <w:lang w:val="ru-RU"/>
        </w:rPr>
      </w:pPr>
      <w:r w:rsidRPr="003D79BD">
        <w:rPr>
          <w:rFonts w:ascii="Times New Roman" w:hAnsi="Times New Roman" w:cs="Times New Roman"/>
          <w:sz w:val="28"/>
          <w:szCs w:val="28"/>
          <w:lang w:val="ru-RU"/>
        </w:rPr>
        <w:t xml:space="preserve">СОГЛАСИЕ НА </w:t>
      </w:r>
      <w:r w:rsidR="00C772B2" w:rsidRPr="003D79BD">
        <w:rPr>
          <w:rFonts w:ascii="Times New Roman" w:hAnsi="Times New Roman" w:cs="Times New Roman"/>
          <w:sz w:val="28"/>
          <w:szCs w:val="28"/>
          <w:lang w:val="ru-RU"/>
        </w:rPr>
        <w:t>ОБРАБОТКУ ПЕРСОНАЛЬНЫХ ДАННЫХ</w:t>
      </w:r>
      <w:r w:rsidR="00C772B2" w:rsidRPr="003D79BD">
        <w:rPr>
          <w:rFonts w:ascii="Times New Roman" w:hAnsi="Times New Roman" w:cs="Times New Roman"/>
          <w:sz w:val="28"/>
          <w:szCs w:val="28"/>
          <w:lang w:val="ru-RU"/>
        </w:rPr>
        <w:br/>
        <w:t xml:space="preserve">ДЛЯ </w:t>
      </w:r>
      <w:r w:rsidR="00C772B2">
        <w:rPr>
          <w:rFonts w:ascii="Times New Roman" w:hAnsi="Times New Roman" w:cs="Times New Roman"/>
          <w:sz w:val="28"/>
          <w:szCs w:val="28"/>
          <w:lang w:val="ru-RU"/>
        </w:rPr>
        <w:t>ОФОРМЛЕНИЯ, ОРГАНИЗАЦИИ, ОТСЛЕЖИВАНИЯ И ПОДТВЕРЖДЕНИЯ ДОСТАВКИ</w:t>
      </w:r>
    </w:p>
    <w:p w14:paraId="0257706F" w14:textId="77777777" w:rsidR="003D79BD" w:rsidRPr="003D79BD" w:rsidRDefault="003D79BD" w:rsidP="003D79BD">
      <w:pPr>
        <w:rPr>
          <w:lang w:val="ru-RU"/>
        </w:rPr>
      </w:pPr>
    </w:p>
    <w:p w14:paraId="49C8D0E1" w14:textId="0A15501E" w:rsidR="00642C31" w:rsidRPr="003D79BD" w:rsidRDefault="00721D63" w:rsidP="003D79BD">
      <w:pPr>
        <w:spacing w:after="0" w:line="300" w:lineRule="atLeast"/>
        <w:ind w:firstLine="567"/>
        <w:rPr>
          <w:rFonts w:cs="Times New Roman"/>
          <w:szCs w:val="24"/>
          <w:lang w:val="ru-RU"/>
        </w:rPr>
      </w:pPr>
      <w:r w:rsidRPr="003D79BD">
        <w:rPr>
          <w:rFonts w:cs="Times New Roman"/>
          <w:szCs w:val="24"/>
          <w:lang w:val="ru-RU"/>
        </w:rPr>
        <w:t xml:space="preserve">Я, пользователь сайта </w:t>
      </w:r>
      <w:hyperlink r:id="rId8" w:history="1">
        <w:r w:rsidR="00B31E83" w:rsidRPr="004B2999">
          <w:rPr>
            <w:rStyle w:val="aff9"/>
            <w:rFonts w:cs="Times New Roman"/>
            <w:szCs w:val="24"/>
          </w:rPr>
          <w:t>https</w:t>
        </w:r>
        <w:r w:rsidR="00B31E83" w:rsidRPr="004B2999">
          <w:rPr>
            <w:rStyle w:val="aff9"/>
            <w:rFonts w:cs="Times New Roman"/>
            <w:szCs w:val="24"/>
            <w:lang w:val="ru-RU"/>
          </w:rPr>
          <w:t>://это-моя-</w:t>
        </w:r>
        <w:proofErr w:type="spellStart"/>
        <w:r w:rsidR="00B31E83" w:rsidRPr="004B2999">
          <w:rPr>
            <w:rStyle w:val="aff9"/>
            <w:rFonts w:cs="Times New Roman"/>
            <w:szCs w:val="24"/>
            <w:lang w:val="ru-RU"/>
          </w:rPr>
          <w:t>жизнь.рф</w:t>
        </w:r>
        <w:proofErr w:type="spellEnd"/>
      </w:hyperlink>
      <w:r w:rsidR="00B31E83">
        <w:rPr>
          <w:rFonts w:cs="Times New Roman"/>
          <w:szCs w:val="24"/>
          <w:lang w:val="ru-RU"/>
        </w:rPr>
        <w:t xml:space="preserve"> (далее – Пользователь)</w:t>
      </w:r>
      <w:r w:rsidRPr="003D79BD">
        <w:rPr>
          <w:rFonts w:cs="Times New Roman"/>
          <w:szCs w:val="24"/>
          <w:lang w:val="ru-RU"/>
        </w:rPr>
        <w:t>, действуя свободно, своей волей и в своем интересе, предоставляю Индивидуальн</w:t>
      </w:r>
      <w:r w:rsidR="003D79BD">
        <w:rPr>
          <w:rFonts w:cs="Times New Roman"/>
          <w:szCs w:val="24"/>
          <w:lang w:val="ru-RU"/>
        </w:rPr>
        <w:t>ому</w:t>
      </w:r>
      <w:r w:rsidRPr="003D79BD">
        <w:rPr>
          <w:rFonts w:cs="Times New Roman"/>
          <w:szCs w:val="24"/>
          <w:lang w:val="ru-RU"/>
        </w:rPr>
        <w:t xml:space="preserve"> предпринимател</w:t>
      </w:r>
      <w:r w:rsidR="003D79BD"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</w:t>
      </w:r>
      <w:proofErr w:type="spellStart"/>
      <w:r w:rsidRPr="003D79BD">
        <w:rPr>
          <w:rFonts w:cs="Times New Roman"/>
          <w:szCs w:val="24"/>
          <w:lang w:val="ru-RU"/>
        </w:rPr>
        <w:t>Елин</w:t>
      </w:r>
      <w:r w:rsidR="003D79BD">
        <w:rPr>
          <w:rFonts w:cs="Times New Roman"/>
          <w:szCs w:val="24"/>
          <w:lang w:val="ru-RU"/>
        </w:rPr>
        <w:t>у</w:t>
      </w:r>
      <w:proofErr w:type="spellEnd"/>
      <w:r w:rsidRPr="003D79BD">
        <w:rPr>
          <w:rFonts w:cs="Times New Roman"/>
          <w:szCs w:val="24"/>
          <w:lang w:val="ru-RU"/>
        </w:rPr>
        <w:t xml:space="preserve"> Серге</w:t>
      </w:r>
      <w:r w:rsidR="003D79BD">
        <w:rPr>
          <w:rFonts w:cs="Times New Roman"/>
          <w:szCs w:val="24"/>
          <w:lang w:val="ru-RU"/>
        </w:rPr>
        <w:t>ю</w:t>
      </w:r>
      <w:r w:rsidRPr="003D79BD">
        <w:rPr>
          <w:rFonts w:cs="Times New Roman"/>
          <w:szCs w:val="24"/>
          <w:lang w:val="ru-RU"/>
        </w:rPr>
        <w:t xml:space="preserve"> Викторович</w:t>
      </w:r>
      <w:r w:rsidR="003D79BD">
        <w:rPr>
          <w:rFonts w:cs="Times New Roman"/>
          <w:szCs w:val="24"/>
          <w:lang w:val="ru-RU"/>
        </w:rPr>
        <w:t>у</w:t>
      </w:r>
      <w:r w:rsidRPr="003D79BD">
        <w:rPr>
          <w:rFonts w:cs="Times New Roman"/>
          <w:szCs w:val="24"/>
          <w:lang w:val="ru-RU"/>
        </w:rPr>
        <w:t>, ИНН 772641471093, ОГРНИП 317774600428123</w:t>
      </w:r>
      <w:r w:rsidR="003D79BD">
        <w:rPr>
          <w:rFonts w:cs="Times New Roman"/>
          <w:szCs w:val="24"/>
          <w:lang w:val="ru-RU"/>
        </w:rPr>
        <w:t xml:space="preserve"> </w:t>
      </w:r>
      <w:r w:rsidRPr="003D79BD">
        <w:rPr>
          <w:rFonts w:cs="Times New Roman"/>
          <w:szCs w:val="24"/>
          <w:lang w:val="ru-RU"/>
        </w:rPr>
        <w:t>(далее — Оператор), согласие на обработку моих персональных данных на следующих условиях</w:t>
      </w:r>
      <w:r w:rsidR="00951499">
        <w:rPr>
          <w:rFonts w:cs="Times New Roman"/>
          <w:szCs w:val="24"/>
          <w:lang w:val="ru-RU"/>
        </w:rPr>
        <w:t>:</w:t>
      </w:r>
    </w:p>
    <w:p w14:paraId="64EC56BE" w14:textId="77777777" w:rsidR="00AA0F50" w:rsidRDefault="00AA0F50" w:rsidP="00AA0F50">
      <w:pPr>
        <w:pStyle w:val="isselectedend"/>
        <w:spacing w:before="0" w:beforeAutospacing="0" w:after="0" w:afterAutospacing="0" w:line="300" w:lineRule="exact"/>
        <w:jc w:val="center"/>
      </w:pPr>
    </w:p>
    <w:p w14:paraId="692807C0" w14:textId="5CD4A5DF" w:rsidR="003D79BD" w:rsidRPr="00AA0F50" w:rsidRDefault="00AA0F50" w:rsidP="00AA0F50">
      <w:pPr>
        <w:pStyle w:val="isselectedend"/>
        <w:spacing w:before="0" w:beforeAutospacing="0" w:after="0" w:afterAutospacing="0" w:line="300" w:lineRule="exact"/>
        <w:jc w:val="center"/>
        <w:rPr>
          <w:b/>
          <w:bCs/>
        </w:rPr>
      </w:pPr>
      <w:r w:rsidRPr="00AA0F50">
        <w:rPr>
          <w:b/>
          <w:bCs/>
        </w:rPr>
        <w:t>1. ОПЕРАТОР И ПОРЯДОК ПРЕДОСТАВЛЕНИЯ СОГЛАСИЯ</w:t>
      </w:r>
    </w:p>
    <w:p w14:paraId="079A3C73" w14:textId="5F644C7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1</w:t>
      </w:r>
      <w:r w:rsidRPr="00AA0F50">
        <w:rPr>
          <w:rStyle w:val="af6"/>
        </w:rPr>
        <w:t>.</w:t>
      </w:r>
      <w:r>
        <w:t> </w:t>
      </w:r>
      <w:r w:rsidRPr="00AA0F50">
        <w:t>Настоящее согласие является предметным, сознательным и однозначным и оформляется отдельно от Пользовательского соглашения, условий заключения и исполнения договора, согласия на получение рекламы и иных документов, подтверждаемых Пользователем.</w:t>
      </w:r>
    </w:p>
    <w:p w14:paraId="430DB2F0" w14:textId="59C8A518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2</w:t>
      </w:r>
      <w:r w:rsidRPr="00AA0F50">
        <w:rPr>
          <w:rStyle w:val="af6"/>
        </w:rPr>
        <w:t>.</w:t>
      </w:r>
      <w:r>
        <w:t> </w:t>
      </w:r>
      <w:r w:rsidRPr="00AA0F50">
        <w:t xml:space="preserve">Согласие распространяется исключительно на персональные данные, цели и срок обработки, предусмотренные для той формы Сайта, посредством которой оно предоставляется. </w:t>
      </w:r>
    </w:p>
    <w:p w14:paraId="7F966CA3" w14:textId="108162A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3</w:t>
      </w:r>
      <w:r w:rsidRPr="00AA0F50">
        <w:rPr>
          <w:rStyle w:val="af6"/>
        </w:rPr>
        <w:t>.</w:t>
      </w:r>
      <w:r w:rsidRPr="00AA0F50">
        <w:t xml:space="preserve"> До предоставления согласия Пользователю обеспеч</w:t>
      </w:r>
      <w:r>
        <w:t>ена</w:t>
      </w:r>
      <w:r w:rsidRPr="00AA0F50">
        <w:t xml:space="preserve"> возможность ознакомиться с полным текстом настоящего документа и Политикой обработки персональных данных. Согласие предоставляется путем проставления отдельной, заранее не установленной отметки рядом с текстом согласия и последующего направления соответствующей формы Оператору.</w:t>
      </w:r>
    </w:p>
    <w:p w14:paraId="48D2A60C" w14:textId="389AFC61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1.</w:t>
      </w:r>
      <w:r>
        <w:rPr>
          <w:rStyle w:val="af6"/>
        </w:rPr>
        <w:t>4</w:t>
      </w:r>
      <w:r w:rsidRPr="00AA0F50">
        <w:rPr>
          <w:rStyle w:val="af6"/>
        </w:rPr>
        <w:t>.</w:t>
      </w:r>
      <w:r>
        <w:t> </w:t>
      </w:r>
      <w:r w:rsidRPr="00AA0F50">
        <w:t>Оператор фиксирует и хранит сведения, позволяющие подтвердить факт и содержание волеизъявления Пользователя, включая применявшуюся редакцию согласия, наименование и идентификатор формы, дату и время ее направления, IP-адрес, идентификатор сессии и иные технические сведения, формируемые информационными системами Оператора.</w:t>
      </w:r>
    </w:p>
    <w:p w14:paraId="4CBBAA77" w14:textId="77777777" w:rsidR="00AA0F50" w:rsidRDefault="00AA0F50" w:rsidP="00AA0F50">
      <w:pPr>
        <w:pStyle w:val="31"/>
        <w:spacing w:before="0" w:line="300" w:lineRule="exact"/>
        <w:ind w:firstLine="0"/>
        <w:rPr>
          <w:rFonts w:ascii="Times New Roman" w:hAnsi="Times New Roman" w:cs="Times New Roman"/>
          <w:szCs w:val="24"/>
          <w:lang w:val="ru-RU"/>
        </w:rPr>
      </w:pPr>
    </w:p>
    <w:p w14:paraId="45F9DD59" w14:textId="69220DC5" w:rsidR="00AA0F50" w:rsidRPr="00AA0F50" w:rsidRDefault="00202F8D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AA0F50">
        <w:rPr>
          <w:rFonts w:ascii="Times New Roman" w:hAnsi="Times New Roman" w:cs="Times New Roman"/>
          <w:color w:val="auto"/>
          <w:szCs w:val="24"/>
          <w:lang w:val="ru-RU"/>
        </w:rPr>
        <w:t xml:space="preserve">2. </w:t>
      </w:r>
      <w:r>
        <w:rPr>
          <w:rFonts w:ascii="Times New Roman" w:hAnsi="Times New Roman" w:cs="Times New Roman"/>
          <w:color w:val="auto"/>
          <w:szCs w:val="24"/>
          <w:lang w:val="ru-RU"/>
        </w:rPr>
        <w:t>ОБЪЕМ И ЦЕЛЬ ОБРАБОТКИ</w:t>
      </w:r>
    </w:p>
    <w:p w14:paraId="30F73A50" w14:textId="77777777" w:rsidR="00452BA6" w:rsidRDefault="001257E2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Pr="001257E2">
        <w:rPr>
          <w:rFonts w:cs="Times New Roman"/>
          <w:b/>
          <w:bCs/>
          <w:szCs w:val="24"/>
          <w:lang w:val="ru-RU" w:eastAsia="ru-RU"/>
        </w:rPr>
        <w:t>.1.</w:t>
      </w:r>
      <w:r w:rsidRPr="001257E2">
        <w:rPr>
          <w:rFonts w:cs="Times New Roman"/>
          <w:szCs w:val="24"/>
          <w:lang w:val="ru-RU" w:eastAsia="ru-RU"/>
        </w:rPr>
        <w:t xml:space="preserve"> При заполнении формы доставки самим получателем Оператор вправе обрабатывать </w:t>
      </w:r>
    </w:p>
    <w:p w14:paraId="2C60151C" w14:textId="77777777" w:rsidR="00452BA6" w:rsidRDefault="00452BA6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1257E2" w:rsidRPr="001257E2">
        <w:rPr>
          <w:rFonts w:cs="Times New Roman"/>
          <w:szCs w:val="24"/>
          <w:lang w:val="ru-RU" w:eastAsia="ru-RU"/>
        </w:rPr>
        <w:t xml:space="preserve">фамилию, имя и отчество; </w:t>
      </w:r>
    </w:p>
    <w:p w14:paraId="6B67E09A" w14:textId="77777777" w:rsidR="00452BA6" w:rsidRDefault="00452BA6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1257E2" w:rsidRPr="001257E2">
        <w:rPr>
          <w:rFonts w:cs="Times New Roman"/>
          <w:szCs w:val="24"/>
          <w:lang w:val="ru-RU" w:eastAsia="ru-RU"/>
        </w:rPr>
        <w:t xml:space="preserve">номер телефона; </w:t>
      </w:r>
    </w:p>
    <w:p w14:paraId="15D9AF36" w14:textId="77777777" w:rsidR="00452BA6" w:rsidRDefault="00452BA6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1257E2" w:rsidRPr="001257E2">
        <w:rPr>
          <w:rFonts w:cs="Times New Roman"/>
          <w:szCs w:val="24"/>
          <w:lang w:val="ru-RU" w:eastAsia="ru-RU"/>
        </w:rPr>
        <w:t xml:space="preserve">почтовый адрес или сведения о пункте выдачи; </w:t>
      </w:r>
    </w:p>
    <w:p w14:paraId="214D4BA9" w14:textId="7A5B882B" w:rsidR="001257E2" w:rsidRPr="001257E2" w:rsidRDefault="00452BA6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="001257E2" w:rsidRPr="001257E2">
        <w:rPr>
          <w:rFonts w:cs="Times New Roman"/>
          <w:szCs w:val="24"/>
          <w:lang w:val="ru-RU" w:eastAsia="ru-RU"/>
        </w:rPr>
        <w:t>сведения о заказе, необходимые для его идентификации, передачи перевозчику и вручения получателю.</w:t>
      </w:r>
    </w:p>
    <w:p w14:paraId="2D5C5C5A" w14:textId="35CA80B0" w:rsidR="001257E2" w:rsidRPr="001257E2" w:rsidRDefault="001257E2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Pr="001257E2">
        <w:rPr>
          <w:rFonts w:cs="Times New Roman"/>
          <w:b/>
          <w:bCs/>
          <w:szCs w:val="24"/>
          <w:lang w:val="ru-RU" w:eastAsia="ru-RU"/>
        </w:rPr>
        <w:t>.2.</w:t>
      </w:r>
      <w:r>
        <w:rPr>
          <w:rFonts w:cs="Times New Roman"/>
          <w:szCs w:val="24"/>
          <w:lang w:val="ru-RU" w:eastAsia="ru-RU"/>
        </w:rPr>
        <w:t> </w:t>
      </w:r>
      <w:r w:rsidRPr="001257E2">
        <w:rPr>
          <w:rFonts w:cs="Times New Roman"/>
          <w:szCs w:val="24"/>
          <w:lang w:val="ru-RU" w:eastAsia="ru-RU"/>
        </w:rPr>
        <w:t>Персональные данные обрабатываются в целях оформления, организации, отслеживания и подтверждения доставки, взаимодействия с получателем, урегулирования вопросов, возникших при перевозке или вручении товара.</w:t>
      </w:r>
    </w:p>
    <w:p w14:paraId="4B4FA6E3" w14:textId="4F156E80" w:rsidR="001257E2" w:rsidRPr="001257E2" w:rsidRDefault="001257E2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Pr="001257E2">
        <w:rPr>
          <w:rFonts w:cs="Times New Roman"/>
          <w:b/>
          <w:bCs/>
          <w:szCs w:val="24"/>
          <w:lang w:val="ru-RU" w:eastAsia="ru-RU"/>
        </w:rPr>
        <w:t>.3.</w:t>
      </w:r>
      <w:r>
        <w:rPr>
          <w:lang w:val="ru-RU"/>
        </w:rPr>
        <w:t> </w:t>
      </w:r>
      <w:r w:rsidRPr="001257E2">
        <w:rPr>
          <w:rFonts w:cs="Times New Roman"/>
          <w:szCs w:val="24"/>
          <w:lang w:val="ru-RU" w:eastAsia="ru-RU"/>
        </w:rPr>
        <w:t>Правовыми основаниями обработки являются настоящее согласие, совершение действий по запросу субъекта, а после заключения договора — необходимость его исполнения, в том числе в интересах получателя товара.</w:t>
      </w:r>
    </w:p>
    <w:p w14:paraId="49C2232A" w14:textId="30300B9A" w:rsidR="001257E2" w:rsidRPr="001257E2" w:rsidRDefault="001257E2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Pr="001257E2">
        <w:rPr>
          <w:rFonts w:cs="Times New Roman"/>
          <w:b/>
          <w:bCs/>
          <w:szCs w:val="24"/>
          <w:lang w:val="ru-RU" w:eastAsia="ru-RU"/>
        </w:rPr>
        <w:t>.4.</w:t>
      </w:r>
      <w:r>
        <w:rPr>
          <w:rFonts w:cs="Times New Roman"/>
          <w:szCs w:val="24"/>
          <w:lang w:val="ru-RU" w:eastAsia="ru-RU"/>
        </w:rPr>
        <w:t> </w:t>
      </w:r>
      <w:r w:rsidRPr="001257E2">
        <w:rPr>
          <w:rFonts w:cs="Times New Roman"/>
          <w:szCs w:val="24"/>
          <w:lang w:val="ru-RU" w:eastAsia="ru-RU"/>
        </w:rPr>
        <w:t>Активная обработка осуществляется до завершения доставки. Документы и технические сведения, подтверждающие передачу товара перевозчику, попытку доставки или вручение товара, хранятся в течение трех лет после завершения соответствующего заказа, если иной срок не установлен законодательством Российской Федерации или не требуется для разрешения спора.</w:t>
      </w:r>
    </w:p>
    <w:p w14:paraId="37CBCDC9" w14:textId="5967BA93" w:rsidR="001257E2" w:rsidRPr="001257E2" w:rsidRDefault="001257E2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b/>
          <w:bCs/>
          <w:szCs w:val="24"/>
          <w:lang w:val="ru-RU" w:eastAsia="ru-RU"/>
        </w:rPr>
        <w:t>2</w:t>
      </w:r>
      <w:r w:rsidRPr="001257E2">
        <w:rPr>
          <w:rFonts w:cs="Times New Roman"/>
          <w:b/>
          <w:bCs/>
          <w:szCs w:val="24"/>
          <w:lang w:val="ru-RU" w:eastAsia="ru-RU"/>
        </w:rPr>
        <w:t>.5.</w:t>
      </w:r>
      <w:r>
        <w:rPr>
          <w:rFonts w:cs="Times New Roman"/>
          <w:szCs w:val="24"/>
          <w:lang w:val="ru-RU" w:eastAsia="ru-RU"/>
        </w:rPr>
        <w:t> </w:t>
      </w:r>
      <w:r w:rsidRPr="001257E2">
        <w:rPr>
          <w:rFonts w:cs="Times New Roman"/>
          <w:szCs w:val="24"/>
          <w:lang w:val="ru-RU" w:eastAsia="ru-RU"/>
        </w:rPr>
        <w:t xml:space="preserve">Если Заказчик указывает в форме персональные данные другого получателя, настоящее согласие не считается согласием такого получателя. Заказчик обязан обеспечить Оператору возможность получить согласие непосредственно от получателя либо предоставить </w:t>
      </w:r>
      <w:r w:rsidRPr="001257E2">
        <w:rPr>
          <w:rFonts w:cs="Times New Roman"/>
          <w:szCs w:val="24"/>
          <w:lang w:val="ru-RU" w:eastAsia="ru-RU"/>
        </w:rPr>
        <w:lastRenderedPageBreak/>
        <w:t>документы, подтверждающие наличие иного законного основания для обработки его персональных данных.</w:t>
      </w:r>
    </w:p>
    <w:p w14:paraId="20A27575" w14:textId="77777777" w:rsidR="001257E2" w:rsidRPr="001257E2" w:rsidRDefault="001257E2" w:rsidP="001257E2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1257E2">
        <w:rPr>
          <w:rFonts w:cs="Times New Roman"/>
          <w:szCs w:val="24"/>
          <w:lang w:val="ru-RU" w:eastAsia="ru-RU"/>
        </w:rPr>
        <w:t>До получения соответствующего основания Оператор вправе не начинать или приостановить оформление доставки.</w:t>
      </w:r>
    </w:p>
    <w:p w14:paraId="42B7922C" w14:textId="77777777" w:rsidR="006406AE" w:rsidRDefault="006406AE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0EDC2B08" w14:textId="0C917163" w:rsidR="00AA0F50" w:rsidRPr="00AA0F50" w:rsidRDefault="00AA0F50" w:rsidP="00AA0F50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AA0F50">
        <w:rPr>
          <w:rFonts w:ascii="Times New Roman" w:hAnsi="Times New Roman" w:cs="Times New Roman"/>
          <w:color w:val="auto"/>
          <w:szCs w:val="24"/>
          <w:lang w:val="ru-RU"/>
        </w:rPr>
        <w:t>3. ДЕЙСТВИЯ С ПЕРСОНАЛЬНЫМИ ДАННЫМИ И СПОСОБЫ ОБРАБОТКИ</w:t>
      </w:r>
    </w:p>
    <w:p w14:paraId="2F6B8EE6" w14:textId="18B6F2AD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3.1.</w:t>
      </w:r>
      <w:r w:rsidRPr="00AA0F50">
        <w:t xml:space="preserve"> В пределах цели соответствующей формы Оператор вправе осуществлять сбор, запись, систематизацию, накопление, хранение, уточнение, обновление, изменение, извлечение, использование, сопоставление, предоставление лицам, осуществляющим обработку по поручению Оператора, блокирование, удаление и уничтожение персональных данных.</w:t>
      </w:r>
    </w:p>
    <w:p w14:paraId="4C55E1D9" w14:textId="272E4919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3.2.</w:t>
      </w:r>
      <w:r w:rsidR="00D07DC6">
        <w:rPr>
          <w:lang w:val="en-US"/>
        </w:rPr>
        <w:t> </w:t>
      </w:r>
      <w:r w:rsidRPr="00AA0F50">
        <w:t>Обработка может осуществляться с использованием средств автоматизации, без использования таких средств либо смешанным способом, включая обработку в информационных системах, посредством электронной почты, телефонии, мессенджеров и иных согласованных каналов связи.</w:t>
      </w:r>
    </w:p>
    <w:p w14:paraId="15C628F0" w14:textId="4CDE5A16" w:rsidR="00AA0F50" w:rsidRPr="00AA0F50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3.3.</w:t>
      </w:r>
      <w:r w:rsidR="00D07DC6">
        <w:rPr>
          <w:lang w:val="en-US"/>
        </w:rPr>
        <w:t> </w:t>
      </w:r>
      <w:r w:rsidRPr="00AA0F50">
        <w:t>Оператор обрабатывает только те персональные данные, которые необходимы для цели соответствующей формы, и не использует их для несовместимых целей без получения нового согласия или возникновения иного законного основания.</w:t>
      </w:r>
    </w:p>
    <w:p w14:paraId="6E1D3043" w14:textId="1A924388" w:rsidR="00AA0F50" w:rsidRPr="00D07DC6" w:rsidRDefault="00AA0F50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AA0F50">
        <w:rPr>
          <w:rStyle w:val="af6"/>
        </w:rPr>
        <w:t>3.4.</w:t>
      </w:r>
      <w:r w:rsidRPr="00AA0F50">
        <w:t xml:space="preserve"> </w:t>
      </w:r>
      <w:r w:rsidRPr="00D07DC6">
        <w:t>Настоящее согласие не предоставляет Оператору право распространять персональные данные, то есть раскрывать их неопределенному кругу лиц.</w:t>
      </w:r>
    </w:p>
    <w:p w14:paraId="00C51E94" w14:textId="77777777" w:rsidR="00D07DC6" w:rsidRPr="00D07DC6" w:rsidRDefault="00D07DC6" w:rsidP="00D07DC6">
      <w:pPr>
        <w:pStyle w:val="31"/>
        <w:spacing w:before="0" w:line="300" w:lineRule="exact"/>
        <w:ind w:firstLine="0"/>
        <w:rPr>
          <w:rFonts w:ascii="Times New Roman" w:hAnsi="Times New Roman" w:cs="Times New Roman"/>
          <w:color w:val="auto"/>
          <w:szCs w:val="24"/>
          <w:lang w:val="ru-RU"/>
        </w:rPr>
      </w:pPr>
    </w:p>
    <w:p w14:paraId="70D17991" w14:textId="271292B5" w:rsidR="00AA0F50" w:rsidRPr="00D07DC6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D07DC6">
        <w:rPr>
          <w:rFonts w:ascii="Times New Roman" w:hAnsi="Times New Roman" w:cs="Times New Roman"/>
          <w:color w:val="auto"/>
          <w:szCs w:val="24"/>
          <w:lang w:val="ru-RU"/>
        </w:rPr>
        <w:t>4</w:t>
      </w:r>
      <w:r w:rsidR="00AA0F50" w:rsidRPr="00D07DC6">
        <w:rPr>
          <w:rFonts w:ascii="Times New Roman" w:hAnsi="Times New Roman" w:cs="Times New Roman"/>
          <w:color w:val="auto"/>
          <w:szCs w:val="24"/>
          <w:lang w:val="ru-RU"/>
        </w:rPr>
        <w:t>. ПРИВЛЕЧЕНИЕ ЛИЦ, ОСУЩЕСТВЛЯЮЩИХ ОБРАБОТКУ ПО ПОРУЧЕНИЮ ОПЕРАТОРА</w:t>
      </w:r>
    </w:p>
    <w:p w14:paraId="6117DC3D" w14:textId="0081A1D6" w:rsidR="005129D9" w:rsidRDefault="005129D9" w:rsidP="005129D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5129D9">
        <w:rPr>
          <w:rFonts w:cs="Times New Roman"/>
          <w:b/>
          <w:bCs/>
          <w:szCs w:val="24"/>
          <w:lang w:val="ru-RU" w:eastAsia="ru-RU"/>
        </w:rPr>
        <w:t>4.1.</w:t>
      </w:r>
      <w:r>
        <w:rPr>
          <w:rFonts w:cs="Times New Roman"/>
          <w:szCs w:val="24"/>
          <w:lang w:val="ru-RU" w:eastAsia="ru-RU"/>
        </w:rPr>
        <w:t> </w:t>
      </w:r>
      <w:r w:rsidRPr="005129D9">
        <w:rPr>
          <w:rFonts w:cs="Times New Roman"/>
          <w:szCs w:val="24"/>
          <w:lang w:val="ru-RU" w:eastAsia="ru-RU"/>
        </w:rPr>
        <w:t>Для оформления, организации, отслеживания и подтверждения доставки, взаимодействия с получателем и урегулирования вопросов, возникающих при перевозке или вручении товара, Оператор вправе поручать отдельные операции с персональными данными либо предоставлять необходимые данные следующим категориям лиц:</w:t>
      </w:r>
    </w:p>
    <w:p w14:paraId="2FB38B09" w14:textId="77777777" w:rsidR="005129D9" w:rsidRDefault="005129D9" w:rsidP="005129D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5129D9">
        <w:rPr>
          <w:rFonts w:cs="Times New Roman"/>
          <w:szCs w:val="24"/>
          <w:lang w:val="ru-RU" w:eastAsia="ru-RU"/>
        </w:rPr>
        <w:t xml:space="preserve">курьерским службам, перевозчикам и транспортным организациям; </w:t>
      </w:r>
    </w:p>
    <w:p w14:paraId="4F108529" w14:textId="77777777" w:rsidR="005129D9" w:rsidRDefault="005129D9" w:rsidP="005129D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5129D9">
        <w:rPr>
          <w:rFonts w:cs="Times New Roman"/>
          <w:szCs w:val="24"/>
          <w:lang w:val="ru-RU" w:eastAsia="ru-RU"/>
        </w:rPr>
        <w:t xml:space="preserve">операторам пунктов выдачи заказов и </w:t>
      </w:r>
      <w:proofErr w:type="spellStart"/>
      <w:r w:rsidRPr="005129D9">
        <w:rPr>
          <w:rFonts w:cs="Times New Roman"/>
          <w:szCs w:val="24"/>
          <w:lang w:val="ru-RU" w:eastAsia="ru-RU"/>
        </w:rPr>
        <w:t>постаматов</w:t>
      </w:r>
      <w:proofErr w:type="spellEnd"/>
      <w:r w:rsidRPr="005129D9">
        <w:rPr>
          <w:rFonts w:cs="Times New Roman"/>
          <w:szCs w:val="24"/>
          <w:lang w:val="ru-RU" w:eastAsia="ru-RU"/>
        </w:rPr>
        <w:t xml:space="preserve">; </w:t>
      </w:r>
    </w:p>
    <w:p w14:paraId="374380D7" w14:textId="77777777" w:rsidR="005129D9" w:rsidRDefault="005129D9" w:rsidP="005129D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5129D9">
        <w:rPr>
          <w:rFonts w:cs="Times New Roman"/>
          <w:szCs w:val="24"/>
          <w:lang w:val="ru-RU" w:eastAsia="ru-RU"/>
        </w:rPr>
        <w:t xml:space="preserve">поставщикам CRM-систем и сервисов управления заказами и доставкой; </w:t>
      </w:r>
    </w:p>
    <w:p w14:paraId="07635922" w14:textId="77777777" w:rsidR="005129D9" w:rsidRDefault="005129D9" w:rsidP="005129D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5129D9">
        <w:rPr>
          <w:rFonts w:cs="Times New Roman"/>
          <w:szCs w:val="24"/>
          <w:lang w:val="ru-RU" w:eastAsia="ru-RU"/>
        </w:rPr>
        <w:t xml:space="preserve">операторам электронной почты, телефонии и сообщений; </w:t>
      </w:r>
    </w:p>
    <w:p w14:paraId="28595B51" w14:textId="77777777" w:rsidR="005129D9" w:rsidRDefault="005129D9" w:rsidP="005129D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5129D9">
        <w:rPr>
          <w:rFonts w:cs="Times New Roman"/>
          <w:szCs w:val="24"/>
          <w:lang w:val="ru-RU" w:eastAsia="ru-RU"/>
        </w:rPr>
        <w:t xml:space="preserve">хостинг-провайдерам и поставщикам облачных хранилищ; </w:t>
      </w:r>
    </w:p>
    <w:p w14:paraId="399596EF" w14:textId="5D73B2F8" w:rsidR="005129D9" w:rsidRPr="005129D9" w:rsidRDefault="005129D9" w:rsidP="005129D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>
        <w:rPr>
          <w:rFonts w:cs="Times New Roman"/>
          <w:szCs w:val="24"/>
          <w:lang w:val="ru-RU" w:eastAsia="ru-RU"/>
        </w:rPr>
        <w:t>- </w:t>
      </w:r>
      <w:r w:rsidRPr="005129D9">
        <w:rPr>
          <w:rFonts w:cs="Times New Roman"/>
          <w:szCs w:val="24"/>
          <w:lang w:val="ru-RU" w:eastAsia="ru-RU"/>
        </w:rPr>
        <w:t xml:space="preserve">лицам, обеспечивающим техническое сопровождение, отслеживание отправлений и информационную безопасность. </w:t>
      </w:r>
    </w:p>
    <w:p w14:paraId="3ACC1B8D" w14:textId="59ADFF55" w:rsidR="005129D9" w:rsidRPr="005129D9" w:rsidRDefault="005129D9" w:rsidP="005129D9">
      <w:pPr>
        <w:spacing w:after="0" w:line="300" w:lineRule="exact"/>
        <w:ind w:firstLine="567"/>
        <w:rPr>
          <w:rFonts w:cs="Times New Roman"/>
          <w:szCs w:val="24"/>
          <w:lang w:val="ru-RU" w:eastAsia="ru-RU"/>
        </w:rPr>
      </w:pPr>
      <w:r w:rsidRPr="005129D9">
        <w:rPr>
          <w:rFonts w:cs="Times New Roman"/>
          <w:b/>
          <w:bCs/>
          <w:szCs w:val="24"/>
          <w:lang w:val="ru-RU" w:eastAsia="ru-RU"/>
        </w:rPr>
        <w:t>4.2.</w:t>
      </w:r>
      <w:r>
        <w:rPr>
          <w:rFonts w:cs="Times New Roman"/>
          <w:szCs w:val="24"/>
          <w:lang w:val="ru-RU" w:eastAsia="ru-RU"/>
        </w:rPr>
        <w:t> </w:t>
      </w:r>
      <w:r w:rsidRPr="005129D9">
        <w:rPr>
          <w:rFonts w:cs="Times New Roman"/>
          <w:szCs w:val="24"/>
          <w:lang w:val="ru-RU" w:eastAsia="ru-RU"/>
        </w:rPr>
        <w:t>Службе доставки, перевозчику, курьеру или оператору пункта выдачи предоставляются только сведения, необходимые для идентификации получателя, перевозки, связи с получателем и вручения конкретного заказа. Лица, обрабатывающие данные по поручению Оператора, обязаны соблюдать конфиденциальность, обеспечивать безопасность данных и не использовать их в собственных целях. Служба доставки или перевозчик, самостоятельно определяющие порядок и средства обработки персональных данных, осуществляют такую обработку в качестве самостоятельных операторов и несут за нее ответственность.</w:t>
      </w:r>
    </w:p>
    <w:p w14:paraId="481F4E4C" w14:textId="77777777" w:rsidR="00D07DC6" w:rsidRPr="00202F8D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szCs w:val="24"/>
          <w:lang w:val="ru-RU"/>
        </w:rPr>
      </w:pPr>
    </w:p>
    <w:p w14:paraId="684267BA" w14:textId="2B1E6542" w:rsidR="00AA0F50" w:rsidRPr="00D07DC6" w:rsidRDefault="00D07DC6" w:rsidP="00D07DC6">
      <w:pPr>
        <w:pStyle w:val="31"/>
        <w:spacing w:before="0" w:line="300" w:lineRule="exact"/>
        <w:ind w:firstLine="0"/>
        <w:jc w:val="center"/>
        <w:rPr>
          <w:rFonts w:ascii="Times New Roman" w:hAnsi="Times New Roman" w:cs="Times New Roman"/>
          <w:color w:val="auto"/>
          <w:szCs w:val="24"/>
          <w:lang w:val="ru-RU"/>
        </w:rPr>
      </w:pPr>
      <w:r w:rsidRPr="00D07DC6">
        <w:rPr>
          <w:rFonts w:ascii="Times New Roman" w:hAnsi="Times New Roman" w:cs="Times New Roman"/>
          <w:color w:val="auto"/>
          <w:szCs w:val="24"/>
          <w:lang w:val="ru-RU"/>
        </w:rPr>
        <w:t>5</w:t>
      </w:r>
      <w:r w:rsidR="00AA0F50" w:rsidRPr="00D07DC6">
        <w:rPr>
          <w:rFonts w:ascii="Times New Roman" w:hAnsi="Times New Roman" w:cs="Times New Roman"/>
          <w:color w:val="auto"/>
          <w:szCs w:val="24"/>
          <w:lang w:val="ru-RU"/>
        </w:rPr>
        <w:t>. ПОДТВЕРЖДЕНИЯ ПОЛЬЗОВАТЕЛЯ</w:t>
      </w:r>
    </w:p>
    <w:p w14:paraId="450C2272" w14:textId="58C1A78C" w:rsidR="00AA0F50" w:rsidRPr="00D07DC6" w:rsidRDefault="00D07DC6" w:rsidP="00D07DC6">
      <w:pPr>
        <w:pStyle w:val="isselectedend"/>
        <w:spacing w:before="0" w:beforeAutospacing="0" w:after="0" w:afterAutospacing="0" w:line="300" w:lineRule="exact"/>
        <w:ind w:firstLine="567"/>
        <w:jc w:val="both"/>
      </w:pPr>
      <w:r w:rsidRPr="00D07DC6">
        <w:rPr>
          <w:rStyle w:val="af6"/>
        </w:rPr>
        <w:t>5</w:t>
      </w:r>
      <w:r w:rsidR="00AA0F50" w:rsidRPr="00AA0F50">
        <w:rPr>
          <w:rStyle w:val="af6"/>
        </w:rPr>
        <w:t>.1.</w:t>
      </w:r>
      <w:r>
        <w:rPr>
          <w:lang w:val="en-US"/>
        </w:rPr>
        <w:t> </w:t>
      </w:r>
      <w:r w:rsidR="00AA0F50" w:rsidRPr="00AA0F50">
        <w:t>Предоставляя настоящее согласие, я подтверждаю, что ознакомился(</w:t>
      </w:r>
      <w:proofErr w:type="spellStart"/>
      <w:r w:rsidR="00AA0F50" w:rsidRPr="00AA0F50">
        <w:t>лась</w:t>
      </w:r>
      <w:proofErr w:type="spellEnd"/>
      <w:r w:rsidR="00AA0F50" w:rsidRPr="00AA0F50">
        <w:t xml:space="preserve">) с Политикой обработки персональных данных в редакции, действующей на момент предоставления согласия и размещенной </w:t>
      </w:r>
      <w:r>
        <w:t>на Сайте.</w:t>
      </w:r>
    </w:p>
    <w:p w14:paraId="7D9256BD" w14:textId="7A74EB25" w:rsidR="00AA0F50" w:rsidRPr="00AA0F50" w:rsidRDefault="00D07DC6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lastRenderedPageBreak/>
        <w:t>5</w:t>
      </w:r>
      <w:r w:rsidR="00AA0F50" w:rsidRPr="00AA0F50">
        <w:rPr>
          <w:rStyle w:val="af6"/>
        </w:rPr>
        <w:t>.2.</w:t>
      </w:r>
      <w:r w:rsidR="00AA0F50" w:rsidRPr="00AA0F50">
        <w:t xml:space="preserve"> Я подтверждаю, что содержание настоящего согласия мне понятно, указанные мной персональные данные являются достоверными и относятся ко мне, а согласие предоставляется без принуждения и отдельно от иных документов.</w:t>
      </w:r>
    </w:p>
    <w:p w14:paraId="72167D01" w14:textId="0D02FD59" w:rsidR="00AA0F50" w:rsidRPr="00AA0F50" w:rsidRDefault="00D07DC6" w:rsidP="00AA0F50">
      <w:pPr>
        <w:pStyle w:val="isselectedend"/>
        <w:spacing w:before="0" w:beforeAutospacing="0" w:after="0" w:afterAutospacing="0" w:line="300" w:lineRule="exact"/>
        <w:ind w:firstLine="567"/>
        <w:jc w:val="both"/>
      </w:pPr>
      <w:r>
        <w:rPr>
          <w:rStyle w:val="af6"/>
        </w:rPr>
        <w:t>5</w:t>
      </w:r>
      <w:r w:rsidR="00AA0F50" w:rsidRPr="00AA0F50">
        <w:rPr>
          <w:rStyle w:val="af6"/>
        </w:rPr>
        <w:t>.3.</w:t>
      </w:r>
      <w:r w:rsidR="00AA0F50" w:rsidRPr="00AA0F50">
        <w:t xml:space="preserve"> Я понимаю, что непредоставление согласия может повлечь невозможность обработки и рассмотрения соответствующей формы в той части, для которой у Оператора отсутствует иное законное основание.</w:t>
      </w:r>
    </w:p>
    <w:p w14:paraId="51BBFDEB" w14:textId="11F9846E" w:rsidR="00642C31" w:rsidRPr="00951499" w:rsidRDefault="00642C31" w:rsidP="003D79BD">
      <w:pPr>
        <w:spacing w:after="0" w:line="300" w:lineRule="atLeast"/>
        <w:ind w:firstLine="567"/>
        <w:rPr>
          <w:rFonts w:cs="Times New Roman"/>
          <w:b/>
          <w:bCs/>
          <w:szCs w:val="24"/>
          <w:lang w:val="ru-RU"/>
        </w:rPr>
      </w:pPr>
    </w:p>
    <w:sectPr w:rsidR="00642C31" w:rsidRPr="00951499" w:rsidSect="00951499">
      <w:footerReference w:type="default" r:id="rId9"/>
      <w:pgSz w:w="12240" w:h="15840"/>
      <w:pgMar w:top="851" w:right="1134" w:bottom="102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F8FDB" w14:textId="77777777" w:rsidR="00D1623E" w:rsidRDefault="00D1623E">
      <w:pPr>
        <w:spacing w:after="0" w:line="240" w:lineRule="auto"/>
      </w:pPr>
      <w:r>
        <w:separator/>
      </w:r>
    </w:p>
  </w:endnote>
  <w:endnote w:type="continuationSeparator" w:id="0">
    <w:p w14:paraId="668E224B" w14:textId="77777777" w:rsidR="00D1623E" w:rsidRDefault="00D16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1784711"/>
      <w:docPartObj>
        <w:docPartGallery w:val="Page Numbers (Bottom of Page)"/>
        <w:docPartUnique/>
      </w:docPartObj>
    </w:sdtPr>
    <w:sdtEndPr/>
    <w:sdtContent>
      <w:p w14:paraId="579431B1" w14:textId="0BF68671" w:rsidR="0076432D" w:rsidRDefault="0076432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10A0249" w14:textId="77777777" w:rsidR="0076432D" w:rsidRDefault="0076432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A4266" w14:textId="77777777" w:rsidR="00D1623E" w:rsidRDefault="00D1623E">
      <w:pPr>
        <w:spacing w:after="0" w:line="240" w:lineRule="auto"/>
      </w:pPr>
      <w:r>
        <w:separator/>
      </w:r>
    </w:p>
  </w:footnote>
  <w:footnote w:type="continuationSeparator" w:id="0">
    <w:p w14:paraId="79645A4C" w14:textId="77777777" w:rsidR="00D1623E" w:rsidRDefault="00D162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092AC1"/>
    <w:multiLevelType w:val="multilevel"/>
    <w:tmpl w:val="D42C1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57E2"/>
    <w:rsid w:val="0015074B"/>
    <w:rsid w:val="00202F8D"/>
    <w:rsid w:val="0029639D"/>
    <w:rsid w:val="00326F90"/>
    <w:rsid w:val="003B47B7"/>
    <w:rsid w:val="003D79BD"/>
    <w:rsid w:val="00452BA6"/>
    <w:rsid w:val="00474488"/>
    <w:rsid w:val="005129D9"/>
    <w:rsid w:val="006406AE"/>
    <w:rsid w:val="00642C31"/>
    <w:rsid w:val="006D2E77"/>
    <w:rsid w:val="00721D63"/>
    <w:rsid w:val="0076432D"/>
    <w:rsid w:val="007E222E"/>
    <w:rsid w:val="008B1B2E"/>
    <w:rsid w:val="00951499"/>
    <w:rsid w:val="00AA0F50"/>
    <w:rsid w:val="00AA1D8D"/>
    <w:rsid w:val="00B05143"/>
    <w:rsid w:val="00B31E83"/>
    <w:rsid w:val="00B47730"/>
    <w:rsid w:val="00BA15C9"/>
    <w:rsid w:val="00BA6F35"/>
    <w:rsid w:val="00C0427F"/>
    <w:rsid w:val="00C772B2"/>
    <w:rsid w:val="00CB0664"/>
    <w:rsid w:val="00D07DC6"/>
    <w:rsid w:val="00D1623E"/>
    <w:rsid w:val="00ED13B4"/>
    <w:rsid w:val="00F831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220BC2"/>
  <w14:defaultImageDpi w14:val="300"/>
  <w15:docId w15:val="{9545293B-C91A-4C23-BE9B-9E56040C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264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8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a1"/>
    <w:rsid w:val="00AA0F50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  <w:style w:type="character" w:customStyle="1" w:styleId="text-token-text-primary">
    <w:name w:val="text-token-text-primary"/>
    <w:basedOn w:val="a2"/>
    <w:rsid w:val="00AA0F50"/>
  </w:style>
  <w:style w:type="paragraph" w:styleId="aff8">
    <w:name w:val="Normal (Web)"/>
    <w:basedOn w:val="a1"/>
    <w:uiPriority w:val="99"/>
    <w:semiHidden/>
    <w:unhideWhenUsed/>
    <w:rsid w:val="00AA0F50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B31E83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B31E83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5129D9"/>
    <w:pPr>
      <w:spacing w:before="100" w:beforeAutospacing="1" w:after="100" w:afterAutospacing="1" w:line="240" w:lineRule="auto"/>
      <w:ind w:firstLine="0"/>
      <w:jc w:val="left"/>
    </w:pPr>
    <w:rPr>
      <w:rFonts w:cs="Times New Roman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4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101;&#1090;&#1086;-&#1084;&#1086;&#1103;-&#1078;&#1080;&#1079;&#1085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922</Words>
  <Characters>5260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СОГЛАСИЕ НА ОБРАБОТКУ ПЕРСОНАЛЬНЫХ ДАННЫХ
ДЛЯ ФОРМ САЙТА</vt:lpstr>
      <vt:lpstr/>
    </vt:vector>
  </TitlesOfParts>
  <Manager/>
  <Company/>
  <LinksUpToDate>false</LinksUpToDate>
  <CharactersWithSpaces>6170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
ДЛЯ ФОРМ САЙТА</dc:title>
  <dc:subject>Юридический документ для сайта https://это-моя-жизнь.рф</dc:subject>
  <dc:creator>Индивидуальный предприниматель Елин Сергей Викторович</dc:creator>
  <cp:keywords/>
  <dc:description>generated by python-docx</dc:description>
  <cp:lastModifiedBy>ur12</cp:lastModifiedBy>
  <cp:revision>15</cp:revision>
  <cp:lastPrinted>2026-07-20T09:48:00Z</cp:lastPrinted>
  <dcterms:created xsi:type="dcterms:W3CDTF">2013-12-23T23:15:00Z</dcterms:created>
  <dcterms:modified xsi:type="dcterms:W3CDTF">2026-07-20T09:49:00Z</dcterms:modified>
  <cp:category/>
</cp:coreProperties>
</file>