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1059A" w14:textId="3B5B54C7" w:rsidR="00E50F7D" w:rsidRPr="00C66F44" w:rsidRDefault="00E50F7D" w:rsidP="00C66F44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66F44">
        <w:rPr>
          <w:rFonts w:ascii="Times New Roman" w:hAnsi="Times New Roman" w:cs="Times New Roman"/>
          <w:color w:val="auto"/>
          <w:sz w:val="24"/>
          <w:szCs w:val="24"/>
          <w:lang w:val="ru-RU"/>
        </w:rPr>
        <w:t>СОГЛАСИЕ НА ИСПОЛЬЗОВАНИЕ ИЗОБРАЖЕНИЯ, ГОЛОСА И МАТЕРИАЛОВ ИНТЕРВЬЮ В СОСТАВЕ КОНКРЕТНОГО РЕЗУЛЬТАТА</w:t>
      </w:r>
    </w:p>
    <w:p w14:paraId="39D03275" w14:textId="77777777" w:rsidR="00C66F44" w:rsidRPr="00C66F44" w:rsidRDefault="00C66F44" w:rsidP="00C66F44">
      <w:pPr>
        <w:rPr>
          <w:lang w:val="ru-RU"/>
        </w:rPr>
      </w:pPr>
    </w:p>
    <w:p w14:paraId="4BA0D689" w14:textId="4F4FB660" w:rsidR="00E50F7D" w:rsidRDefault="00C66F44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3D79BD">
        <w:t>Я</w:t>
      </w:r>
      <w:r w:rsidRPr="00C66F44">
        <w:t xml:space="preserve">, пользователь сайта </w:t>
      </w:r>
      <w:hyperlink r:id="rId8" w:history="1">
        <w:r w:rsidRPr="00C66F44">
          <w:rPr>
            <w:rStyle w:val="aff9"/>
            <w:color w:val="auto"/>
          </w:rPr>
          <w:t>https://это-моя-жизнь.рф</w:t>
        </w:r>
      </w:hyperlink>
      <w:r w:rsidRPr="00C66F44">
        <w:rPr>
          <w:rStyle w:val="aff9"/>
          <w:color w:val="auto"/>
        </w:rPr>
        <w:t>,</w:t>
      </w:r>
      <w:r w:rsidR="00E50F7D" w:rsidRPr="00C66F44">
        <w:t xml:space="preserve"> далее — «Участник», действуя свободно, своей волей и в своем интересе, предоставляю Индивидуальному предпринимателю </w:t>
      </w:r>
      <w:proofErr w:type="spellStart"/>
      <w:r w:rsidR="00E50F7D" w:rsidRPr="00C66F44">
        <w:t>Елину</w:t>
      </w:r>
      <w:proofErr w:type="spellEnd"/>
      <w:r w:rsidR="00E50F7D" w:rsidRPr="00C66F44">
        <w:t xml:space="preserve"> Сергею Викторовичу, ИНН 772641471093, ОГРНИП 317774600428123, далее — «Исполнитель», согласие на использование моего изображения, голоса и материалов интервью на следующих условиях</w:t>
      </w:r>
      <w:r>
        <w:t>:</w:t>
      </w:r>
    </w:p>
    <w:p w14:paraId="40145000" w14:textId="77777777" w:rsidR="00C66F44" w:rsidRPr="00C66F44" w:rsidRDefault="00C66F44" w:rsidP="00E50F7D">
      <w:pPr>
        <w:pStyle w:val="aff8"/>
        <w:spacing w:before="0" w:beforeAutospacing="0" w:after="0" w:afterAutospacing="0" w:line="300" w:lineRule="exact"/>
        <w:ind w:firstLine="567"/>
        <w:jc w:val="both"/>
      </w:pPr>
    </w:p>
    <w:p w14:paraId="74532DB1" w14:textId="77777777" w:rsidR="00E50F7D" w:rsidRPr="00C66F44" w:rsidRDefault="00E50F7D" w:rsidP="00C66F44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C66F44">
        <w:rPr>
          <w:rFonts w:ascii="Times New Roman" w:hAnsi="Times New Roman" w:cs="Times New Roman"/>
          <w:color w:val="auto"/>
          <w:szCs w:val="24"/>
          <w:lang w:val="ru-RU"/>
        </w:rPr>
        <w:t>1. ПРЕДМЕТ И ПОРЯДОК ПРЕДОСТАВЛЕНИЯ СОГЛАСИЯ</w:t>
      </w:r>
    </w:p>
    <w:p w14:paraId="56235F82" w14:textId="27FAC184" w:rsidR="00E50F7D" w:rsidRPr="00C66F44" w:rsidRDefault="00E50F7D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1.1.</w:t>
      </w:r>
      <w:r w:rsidR="00C66F44">
        <w:t> </w:t>
      </w:r>
      <w:r w:rsidRPr="00C66F44">
        <w:t xml:space="preserve">Настоящее согласие предоставляется исключительно в целях создания, согласования, изготовления и </w:t>
      </w:r>
      <w:r w:rsidR="00C66F44" w:rsidRPr="00C66F44">
        <w:t xml:space="preserve">передачи результата, </w:t>
      </w:r>
      <w:r w:rsidRPr="00C66F44">
        <w:t>предусмотренного Индивидуальным заказом</w:t>
      </w:r>
      <w:r w:rsidR="00C66F44" w:rsidRPr="00C66F44">
        <w:t>.</w:t>
      </w:r>
    </w:p>
    <w:p w14:paraId="3E2AAA42" w14:textId="3279BAE9" w:rsidR="00E50F7D" w:rsidRPr="00C66F4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1.2.</w:t>
      </w:r>
      <w:r w:rsidR="00C66F44" w:rsidRPr="00C66F44">
        <w:t> </w:t>
      </w:r>
      <w:r w:rsidRPr="00C66F44">
        <w:t xml:space="preserve">Настоящее согласие является предметным, сознательным и однозначным и оформляется отдельно от согласий на обработку персональных данных, организацию и проведение интервью, создание записи интервью, </w:t>
      </w:r>
      <w:proofErr w:type="spellStart"/>
      <w:r w:rsidRPr="00C66F44">
        <w:t>транскрибацию</w:t>
      </w:r>
      <w:proofErr w:type="spellEnd"/>
      <w:r w:rsidRPr="00C66F44">
        <w:t>, распространение персональных данных, получение рекламных сообщений и иных документов.</w:t>
      </w:r>
    </w:p>
    <w:p w14:paraId="05D26C90" w14:textId="159A8BDD" w:rsidR="00E50F7D" w:rsidRPr="00C66F4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1.3.</w:t>
      </w:r>
      <w:r w:rsidR="00C66F44" w:rsidRPr="00C66F44">
        <w:t> </w:t>
      </w:r>
      <w:r w:rsidRPr="00C66F44">
        <w:t xml:space="preserve">Согласие предоставляется в отношении всего состава изображения, голоса и материалов интервью, указанного в разделе 2, и всех способов использования, предусмотренных разделом 3. </w:t>
      </w:r>
    </w:p>
    <w:p w14:paraId="43A96019" w14:textId="17F3BBE6" w:rsidR="00C66F44" w:rsidRPr="00C66F44" w:rsidRDefault="00E50F7D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1.4.</w:t>
      </w:r>
      <w:r w:rsidR="00C66F44" w:rsidRPr="00C66F44">
        <w:t> При предоставлении согласия в электронной форме Исполнитель фиксирует и хранит редакцию настоящего документа, дату и время его предоставления, идентификатор формы, IP-адрес, идентификатор сессии и иные технические сведения, позволяющие подтвердить содержание волеизъявления Участника.</w:t>
      </w:r>
    </w:p>
    <w:p w14:paraId="7C7C8673" w14:textId="77777777" w:rsidR="00C66F44" w:rsidRDefault="00C66F44" w:rsidP="00E50F7D">
      <w:pPr>
        <w:pStyle w:val="21"/>
        <w:spacing w:before="0" w:line="300" w:lineRule="exact"/>
        <w:ind w:firstLine="567"/>
        <w:jc w:val="both"/>
        <w:rPr>
          <w:rFonts w:ascii="Times New Roman" w:hAnsi="Times New Roman" w:cs="Times New Roman"/>
          <w:color w:val="FF0000"/>
          <w:szCs w:val="24"/>
          <w:lang w:val="ru-RU"/>
        </w:rPr>
      </w:pPr>
    </w:p>
    <w:p w14:paraId="65C3897E" w14:textId="5CBDE810" w:rsidR="00E50F7D" w:rsidRPr="00C66F44" w:rsidRDefault="00E50F7D" w:rsidP="00C66F44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C66F44">
        <w:rPr>
          <w:rFonts w:ascii="Times New Roman" w:hAnsi="Times New Roman" w:cs="Times New Roman"/>
          <w:color w:val="auto"/>
          <w:szCs w:val="24"/>
          <w:lang w:val="ru-RU"/>
        </w:rPr>
        <w:t>2. СОСТАВ ИСПОЛЬЗУЕМЫХ МАТЕРИАЛОВ</w:t>
      </w:r>
    </w:p>
    <w:p w14:paraId="2AFAA097" w14:textId="0A311869" w:rsidR="00C66F44" w:rsidRPr="00C66F44" w:rsidRDefault="00E50F7D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2.1.</w:t>
      </w:r>
      <w:r w:rsidR="00C66F44">
        <w:t> </w:t>
      </w:r>
      <w:r w:rsidRPr="00C66F44">
        <w:t>Настоящее согласие распространяется на все относящиеся к Участнику материалы, правомерно созданные или полученные Исполнителем при исполнении Индивидуального заказа, включая:</w:t>
      </w:r>
    </w:p>
    <w:p w14:paraId="00D35BA2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фотографии и иные изображения Участника; </w:t>
      </w:r>
    </w:p>
    <w:p w14:paraId="25AB4DD6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отдельные кадры и фрагменты видеозаписей; </w:t>
      </w:r>
    </w:p>
    <w:p w14:paraId="08156849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голос Участника; </w:t>
      </w:r>
    </w:p>
    <w:p w14:paraId="4BA34AFA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аудиозаписи и звуковые дорожки видеозаписей; </w:t>
      </w:r>
    </w:p>
    <w:p w14:paraId="377253AE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аудио- и видеозаписи интервью; </w:t>
      </w:r>
    </w:p>
    <w:p w14:paraId="59903953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ответы Участника на вопросы интервью; </w:t>
      </w:r>
    </w:p>
    <w:p w14:paraId="5B0CEC1F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цитаты, высказывания, воспоминания и описания событий; </w:t>
      </w:r>
    </w:p>
    <w:p w14:paraId="28D2BC23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текстовые расшифровки интервью; </w:t>
      </w:r>
    </w:p>
    <w:p w14:paraId="2CF70A15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письменные ответы, пояснения, дополнения и замечания Участника; </w:t>
      </w:r>
    </w:p>
    <w:p w14:paraId="5B398738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биографические, семейные и иные сведения, сообщенные Участником; </w:t>
      </w:r>
    </w:p>
    <w:p w14:paraId="228E07DF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письма, дневники, фотографии, документы и иные материалы, переданные Участником для создания результата; </w:t>
      </w:r>
    </w:p>
    <w:p w14:paraId="5899E5EF" w14:textId="0DBD1BA4" w:rsidR="00E50F7D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рабочие, промежуточные и отредактированные версии указанных материалов. </w:t>
      </w:r>
    </w:p>
    <w:p w14:paraId="2316D49F" w14:textId="7459D898" w:rsidR="00E50F7D" w:rsidRPr="00C66F4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2.2.</w:t>
      </w:r>
      <w:r w:rsidR="00C66F44" w:rsidRPr="00C66F44">
        <w:t> Изображение и голос Участника не используются Исполнителем для биометрической идентификации или установления личности.</w:t>
      </w:r>
    </w:p>
    <w:p w14:paraId="6CCD67E9" w14:textId="6E3EE5F8" w:rsidR="00C66F44" w:rsidRPr="00C66F44" w:rsidRDefault="00E50F7D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2.3.</w:t>
      </w:r>
      <w:r w:rsidR="00C66F44" w:rsidRPr="00C66F44">
        <w:t xml:space="preserve"> Материалы, принадлежащие третьим лицам или содержащие их персональные данные, могут использоваться только при наличии необходимых согласий, полномочий или </w:t>
      </w:r>
      <w:r w:rsidR="00C66F44" w:rsidRPr="00C66F44">
        <w:lastRenderedPageBreak/>
        <w:t>иных законных оснований. Участник не вправе предоставлять согласие от имени третьего лица без документально подтвержденных полномочий.</w:t>
      </w:r>
    </w:p>
    <w:p w14:paraId="48174352" w14:textId="77777777" w:rsidR="00C66F44" w:rsidRDefault="00C66F44" w:rsidP="00C66F44">
      <w:pPr>
        <w:pStyle w:val="21"/>
        <w:spacing w:before="0" w:line="300" w:lineRule="exact"/>
        <w:jc w:val="both"/>
        <w:rPr>
          <w:rFonts w:ascii="Times New Roman" w:hAnsi="Times New Roman" w:cs="Times New Roman"/>
          <w:color w:val="FF0000"/>
          <w:szCs w:val="24"/>
          <w:lang w:val="ru-RU"/>
        </w:rPr>
      </w:pPr>
    </w:p>
    <w:p w14:paraId="438FF5F4" w14:textId="7E095BE4" w:rsidR="00E50F7D" w:rsidRPr="00C66F44" w:rsidRDefault="00E50F7D" w:rsidP="00C66F44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C66F44">
        <w:rPr>
          <w:rFonts w:ascii="Times New Roman" w:hAnsi="Times New Roman" w:cs="Times New Roman"/>
          <w:color w:val="auto"/>
          <w:szCs w:val="24"/>
          <w:lang w:val="ru-RU"/>
        </w:rPr>
        <w:t>3. РАЗРЕШЕННЫЕ СПОСОБЫ ИСПОЛЬЗОВАНИЯ</w:t>
      </w:r>
    </w:p>
    <w:p w14:paraId="1FCCE0CB" w14:textId="16C9D71D" w:rsidR="00C66F44" w:rsidRPr="002B10DE" w:rsidRDefault="00E50F7D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rPr>
          <w:rStyle w:val="af6"/>
        </w:rPr>
        <w:t>3.1.</w:t>
      </w:r>
      <w:r w:rsidR="007509D4">
        <w:t> </w:t>
      </w:r>
      <w:r w:rsidRPr="00C66F44">
        <w:t xml:space="preserve">В целях создания, </w:t>
      </w:r>
      <w:r w:rsidRPr="002B10DE">
        <w:t>согласования, изготовления и передачи результата Исполнитель вправе осуществлять следующие действия</w:t>
      </w:r>
      <w:r w:rsidR="00F01F65" w:rsidRPr="002B10DE">
        <w:t>, но не ограничиваясь,</w:t>
      </w:r>
      <w:r w:rsidRPr="002B10DE">
        <w:t xml:space="preserve"> с изображением, голосом и материалами интервью:</w:t>
      </w:r>
    </w:p>
    <w:p w14:paraId="2114D6D5" w14:textId="77777777" w:rsidR="00C66F44" w:rsidRPr="002B10DE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0DE">
        <w:t>- </w:t>
      </w:r>
      <w:r w:rsidR="00E50F7D" w:rsidRPr="002B10DE">
        <w:t xml:space="preserve">записывать и воспроизводить материалы на бумажных, электронных и иных носителях; </w:t>
      </w:r>
    </w:p>
    <w:p w14:paraId="7AFE4BF2" w14:textId="77777777" w:rsidR="00C66F44" w:rsidRPr="002B10DE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0DE">
        <w:t>- </w:t>
      </w:r>
      <w:r w:rsidR="00E50F7D" w:rsidRPr="002B10DE">
        <w:t xml:space="preserve">создавать рабочие, промежуточные, резервные и итоговые копии; </w:t>
      </w:r>
    </w:p>
    <w:p w14:paraId="52F6A3F7" w14:textId="77777777" w:rsidR="00C66F44" w:rsidRPr="002B10DE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0DE">
        <w:t>- </w:t>
      </w:r>
      <w:r w:rsidR="00E50F7D" w:rsidRPr="002B10DE">
        <w:t xml:space="preserve">просматривать и прослушивать материалы; </w:t>
      </w:r>
    </w:p>
    <w:p w14:paraId="2CF57A6B" w14:textId="77777777" w:rsidR="00C66F44" w:rsidRPr="002B10DE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0DE">
        <w:t>- </w:t>
      </w:r>
      <w:r w:rsidR="00E50F7D" w:rsidRPr="002B10DE">
        <w:t xml:space="preserve">извлекать из материалов отдельные фрагменты; </w:t>
      </w:r>
    </w:p>
    <w:p w14:paraId="223EDE11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2B10DE">
        <w:t>- </w:t>
      </w:r>
      <w:r w:rsidR="00E50F7D" w:rsidRPr="002B10DE">
        <w:t xml:space="preserve">осуществлять </w:t>
      </w:r>
      <w:proofErr w:type="spellStart"/>
      <w:r w:rsidR="00E50F7D" w:rsidRPr="002B10DE">
        <w:t>транскрибацию</w:t>
      </w:r>
      <w:proofErr w:type="spellEnd"/>
      <w:r w:rsidR="00E50F7D" w:rsidRPr="002B10DE">
        <w:t xml:space="preserve"> при наличии отдельного согласия на соответствующую обработку;</w:t>
      </w:r>
      <w:bookmarkStart w:id="0" w:name="_GoBack"/>
      <w:bookmarkEnd w:id="0"/>
      <w:r w:rsidR="00E50F7D" w:rsidRPr="00C66F44">
        <w:t xml:space="preserve"> </w:t>
      </w:r>
    </w:p>
    <w:p w14:paraId="7D0E11B8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систематизировать, структурировать и группировать материалы; </w:t>
      </w:r>
    </w:p>
    <w:p w14:paraId="4E00B3E8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изменять последовательность изложения; </w:t>
      </w:r>
    </w:p>
    <w:p w14:paraId="54C5BB24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осуществлять литературное, стилистическое, художественное и техническое редактирование; </w:t>
      </w:r>
    </w:p>
    <w:p w14:paraId="1FAB6146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сокращать повторы, паузы, оговорки и несущественные фрагменты; </w:t>
      </w:r>
    </w:p>
    <w:p w14:paraId="4111994B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>исправлять орфографические, пунктуационные, грамматические и технические ошибки;</w:t>
      </w:r>
    </w:p>
    <w:p w14:paraId="14F204E1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осуществлять кадрирование, ретушь и цветокоррекцию изображений; </w:t>
      </w:r>
    </w:p>
    <w:p w14:paraId="3033730B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изменять размер, разрешение, формат и иные технические характеристики материалов; </w:t>
      </w:r>
    </w:p>
    <w:p w14:paraId="25C88E3F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>удалять из аудио- и видеозаписей шумы, помехи и технические дефекты;</w:t>
      </w:r>
    </w:p>
    <w:p w14:paraId="4B612E68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осуществлять аудио- и видеомонтаж; </w:t>
      </w:r>
    </w:p>
    <w:p w14:paraId="1E229597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синхронизировать изображение, голос, текст, музыку, иллюстрации и иные элементы результата; </w:t>
      </w:r>
    </w:p>
    <w:p w14:paraId="473CBE67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создавать субтитры, подписи, заголовки, разделы и пояснения; </w:t>
      </w:r>
    </w:p>
    <w:p w14:paraId="298ECAD4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форматировать и компоновать материалы; </w:t>
      </w:r>
    </w:p>
    <w:p w14:paraId="798BF570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включать материалы полностью или частично в состав результата; </w:t>
      </w:r>
    </w:p>
    <w:p w14:paraId="01381A7B" w14:textId="77777777" w:rsidR="00C66F44" w:rsidRPr="00C66F4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C66F44">
        <w:t xml:space="preserve">подготавливать макет и осуществлять верстку; </w:t>
      </w:r>
    </w:p>
    <w:p w14:paraId="498941C8" w14:textId="77777777" w:rsidR="00C66F44" w:rsidRPr="007509D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C66F44">
        <w:t>- </w:t>
      </w:r>
      <w:r w:rsidR="00E50F7D" w:rsidRPr="007509D4">
        <w:t xml:space="preserve">изготавливать согласованное количество бумажных, электронных и иных экземпляров результата; </w:t>
      </w:r>
    </w:p>
    <w:p w14:paraId="06A60036" w14:textId="77777777" w:rsidR="00C66F44" w:rsidRPr="007509D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t>- </w:t>
      </w:r>
      <w:r w:rsidR="00E50F7D" w:rsidRPr="007509D4">
        <w:t xml:space="preserve">сохранять результат в согласованных форматах; </w:t>
      </w:r>
    </w:p>
    <w:p w14:paraId="3741BA11" w14:textId="77777777" w:rsidR="00C66F44" w:rsidRPr="007509D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t>- </w:t>
      </w:r>
      <w:r w:rsidR="00E50F7D" w:rsidRPr="007509D4">
        <w:t xml:space="preserve">передавать результат Заказчику или иному конкретно согласованному получателю; </w:t>
      </w:r>
    </w:p>
    <w:p w14:paraId="3CB85A59" w14:textId="64E50395" w:rsidR="00E50F7D" w:rsidRPr="007509D4" w:rsidRDefault="00C66F44" w:rsidP="00C66F4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t xml:space="preserve">- </w:t>
      </w:r>
      <w:r w:rsidR="00E50F7D" w:rsidRPr="007509D4">
        <w:t xml:space="preserve">повторно передавать результат Заказчику в течение установленного срока хранения. </w:t>
      </w:r>
    </w:p>
    <w:p w14:paraId="076EDF67" w14:textId="72730039" w:rsidR="00E50F7D" w:rsidRPr="007509D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rPr>
          <w:rStyle w:val="af6"/>
        </w:rPr>
        <w:t>3.2.</w:t>
      </w:r>
      <w:r w:rsidR="007509D4" w:rsidRPr="007509D4">
        <w:t> </w:t>
      </w:r>
      <w:r w:rsidRPr="007509D4">
        <w:t>Исполнитель самостоятельно определяет техническую и редакционную последовательность совершения указанных действий, если это не изменяет согласованные характеристики результата.</w:t>
      </w:r>
    </w:p>
    <w:p w14:paraId="437D2871" w14:textId="640409D8" w:rsidR="00E50F7D" w:rsidRPr="007509D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rPr>
          <w:rStyle w:val="af6"/>
        </w:rPr>
        <w:t>3.3.</w:t>
      </w:r>
      <w:r w:rsidR="007509D4" w:rsidRPr="007509D4">
        <w:t> </w:t>
      </w:r>
      <w:r w:rsidRPr="007509D4">
        <w:t>Передача результата Заказчику или конкретно указанному получателю не признается распространением изображения, голоса или материалов интервью среди неопределенного круга лиц.</w:t>
      </w:r>
    </w:p>
    <w:p w14:paraId="33854F78" w14:textId="6B2A1FE9" w:rsidR="00E50F7D" w:rsidRPr="007509D4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09D4">
        <w:rPr>
          <w:rStyle w:val="af6"/>
        </w:rPr>
        <w:t>3.4.</w:t>
      </w:r>
      <w:r w:rsidR="007509D4" w:rsidRPr="007509D4">
        <w:t> </w:t>
      </w:r>
      <w:r w:rsidRPr="007509D4">
        <w:t>Заказчик вправе использовать изображение, голос и материалы интервью исключительно в составе переданного результата и с соблюдением прав и законных интересов Участника, третьих лиц и правообладателей.</w:t>
      </w:r>
    </w:p>
    <w:p w14:paraId="7352B184" w14:textId="77777777" w:rsidR="007509D4" w:rsidRPr="001B3878" w:rsidRDefault="007509D4" w:rsidP="007509D4">
      <w:pPr>
        <w:pStyle w:val="21"/>
        <w:spacing w:before="0" w:line="300" w:lineRule="exact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C466EF6" w14:textId="4A171A24" w:rsidR="00E50F7D" w:rsidRPr="001B3878" w:rsidRDefault="00E50F7D" w:rsidP="007509D4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B3878">
        <w:rPr>
          <w:rFonts w:ascii="Times New Roman" w:hAnsi="Times New Roman" w:cs="Times New Roman"/>
          <w:color w:val="auto"/>
          <w:szCs w:val="24"/>
          <w:lang w:val="ru-RU"/>
        </w:rPr>
        <w:t>4. ПРЕДЕЛЫ РЕДАКЦИОННОЙ И ТЕХНИЧЕСКОЙ ОБРАБОТКИ</w:t>
      </w:r>
    </w:p>
    <w:p w14:paraId="551B87F7" w14:textId="79AD82E2" w:rsidR="00E50F7D" w:rsidRPr="001B387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1B3878">
        <w:rPr>
          <w:rStyle w:val="af6"/>
        </w:rPr>
        <w:t>4.1.</w:t>
      </w:r>
      <w:r w:rsidR="001B3878" w:rsidRPr="001B3878">
        <w:t> </w:t>
      </w:r>
      <w:r w:rsidRPr="001B3878">
        <w:t>Исполнитель вправе осуществлять редакционную, художественную и техническую обработку материалов при условии, что такая обработка не направлена на намеренное искажение общего смысла высказываний Участника, создание от его имени несуществующих фактов</w:t>
      </w:r>
      <w:r w:rsidR="001B3878" w:rsidRPr="001B3878">
        <w:t>.</w:t>
      </w:r>
    </w:p>
    <w:p w14:paraId="1C3BFC34" w14:textId="0CB06378" w:rsidR="00E50F7D" w:rsidRPr="001B387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1B3878">
        <w:rPr>
          <w:rStyle w:val="af6"/>
        </w:rPr>
        <w:t>4.2.</w:t>
      </w:r>
      <w:r w:rsidR="001B3878" w:rsidRPr="001B3878">
        <w:t> </w:t>
      </w:r>
      <w:r w:rsidRPr="001B3878">
        <w:t>Допускаются изменение структуры и последовательности изложения, сокращение повторов, литературная обработка устной речи, объединение связанных фрагментов, подготовка заголовков, разделов и пояснений, а также иные редакционные действия, необходимые для создания связного и стилистически оформленного результата.</w:t>
      </w:r>
    </w:p>
    <w:p w14:paraId="444718D4" w14:textId="7E06D06D" w:rsidR="00E50F7D" w:rsidRPr="001B387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1B3878">
        <w:rPr>
          <w:rStyle w:val="af6"/>
        </w:rPr>
        <w:t>4.3.</w:t>
      </w:r>
      <w:r w:rsidR="001B3878">
        <w:t> </w:t>
      </w:r>
      <w:r w:rsidRPr="001B3878">
        <w:t>Исполнитель не осуществляет проверку достоверности, полноты, непротиворечивости, исторической, фактической, юридической, медицинской или иной точности сведений, сообщенных Участником либо содержащихся в переданных материалах</w:t>
      </w:r>
      <w:r w:rsidR="001B3878" w:rsidRPr="001B3878">
        <w:t>.</w:t>
      </w:r>
    </w:p>
    <w:p w14:paraId="769050DB" w14:textId="1D3D515E" w:rsidR="00E50F7D" w:rsidRPr="001B387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1B3878">
        <w:rPr>
          <w:rStyle w:val="af6"/>
        </w:rPr>
        <w:t>4.4.</w:t>
      </w:r>
      <w:r w:rsidR="001B3878">
        <w:t> </w:t>
      </w:r>
      <w:r w:rsidRPr="001B3878">
        <w:t>Включение сведений в результат не означает, что Исполнитель подтверждает их достоверность, разделяет изложенные мнения или принимает на себя ответственность за содержание сведений, сообщенных Участником или Заказчиком.</w:t>
      </w:r>
    </w:p>
    <w:p w14:paraId="6E61A342" w14:textId="77777777" w:rsidR="001B3878" w:rsidRDefault="001B3878" w:rsidP="001B3878">
      <w:pPr>
        <w:pStyle w:val="21"/>
        <w:spacing w:before="0" w:line="300" w:lineRule="exact"/>
        <w:jc w:val="both"/>
        <w:rPr>
          <w:rFonts w:ascii="Times New Roman" w:hAnsi="Times New Roman" w:cs="Times New Roman"/>
          <w:color w:val="FF0000"/>
          <w:szCs w:val="24"/>
          <w:lang w:val="ru-RU"/>
        </w:rPr>
      </w:pPr>
    </w:p>
    <w:p w14:paraId="3D87B566" w14:textId="1302D2E7" w:rsidR="00E50F7D" w:rsidRPr="000A40E8" w:rsidRDefault="00E50F7D" w:rsidP="001B3878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0A40E8">
        <w:rPr>
          <w:rFonts w:ascii="Times New Roman" w:hAnsi="Times New Roman" w:cs="Times New Roman"/>
          <w:color w:val="auto"/>
          <w:szCs w:val="24"/>
          <w:lang w:val="ru-RU"/>
        </w:rPr>
        <w:t>5. ПРИВЛЕЧЕНИЕ ТРЕТЬИХ ЛИЦ</w:t>
      </w:r>
    </w:p>
    <w:p w14:paraId="1240C8E8" w14:textId="77777777" w:rsidR="000A40E8" w:rsidRPr="000A40E8" w:rsidRDefault="00E50F7D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rPr>
          <w:rStyle w:val="af6"/>
        </w:rPr>
        <w:t>5.1.</w:t>
      </w:r>
      <w:r w:rsidR="000A40E8" w:rsidRPr="000A40E8">
        <w:t> </w:t>
      </w:r>
      <w:r w:rsidRPr="000A40E8">
        <w:t>Для подготовки, обработки, изготовления, хранения и передачи результата Исполнитель вправе поручать отдельные операции следующим категориям лиц:</w:t>
      </w:r>
    </w:p>
    <w:p w14:paraId="48BD2231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интервьюерам и координаторам; </w:t>
      </w:r>
    </w:p>
    <w:p w14:paraId="23C8C8BB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proofErr w:type="spellStart"/>
      <w:r w:rsidR="00E50F7D" w:rsidRPr="000A40E8">
        <w:t>транскрибаторам</w:t>
      </w:r>
      <w:proofErr w:type="spellEnd"/>
      <w:r w:rsidR="00E50F7D" w:rsidRPr="000A40E8">
        <w:t xml:space="preserve"> и специалистам по расшифровке записей; </w:t>
      </w:r>
    </w:p>
    <w:p w14:paraId="442F5B71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редакторам, литературным редакторам и корректорам; </w:t>
      </w:r>
    </w:p>
    <w:p w14:paraId="036868C1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фотографам, ретушерам и специалистам по обработке изображений; </w:t>
      </w:r>
    </w:p>
    <w:p w14:paraId="49B90B73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дизайнерам, иллюстраторам и верстальщикам; </w:t>
      </w:r>
    </w:p>
    <w:p w14:paraId="38E594CB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звукорежиссерам и специалистам по обработке звука; </w:t>
      </w:r>
    </w:p>
    <w:p w14:paraId="0369565D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специалистам по аудио- и видеомонтажу; </w:t>
      </w:r>
    </w:p>
    <w:p w14:paraId="6AEBDC67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специалистам по обработке документов и архивных материалов; </w:t>
      </w:r>
    </w:p>
    <w:p w14:paraId="01A0F33F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типографиям, полиграфическим организациям и изготовителям материальных носителей; </w:t>
      </w:r>
    </w:p>
    <w:p w14:paraId="1C06EAD9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поставщикам программного обеспечения, используемого для подготовки результата; </w:t>
      </w:r>
    </w:p>
    <w:p w14:paraId="3C19C323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хостинг-провайдерам и поставщикам защищенных облачных хранилищ; </w:t>
      </w:r>
    </w:p>
    <w:p w14:paraId="36F8204B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поставщикам сервисов передачи, резервного копирования и восстановления файлов; </w:t>
      </w:r>
    </w:p>
    <w:p w14:paraId="7C822F00" w14:textId="77777777" w:rsidR="000A40E8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службам доставки и перевозчикам; </w:t>
      </w:r>
    </w:p>
    <w:p w14:paraId="595376EC" w14:textId="4C6FA6F2" w:rsidR="00E50F7D" w:rsidRPr="000A40E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t>- </w:t>
      </w:r>
      <w:r w:rsidR="00E50F7D" w:rsidRPr="000A40E8">
        <w:t xml:space="preserve">лицам, обеспечивающим техническое сопровождение, защиту информации и работоспособность информационных систем. </w:t>
      </w:r>
    </w:p>
    <w:p w14:paraId="72061319" w14:textId="4881542A" w:rsidR="00E50F7D" w:rsidRPr="000A40E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rPr>
          <w:rStyle w:val="af6"/>
        </w:rPr>
        <w:t>5.2.</w:t>
      </w:r>
      <w:r w:rsidR="000A40E8" w:rsidRPr="000A40E8">
        <w:t> </w:t>
      </w:r>
      <w:r w:rsidRPr="000A40E8">
        <w:t>Указанным лицам предоставляются только те изображения, записи, сведения и материалы, которые необходимы для выполнения конкретной порученной операции.</w:t>
      </w:r>
    </w:p>
    <w:p w14:paraId="6E179E57" w14:textId="5F9E7865" w:rsidR="00E50F7D" w:rsidRPr="000A40E8" w:rsidRDefault="00E50F7D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0A40E8">
        <w:rPr>
          <w:rStyle w:val="af6"/>
        </w:rPr>
        <w:t>5.3.</w:t>
      </w:r>
      <w:r w:rsidR="000A40E8" w:rsidRPr="000A40E8">
        <w:t> </w:t>
      </w:r>
      <w:r w:rsidRPr="000A40E8">
        <w:t>Привлеченные лица обязаны соблюдать конфиденциальность, обеспечивать безопасность полученных материалов, выполнять требования Исполнителя и не использовать изображение, голос или материалы интервью в собственных целях.</w:t>
      </w:r>
    </w:p>
    <w:p w14:paraId="0CE030EA" w14:textId="77777777" w:rsidR="000A40E8" w:rsidRDefault="000A40E8" w:rsidP="000A40E8">
      <w:pPr>
        <w:pStyle w:val="21"/>
        <w:spacing w:before="0" w:line="300" w:lineRule="exact"/>
        <w:jc w:val="both"/>
        <w:rPr>
          <w:rFonts w:ascii="Times New Roman" w:hAnsi="Times New Roman" w:cs="Times New Roman"/>
          <w:color w:val="FF0000"/>
          <w:szCs w:val="24"/>
          <w:lang w:val="ru-RU"/>
        </w:rPr>
      </w:pPr>
    </w:p>
    <w:p w14:paraId="25BD46E5" w14:textId="70722B04" w:rsidR="00E50F7D" w:rsidRPr="000A40E8" w:rsidRDefault="000A40E8" w:rsidP="000A40E8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>
        <w:rPr>
          <w:rFonts w:ascii="Times New Roman" w:hAnsi="Times New Roman" w:cs="Times New Roman"/>
          <w:color w:val="auto"/>
          <w:szCs w:val="24"/>
          <w:lang w:val="ru-RU"/>
        </w:rPr>
        <w:t>6</w:t>
      </w:r>
      <w:r w:rsidR="00E50F7D" w:rsidRPr="000A40E8">
        <w:rPr>
          <w:rFonts w:ascii="Times New Roman" w:hAnsi="Times New Roman" w:cs="Times New Roman"/>
          <w:color w:val="auto"/>
          <w:szCs w:val="24"/>
          <w:lang w:val="ru-RU"/>
        </w:rPr>
        <w:t>. СРОК</w:t>
      </w:r>
      <w:r w:rsidRPr="000A40E8">
        <w:rPr>
          <w:rFonts w:ascii="Times New Roman" w:hAnsi="Times New Roman" w:cs="Times New Roman"/>
          <w:color w:val="auto"/>
          <w:szCs w:val="24"/>
          <w:lang w:val="ru-RU"/>
        </w:rPr>
        <w:t xml:space="preserve"> И </w:t>
      </w:r>
      <w:r w:rsidR="00E50F7D" w:rsidRPr="000A40E8">
        <w:rPr>
          <w:rFonts w:ascii="Times New Roman" w:hAnsi="Times New Roman" w:cs="Times New Roman"/>
          <w:color w:val="auto"/>
          <w:szCs w:val="24"/>
          <w:lang w:val="ru-RU"/>
        </w:rPr>
        <w:t xml:space="preserve">ТЕРРИТОРИЯ </w:t>
      </w:r>
    </w:p>
    <w:p w14:paraId="695580E7" w14:textId="1B661FD5" w:rsidR="00E50F7D" w:rsidRPr="000A40E8" w:rsidRDefault="000A40E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6</w:t>
      </w:r>
      <w:r w:rsidR="00E50F7D" w:rsidRPr="000A40E8">
        <w:rPr>
          <w:rStyle w:val="af6"/>
        </w:rPr>
        <w:t>.1.</w:t>
      </w:r>
      <w:r>
        <w:t> </w:t>
      </w:r>
      <w:r w:rsidR="00E50F7D" w:rsidRPr="000A40E8">
        <w:t>Настоящее согласие действует с даты его предоставления в течение срока создания, согласования, изготовления и передачи результата, а также последующего правомерного использования переданного результата Заказчиком.</w:t>
      </w:r>
    </w:p>
    <w:p w14:paraId="103F0339" w14:textId="26DF1295" w:rsidR="00E50F7D" w:rsidRPr="000A40E8" w:rsidRDefault="000A40E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6</w:t>
      </w:r>
      <w:r w:rsidR="00E50F7D" w:rsidRPr="000A40E8">
        <w:rPr>
          <w:rStyle w:val="af6"/>
        </w:rPr>
        <w:t>.2.</w:t>
      </w:r>
      <w:r>
        <w:t> </w:t>
      </w:r>
      <w:r w:rsidR="00E50F7D" w:rsidRPr="000A40E8">
        <w:t>Территория использования изображения, голоса и материалов интервью — весь мир, поскольку создание, хранение, передача электронного результата и его правомерное использование Заказчиком могут осуществляться посредством сети Интернет.</w:t>
      </w:r>
    </w:p>
    <w:p w14:paraId="5C6B6B5C" w14:textId="4DBB5474" w:rsidR="00E50F7D" w:rsidRPr="000A40E8" w:rsidRDefault="000A40E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6</w:t>
      </w:r>
      <w:r w:rsidR="00E50F7D" w:rsidRPr="000A40E8">
        <w:rPr>
          <w:rStyle w:val="af6"/>
        </w:rPr>
        <w:t>.3.</w:t>
      </w:r>
      <w:r>
        <w:t> </w:t>
      </w:r>
      <w:r w:rsidR="00E50F7D" w:rsidRPr="000A40E8">
        <w:t>Настоящее согласие предоставляется безвозмездно. Отдельное вознаграждение за использование изображения, голоса и материалов интервью Участнику не выплачивается</w:t>
      </w:r>
      <w:r w:rsidRPr="000A40E8">
        <w:t>.</w:t>
      </w:r>
    </w:p>
    <w:p w14:paraId="72C492FD" w14:textId="77777777" w:rsidR="000A40E8" w:rsidRPr="00E50F7D" w:rsidRDefault="000A40E8" w:rsidP="00E50F7D">
      <w:pPr>
        <w:pStyle w:val="aff8"/>
        <w:spacing w:before="0" w:beforeAutospacing="0" w:after="0" w:afterAutospacing="0" w:line="300" w:lineRule="exact"/>
        <w:ind w:firstLine="567"/>
        <w:jc w:val="both"/>
        <w:rPr>
          <w:color w:val="FF0000"/>
        </w:rPr>
      </w:pPr>
    </w:p>
    <w:p w14:paraId="20029778" w14:textId="745922B9" w:rsidR="00E50F7D" w:rsidRPr="00481988" w:rsidRDefault="000A40E8" w:rsidP="000A40E8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481988">
        <w:rPr>
          <w:rFonts w:ascii="Times New Roman" w:hAnsi="Times New Roman" w:cs="Times New Roman"/>
          <w:color w:val="auto"/>
          <w:szCs w:val="24"/>
          <w:lang w:val="ru-RU"/>
        </w:rPr>
        <w:t>7</w:t>
      </w:r>
      <w:r w:rsidR="00E50F7D" w:rsidRPr="00481988">
        <w:rPr>
          <w:rFonts w:ascii="Times New Roman" w:hAnsi="Times New Roman" w:cs="Times New Roman"/>
          <w:color w:val="auto"/>
          <w:szCs w:val="24"/>
          <w:lang w:val="ru-RU"/>
        </w:rPr>
        <w:t>. ПРЕКРАЩЕНИЕ ИСПОЛЬЗОВАНИЯ</w:t>
      </w:r>
    </w:p>
    <w:p w14:paraId="39480A53" w14:textId="071DBB61" w:rsidR="000A40E8" w:rsidRPr="0048198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rPr>
          <w:rStyle w:val="af6"/>
        </w:rPr>
        <w:t>7</w:t>
      </w:r>
      <w:r w:rsidR="00E50F7D" w:rsidRPr="00481988">
        <w:rPr>
          <w:rStyle w:val="af6"/>
        </w:rPr>
        <w:t>.1.</w:t>
      </w:r>
      <w:r w:rsidRPr="00481988">
        <w:t> </w:t>
      </w:r>
      <w:r w:rsidR="00E50F7D" w:rsidRPr="00481988">
        <w:t>Участник вправе направить Исполнителю письменное требование о прекращении дальнейшего использования своего изображения, голоса и материалов интервью:</w:t>
      </w:r>
    </w:p>
    <w:p w14:paraId="38CC598A" w14:textId="54B9CEF8" w:rsidR="00E50F7D" w:rsidRPr="00481988" w:rsidRDefault="000A40E8" w:rsidP="000A40E8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t>- </w:t>
      </w:r>
      <w:r w:rsidR="00E50F7D" w:rsidRPr="00481988">
        <w:t>по почтовому адресу</w:t>
      </w:r>
      <w:r w:rsidRPr="00481988">
        <w:t xml:space="preserve"> Исполнителя;</w:t>
      </w:r>
    </w:p>
    <w:p w14:paraId="1293C84B" w14:textId="4E19D3BF" w:rsidR="00E50F7D" w:rsidRPr="00481988" w:rsidRDefault="000A40E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t>- </w:t>
      </w:r>
      <w:r w:rsidR="00E50F7D" w:rsidRPr="00481988">
        <w:t>по адресу электронной почты</w:t>
      </w:r>
      <w:r w:rsidRPr="00481988">
        <w:t xml:space="preserve"> Исполнителя.</w:t>
      </w:r>
    </w:p>
    <w:p w14:paraId="4A77B1D3" w14:textId="20E8B959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rPr>
          <w:rStyle w:val="af6"/>
        </w:rPr>
        <w:t>7</w:t>
      </w:r>
      <w:r w:rsidR="00E50F7D" w:rsidRPr="00481988">
        <w:rPr>
          <w:rStyle w:val="af6"/>
        </w:rPr>
        <w:t>.2.</w:t>
      </w:r>
      <w:r w:rsidRPr="00481988">
        <w:t> </w:t>
      </w:r>
      <w:r w:rsidR="00E50F7D" w:rsidRPr="00481988">
        <w:t>Требование должно содержать сведения, позволяющие идентифицировать Участника, Индивидуальный заказ и материалы, в отношении которых направлено требование.</w:t>
      </w:r>
    </w:p>
    <w:p w14:paraId="6CEDB78D" w14:textId="2D35A65D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7</w:t>
      </w:r>
      <w:r w:rsidR="00E50F7D" w:rsidRPr="00481988">
        <w:rPr>
          <w:rStyle w:val="af6"/>
        </w:rPr>
        <w:t>.3.</w:t>
      </w:r>
      <w:r w:rsidRPr="00481988">
        <w:t> </w:t>
      </w:r>
      <w:r w:rsidR="00E50F7D" w:rsidRPr="00481988">
        <w:t>Если требование получено до завершения создания и передачи результата, Исполнитель вправе приостановить дальнейшие работы, исключить соответствующие материалы из результата либо прекратить исполнение зависящей от них части Индивидуального заказа. Срок исполнения в таком случае продлевается на период приостановления и переработки результата.</w:t>
      </w:r>
    </w:p>
    <w:p w14:paraId="76A79C7F" w14:textId="25B320F4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7</w:t>
      </w:r>
      <w:r w:rsidR="00E50F7D" w:rsidRPr="00481988">
        <w:rPr>
          <w:rStyle w:val="af6"/>
        </w:rPr>
        <w:t>.4.</w:t>
      </w:r>
      <w:r>
        <w:t> </w:t>
      </w:r>
      <w:r w:rsidR="00E50F7D" w:rsidRPr="00481988">
        <w:t>Прекращение согласия не влияет на правомерность действий, совершенных до получения соответствующего требования, и само по себе не влечет автоматического изъятия или уничтожения ранее изготовленных и переданных экземпляров результата, если иное не предусмотрено законодательством Российской Федерации или вступившим в законную силу судебным актом.</w:t>
      </w:r>
    </w:p>
    <w:p w14:paraId="43B2FFD1" w14:textId="77777777" w:rsidR="00481988" w:rsidRPr="00481988" w:rsidRDefault="00481988" w:rsidP="00481988">
      <w:pPr>
        <w:pStyle w:val="21"/>
        <w:spacing w:before="0" w:line="300" w:lineRule="exact"/>
        <w:jc w:val="both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26CEA1CE" w14:textId="1930F22F" w:rsidR="00E50F7D" w:rsidRPr="00481988" w:rsidRDefault="00481988" w:rsidP="00481988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481988">
        <w:rPr>
          <w:rFonts w:ascii="Times New Roman" w:hAnsi="Times New Roman" w:cs="Times New Roman"/>
          <w:color w:val="auto"/>
          <w:szCs w:val="24"/>
          <w:lang w:val="ru-RU"/>
        </w:rPr>
        <w:t>8</w:t>
      </w:r>
      <w:r w:rsidR="00E50F7D" w:rsidRPr="00481988">
        <w:rPr>
          <w:rFonts w:ascii="Times New Roman" w:hAnsi="Times New Roman" w:cs="Times New Roman"/>
          <w:color w:val="auto"/>
          <w:szCs w:val="24"/>
          <w:lang w:val="ru-RU"/>
        </w:rPr>
        <w:t>. ПОДТВЕРЖДЕНИЯ УЧАСТНИКА</w:t>
      </w:r>
    </w:p>
    <w:p w14:paraId="60221FF2" w14:textId="2797B32F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rPr>
          <w:rStyle w:val="af6"/>
        </w:rPr>
        <w:t>8</w:t>
      </w:r>
      <w:r w:rsidR="00E50F7D" w:rsidRPr="00481988">
        <w:rPr>
          <w:rStyle w:val="af6"/>
        </w:rPr>
        <w:t>.1.</w:t>
      </w:r>
      <w:r w:rsidRPr="00481988">
        <w:t> </w:t>
      </w:r>
      <w:r w:rsidR="00E50F7D" w:rsidRPr="00481988">
        <w:t>Я подтверждаю, что содержание, цель, способы и последствия использования моего изображения, голоса и материалов интервью мне понятны.</w:t>
      </w:r>
    </w:p>
    <w:p w14:paraId="18307C08" w14:textId="02EF7673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 w:rsidRPr="00481988">
        <w:rPr>
          <w:rStyle w:val="af6"/>
        </w:rPr>
        <w:t>8</w:t>
      </w:r>
      <w:r w:rsidR="00E50F7D" w:rsidRPr="00481988">
        <w:rPr>
          <w:rStyle w:val="af6"/>
        </w:rPr>
        <w:t>.2.</w:t>
      </w:r>
      <w:r w:rsidRPr="00481988">
        <w:t> </w:t>
      </w:r>
      <w:r w:rsidR="00E50F7D" w:rsidRPr="00481988">
        <w:t>Я подтверждаю, что настоящее согласие предоставляется в отношении всего состава материалов и всех способов использования, предусмотренных настоящим документом, без исключения отдельных материалов или операций.</w:t>
      </w:r>
    </w:p>
    <w:p w14:paraId="1712EEB7" w14:textId="2E86EEB4" w:rsidR="00E50F7D" w:rsidRPr="00481988" w:rsidRDefault="00481988" w:rsidP="00E50F7D">
      <w:pPr>
        <w:pStyle w:val="aff8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8</w:t>
      </w:r>
      <w:r w:rsidR="00E50F7D" w:rsidRPr="00481988">
        <w:rPr>
          <w:rStyle w:val="af6"/>
        </w:rPr>
        <w:t>.3.</w:t>
      </w:r>
      <w:r>
        <w:t> </w:t>
      </w:r>
      <w:r w:rsidR="00E50F7D" w:rsidRPr="00481988">
        <w:t>Я подтверждаю, что передал(а) материалы Исполнителю правомерно и сообщил(а) Исполнителю о материалах, принадлежащих третьим лицам или требующих получения отдельного разрешения правообладателя.</w:t>
      </w:r>
    </w:p>
    <w:p w14:paraId="04A642DC" w14:textId="38E43665" w:rsidR="008D36F2" w:rsidRPr="00E50F7D" w:rsidRDefault="008D36F2" w:rsidP="00E50F7D">
      <w:pPr>
        <w:rPr>
          <w:lang w:val="ru-RU"/>
        </w:rPr>
      </w:pPr>
    </w:p>
    <w:sectPr w:rsidR="008D36F2" w:rsidRPr="00E50F7D" w:rsidSect="0002345D">
      <w:footerReference w:type="default" r:id="rId9"/>
      <w:pgSz w:w="12240" w:h="15840"/>
      <w:pgMar w:top="851" w:right="1020" w:bottom="993" w:left="1304" w:header="720" w:footer="2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30944F" w14:textId="77777777" w:rsidR="00BE2F37" w:rsidRDefault="00BE2F37" w:rsidP="0002345D">
      <w:pPr>
        <w:spacing w:after="0" w:line="240" w:lineRule="auto"/>
      </w:pPr>
      <w:r>
        <w:separator/>
      </w:r>
    </w:p>
  </w:endnote>
  <w:endnote w:type="continuationSeparator" w:id="0">
    <w:p w14:paraId="4E066ACA" w14:textId="77777777" w:rsidR="00BE2F37" w:rsidRDefault="00BE2F37" w:rsidP="0002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641170"/>
      <w:docPartObj>
        <w:docPartGallery w:val="Page Numbers (Bottom of Page)"/>
        <w:docPartUnique/>
      </w:docPartObj>
    </w:sdtPr>
    <w:sdtEndPr/>
    <w:sdtContent>
      <w:p w14:paraId="2441724A" w14:textId="557D6E98" w:rsidR="0002345D" w:rsidRDefault="0002345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3D9B866" w14:textId="77777777" w:rsidR="0002345D" w:rsidRDefault="000234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60823" w14:textId="77777777" w:rsidR="00BE2F37" w:rsidRDefault="00BE2F37" w:rsidP="0002345D">
      <w:pPr>
        <w:spacing w:after="0" w:line="240" w:lineRule="auto"/>
      </w:pPr>
      <w:r>
        <w:separator/>
      </w:r>
    </w:p>
  </w:footnote>
  <w:footnote w:type="continuationSeparator" w:id="0">
    <w:p w14:paraId="27E6A71D" w14:textId="77777777" w:rsidR="00BE2F37" w:rsidRDefault="00BE2F37" w:rsidP="00023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CA56E0"/>
    <w:multiLevelType w:val="multilevel"/>
    <w:tmpl w:val="4BE8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150DD9"/>
    <w:multiLevelType w:val="multilevel"/>
    <w:tmpl w:val="C664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B80C73"/>
    <w:multiLevelType w:val="multilevel"/>
    <w:tmpl w:val="A0F2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455538"/>
    <w:multiLevelType w:val="multilevel"/>
    <w:tmpl w:val="24C2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50F01"/>
    <w:multiLevelType w:val="multilevel"/>
    <w:tmpl w:val="98EC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174B94"/>
    <w:multiLevelType w:val="multilevel"/>
    <w:tmpl w:val="7FF2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397404"/>
    <w:multiLevelType w:val="multilevel"/>
    <w:tmpl w:val="120A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5457F"/>
    <w:multiLevelType w:val="multilevel"/>
    <w:tmpl w:val="DD56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3"/>
  </w:num>
  <w:num w:numId="13">
    <w:abstractNumId w:val="1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45D"/>
    <w:rsid w:val="00034616"/>
    <w:rsid w:val="0006063C"/>
    <w:rsid w:val="0008151A"/>
    <w:rsid w:val="000A40E8"/>
    <w:rsid w:val="0015074B"/>
    <w:rsid w:val="001B3878"/>
    <w:rsid w:val="0029639D"/>
    <w:rsid w:val="002B10DE"/>
    <w:rsid w:val="00326F90"/>
    <w:rsid w:val="00481988"/>
    <w:rsid w:val="007509D4"/>
    <w:rsid w:val="008D36F2"/>
    <w:rsid w:val="00A84913"/>
    <w:rsid w:val="00AA1D8D"/>
    <w:rsid w:val="00B47730"/>
    <w:rsid w:val="00BE2F37"/>
    <w:rsid w:val="00C66F44"/>
    <w:rsid w:val="00CB0664"/>
    <w:rsid w:val="00E33304"/>
    <w:rsid w:val="00E50F7D"/>
    <w:rsid w:val="00F01F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57E6A0B"/>
  <w14:defaultImageDpi w14:val="300"/>
  <w15:docId w15:val="{9DC0C0B7-4E1D-485F-AB32-A2043716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E50F7D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C66F44"/>
    <w:rPr>
      <w:color w:val="0000FF" w:themeColor="hyperlink"/>
      <w:u w:val="single"/>
    </w:rPr>
  </w:style>
  <w:style w:type="paragraph" w:styleId="affa">
    <w:name w:val="Balloon Text"/>
    <w:basedOn w:val="a1"/>
    <w:link w:val="affb"/>
    <w:uiPriority w:val="99"/>
    <w:semiHidden/>
    <w:unhideWhenUsed/>
    <w:rsid w:val="002B1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2B10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06E768-49C0-4806-9E5F-DF413471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1489</Words>
  <Characters>8493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11</cp:revision>
  <cp:lastPrinted>2026-07-29T11:50:00Z</cp:lastPrinted>
  <dcterms:created xsi:type="dcterms:W3CDTF">2013-12-23T23:15:00Z</dcterms:created>
  <dcterms:modified xsi:type="dcterms:W3CDTF">2026-07-29T13:06:00Z</dcterms:modified>
  <cp:category/>
</cp:coreProperties>
</file>