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8DD8" w14:textId="397A1EC3" w:rsidR="00927628" w:rsidRDefault="0068443D" w:rsidP="00927628">
      <w:pPr>
        <w:spacing w:after="0" w:line="300" w:lineRule="atLeast"/>
        <w:jc w:val="center"/>
        <w:rPr>
          <w:b/>
          <w:bCs/>
          <w:color w:val="auto"/>
          <w:lang w:val="ru-RU"/>
        </w:rPr>
      </w:pPr>
      <w:r w:rsidRPr="00927628">
        <w:rPr>
          <w:b/>
          <w:bCs/>
          <w:color w:val="auto"/>
          <w:lang w:val="ru-RU"/>
        </w:rPr>
        <w:t xml:space="preserve">СОГЛАСИЕ НА </w:t>
      </w:r>
      <w:r w:rsidR="00927628" w:rsidRPr="00927628">
        <w:rPr>
          <w:b/>
          <w:bCs/>
          <w:color w:val="auto"/>
          <w:lang w:val="ru-RU"/>
        </w:rPr>
        <w:t xml:space="preserve">ОБРАБОТКУ </w:t>
      </w:r>
      <w:r w:rsidR="00FB7B6B" w:rsidRPr="00927628">
        <w:rPr>
          <w:b/>
          <w:bCs/>
          <w:color w:val="auto"/>
          <w:lang w:val="ru-RU"/>
        </w:rPr>
        <w:t>ПЕРСОНАЛЬНЫХ ДАННЫХ</w:t>
      </w:r>
      <w:r w:rsidR="00FB7B6B" w:rsidRPr="00FB7B6B">
        <w:rPr>
          <w:b/>
          <w:bCs/>
          <w:color w:val="auto"/>
          <w:lang w:val="ru-RU"/>
        </w:rPr>
        <w:t xml:space="preserve"> ДЛЯ РЕДАКЦИОННОЙ ОБРАБОТКИ МАТЕРИАЛОВ ИНТЕРВЬЮ</w:t>
      </w:r>
    </w:p>
    <w:p w14:paraId="1CFAFF6D" w14:textId="77777777" w:rsidR="00126018" w:rsidRPr="00FB7B6B" w:rsidRDefault="00126018" w:rsidP="00927628">
      <w:pPr>
        <w:spacing w:after="0" w:line="300" w:lineRule="atLeast"/>
        <w:jc w:val="center"/>
        <w:rPr>
          <w:color w:val="auto"/>
          <w:lang w:val="ru-RU"/>
        </w:rPr>
      </w:pPr>
    </w:p>
    <w:p w14:paraId="0B5DE1E1" w14:textId="29537AB0" w:rsidR="00680BAB" w:rsidRPr="003D79BD" w:rsidRDefault="00680BAB" w:rsidP="0068443D">
      <w:pPr>
        <w:spacing w:after="0" w:line="300" w:lineRule="atLeast"/>
        <w:ind w:firstLine="567"/>
        <w:jc w:val="both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r w:rsidR="000142CC">
        <w:fldChar w:fldCharType="begin"/>
      </w:r>
      <w:r w:rsidR="000142CC" w:rsidRPr="00F763C6">
        <w:rPr>
          <w:lang w:val="ru-RU"/>
        </w:rPr>
        <w:instrText xml:space="preserve"> </w:instrText>
      </w:r>
      <w:r w:rsidR="000142CC">
        <w:instrText>HYPERLINK</w:instrText>
      </w:r>
      <w:r w:rsidR="000142CC" w:rsidRPr="00F763C6">
        <w:rPr>
          <w:lang w:val="ru-RU"/>
        </w:rPr>
        <w:instrText xml:space="preserve"> "</w:instrText>
      </w:r>
      <w:r w:rsidR="000142CC">
        <w:instrText>https</w:instrText>
      </w:r>
      <w:r w:rsidR="000142CC" w:rsidRPr="00F763C6">
        <w:rPr>
          <w:lang w:val="ru-RU"/>
        </w:rPr>
        <w:instrText xml:space="preserve">://это-моя-жизнь.рф" </w:instrText>
      </w:r>
      <w:r w:rsidR="000142CC">
        <w:fldChar w:fldCharType="separate"/>
      </w:r>
      <w:r w:rsidR="000412B3" w:rsidRPr="004B2999">
        <w:rPr>
          <w:rStyle w:val="aff9"/>
          <w:rFonts w:cs="Times New Roman"/>
          <w:szCs w:val="24"/>
        </w:rPr>
        <w:t>https</w:t>
      </w:r>
      <w:r w:rsidR="000412B3" w:rsidRPr="004B2999">
        <w:rPr>
          <w:rStyle w:val="aff9"/>
          <w:rFonts w:cs="Times New Roman"/>
          <w:szCs w:val="24"/>
          <w:lang w:val="ru-RU"/>
        </w:rPr>
        <w:t>://это-моя-</w:t>
      </w:r>
      <w:proofErr w:type="spellStart"/>
      <w:r w:rsidR="000412B3" w:rsidRPr="004B2999">
        <w:rPr>
          <w:rStyle w:val="aff9"/>
          <w:rFonts w:cs="Times New Roman"/>
          <w:szCs w:val="24"/>
          <w:lang w:val="ru-RU"/>
        </w:rPr>
        <w:t>жизнь.рф</w:t>
      </w:r>
      <w:proofErr w:type="spellEnd"/>
      <w:r w:rsidR="000142CC">
        <w:rPr>
          <w:rStyle w:val="aff9"/>
          <w:rFonts w:cs="Times New Roman"/>
          <w:szCs w:val="24"/>
          <w:lang w:val="ru-RU"/>
        </w:rPr>
        <w:fldChar w:fldCharType="end"/>
      </w:r>
      <w:r w:rsidR="000412B3">
        <w:rPr>
          <w:rFonts w:cs="Times New Roman"/>
          <w:szCs w:val="24"/>
          <w:lang w:val="ru-RU"/>
        </w:rPr>
        <w:t xml:space="preserve"> </w:t>
      </w:r>
      <w:r w:rsidR="00ED68C6">
        <w:rPr>
          <w:rFonts w:cs="Times New Roman"/>
          <w:szCs w:val="24"/>
          <w:lang w:val="ru-RU"/>
        </w:rPr>
        <w:t>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 на следующих условиях</w:t>
      </w:r>
      <w:r>
        <w:rPr>
          <w:rFonts w:cs="Times New Roman"/>
          <w:szCs w:val="24"/>
          <w:lang w:val="ru-RU"/>
        </w:rPr>
        <w:t>:</w:t>
      </w:r>
    </w:p>
    <w:p w14:paraId="2BAF375A" w14:textId="77777777" w:rsidR="00680BAB" w:rsidRDefault="00680BAB" w:rsidP="00680BAB">
      <w:pPr>
        <w:pStyle w:val="isselectedend"/>
        <w:spacing w:before="0" w:beforeAutospacing="0" w:after="0" w:afterAutospacing="0" w:line="300" w:lineRule="exact"/>
        <w:jc w:val="center"/>
      </w:pPr>
    </w:p>
    <w:p w14:paraId="7BEB3D86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AA448FA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5B9045B5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48CF1502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04805707" w14:textId="2D0A7B1F" w:rsidR="003F3CD4" w:rsidRPr="003F3CD4" w:rsidRDefault="00680BAB" w:rsidP="0068443D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2DD6061B" w14:textId="06B51680" w:rsidR="003F3CD4" w:rsidRPr="00ED68C6" w:rsidRDefault="003F3CD4" w:rsidP="003F3CD4">
      <w:pPr>
        <w:spacing w:after="0" w:line="300" w:lineRule="exact"/>
        <w:ind w:firstLine="567"/>
        <w:jc w:val="both"/>
        <w:rPr>
          <w:rFonts w:cs="Times New Roman"/>
          <w:color w:val="auto"/>
          <w:lang w:val="ru-RU"/>
        </w:rPr>
      </w:pPr>
    </w:p>
    <w:p w14:paraId="02437003" w14:textId="7D8F45D2" w:rsidR="00436811" w:rsidRPr="00436811" w:rsidRDefault="003F3CD4" w:rsidP="00436811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 w:val="27"/>
          <w:lang w:val="ru-RU"/>
        </w:rPr>
      </w:pPr>
      <w:r w:rsidRPr="00ED68C6">
        <w:rPr>
          <w:rFonts w:ascii="Times New Roman" w:hAnsi="Times New Roman" w:cs="Times New Roman"/>
          <w:color w:val="auto"/>
          <w:lang w:val="ru-RU"/>
        </w:rPr>
        <w:t>2. ОБЪЕМ И ЦЕЛЬ ОБРАБОТКИ</w:t>
      </w:r>
    </w:p>
    <w:p w14:paraId="133712C9" w14:textId="62523DDB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2.1.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Для редакционной обработки материалов интервью Оператор вправе обрабатывать следующие персональные данные </w:t>
      </w:r>
      <w:r w:rsidR="002E2DD4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FB7B6B">
        <w:rPr>
          <w:rFonts w:cs="Times New Roman"/>
          <w:color w:val="auto"/>
          <w:szCs w:val="24"/>
          <w:lang w:val="ru-RU" w:eastAsia="ru-RU"/>
        </w:rPr>
        <w:t>:</w:t>
      </w:r>
    </w:p>
    <w:p w14:paraId="7F11708E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фамилию, имя и отчество; </w:t>
      </w:r>
    </w:p>
    <w:p w14:paraId="25133712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текстовую расшифровку интервью; </w:t>
      </w:r>
    </w:p>
    <w:p w14:paraId="6A0188A8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письменные ответы и пояснения </w:t>
      </w:r>
      <w:r>
        <w:rPr>
          <w:rFonts w:cs="Times New Roman"/>
          <w:color w:val="auto"/>
          <w:szCs w:val="24"/>
          <w:lang w:val="ru-RU" w:eastAsia="ru-RU"/>
        </w:rPr>
        <w:t>Пользователя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; </w:t>
      </w:r>
    </w:p>
    <w:p w14:paraId="24FCCB14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биографические и семейные сведения; </w:t>
      </w:r>
    </w:p>
    <w:p w14:paraId="6F906139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сведения о датах, местах, событиях и лицах; </w:t>
      </w:r>
    </w:p>
    <w:p w14:paraId="2F56444D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цитаты и воспоминания; </w:t>
      </w:r>
    </w:p>
    <w:p w14:paraId="3CB7FB2D" w14:textId="2684FC28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специальные категории персональных данных, добровольно сообщенные </w:t>
      </w:r>
      <w:r w:rsidR="002E2DD4">
        <w:rPr>
          <w:rFonts w:cs="Times New Roman"/>
          <w:color w:val="auto"/>
          <w:szCs w:val="24"/>
          <w:lang w:val="ru-RU" w:eastAsia="ru-RU"/>
        </w:rPr>
        <w:t>Пользователем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, если их обработка охватывается настоящим письменным согласием; </w:t>
      </w:r>
    </w:p>
    <w:p w14:paraId="10F15096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фотографии, письма, документы и иные материалы, если они непосредственно необходимы для подготовки текста; </w:t>
      </w:r>
    </w:p>
    <w:p w14:paraId="582AE3FF" w14:textId="0C7BE58B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замечания, дополнения и правки </w:t>
      </w:r>
      <w:r>
        <w:rPr>
          <w:rFonts w:cs="Times New Roman"/>
          <w:color w:val="auto"/>
          <w:szCs w:val="24"/>
          <w:lang w:val="ru-RU" w:eastAsia="ru-RU"/>
        </w:rPr>
        <w:t>Пользователя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; </w:t>
      </w:r>
    </w:p>
    <w:p w14:paraId="5EF83E65" w14:textId="77777777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рабочие, промежуточные и согласованные редакции текста; </w:t>
      </w:r>
    </w:p>
    <w:p w14:paraId="78726206" w14:textId="34DB27A6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сведения об Индивидуальном заказе, необходимые для идентификации материалов. </w:t>
      </w:r>
    </w:p>
    <w:p w14:paraId="572765C8" w14:textId="4B8F9FAB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2.2.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>Персональные данные обрабатываются исключительно в целях подготовки на основании материалов интервью связного, структурированного и стилистически оформленного текста в рамках Индивидуального заказа</w:t>
      </w:r>
      <w:r>
        <w:rPr>
          <w:rFonts w:cs="Times New Roman"/>
          <w:color w:val="auto"/>
          <w:szCs w:val="24"/>
          <w:lang w:val="ru-RU" w:eastAsia="ru-RU"/>
        </w:rPr>
        <w:t>.</w:t>
      </w:r>
    </w:p>
    <w:p w14:paraId="1D789ABA" w14:textId="77777777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color w:val="auto"/>
          <w:szCs w:val="24"/>
          <w:lang w:val="ru-RU" w:eastAsia="ru-RU"/>
        </w:rPr>
        <w:t xml:space="preserve">В пределах указанной цели Оператор вправе осуществлять структурирование текста, группировку материалов по темам и периодам, изменение последовательности изложения, устранение повторов, литературное и стилистическое редактирование, исправление </w:t>
      </w:r>
      <w:r w:rsidRPr="00FB7B6B">
        <w:rPr>
          <w:rFonts w:cs="Times New Roman"/>
          <w:color w:val="auto"/>
          <w:szCs w:val="24"/>
          <w:lang w:val="ru-RU" w:eastAsia="ru-RU"/>
        </w:rPr>
        <w:lastRenderedPageBreak/>
        <w:t>орфографических, пунктуационных и грамматических ошибок, подготовку заголовков и разделов.</w:t>
      </w:r>
    </w:p>
    <w:p w14:paraId="36D488B8" w14:textId="4C2E8F33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2.3.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 Правовым основанием обработки является настоящее письменное согласие </w:t>
      </w:r>
      <w:r w:rsidR="002E2DD4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FB7B6B">
        <w:rPr>
          <w:rFonts w:cs="Times New Roman"/>
          <w:color w:val="auto"/>
          <w:szCs w:val="24"/>
          <w:lang w:val="ru-RU" w:eastAsia="ru-RU"/>
        </w:rPr>
        <w:t>.</w:t>
      </w:r>
    </w:p>
    <w:p w14:paraId="128DC8B3" w14:textId="1E210FB5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color w:val="auto"/>
          <w:szCs w:val="24"/>
          <w:lang w:val="ru-RU" w:eastAsia="ru-RU"/>
        </w:rPr>
        <w:t xml:space="preserve">Если </w:t>
      </w:r>
      <w:r w:rsidR="002E2DD4">
        <w:rPr>
          <w:rFonts w:cs="Times New Roman"/>
          <w:color w:val="auto"/>
          <w:szCs w:val="24"/>
          <w:lang w:val="ru-RU" w:eastAsia="ru-RU"/>
        </w:rPr>
        <w:t>Пользователь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 является стороной или выгодоприобретателем по договору, обработка персональных данных, объективно необходимая для исполнения такого договора, может также осуществляться на основании заключения и исполнения договора.</w:t>
      </w:r>
    </w:p>
    <w:p w14:paraId="645923F0" w14:textId="2A00C9C9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2.4.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>Активная обработка осуществляется до завершения редактирования и согласования текста. Рабочие и промежуточные редакции могут храниться не более одного года после приемки итогового результата, если иной срок не установлен Индивидуальным заказом, законодательством Российской Федерации или необходимостью разрешения спора.</w:t>
      </w:r>
    </w:p>
    <w:p w14:paraId="4AC48EC5" w14:textId="5C35E54A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2.5.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>Оператор не проверяет достоверность, полноту, непротиворечивость, историческую или фактическую точность сведений, содержащихся в интервью и предоставленных материалах, если проведение такой проверки прямо не предусмотрено Индивидуальным заказом.</w:t>
      </w:r>
    </w:p>
    <w:p w14:paraId="71A5FA93" w14:textId="77777777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color w:val="auto"/>
          <w:szCs w:val="24"/>
          <w:lang w:val="ru-RU" w:eastAsia="ru-RU"/>
        </w:rPr>
        <w:t>Оператор осуществляет редакционную обработку предоставленных сведений, но не подтверждает их достоверность и не выражает согласие с содержащимися в них утверждениями.</w:t>
      </w:r>
    </w:p>
    <w:p w14:paraId="2B1EC7BB" w14:textId="77777777" w:rsidR="00436811" w:rsidRPr="00C5275C" w:rsidRDefault="00436811" w:rsidP="001F701C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79FA0660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07D39B1F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3.1.</w:t>
      </w:r>
      <w:r w:rsidRPr="001F701C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5BF2ACAE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3.2.</w:t>
      </w:r>
      <w:r w:rsidRPr="001F701C">
        <w:rPr>
          <w:lang w:val="en-US"/>
        </w:rPr>
        <w:t> </w:t>
      </w:r>
      <w:r w:rsidRPr="001F701C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07D786C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3.3.</w:t>
      </w:r>
      <w:r w:rsidRPr="001F701C">
        <w:rPr>
          <w:lang w:val="en-US"/>
        </w:rPr>
        <w:t> </w:t>
      </w:r>
      <w:r w:rsidRPr="001F701C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725B160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3.4.</w:t>
      </w:r>
      <w:r w:rsidRPr="001F701C">
        <w:t xml:space="preserve"> 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2B69D7AD" w14:textId="77777777" w:rsidR="001F701C" w:rsidRPr="001F701C" w:rsidRDefault="001F701C" w:rsidP="001F701C">
      <w:pPr>
        <w:pStyle w:val="31"/>
        <w:spacing w:before="0" w:line="300" w:lineRule="exact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683D181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4. ПРИВЛЕЧЕНИЕ ЛИЦ, ОСУЩЕСТВЛЯЮЩИХ ОБРАБОТКУ ПО ПОРУЧЕНИЮ ОПЕРАТОРА</w:t>
      </w:r>
    </w:p>
    <w:p w14:paraId="6F764E96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2E2DD4">
        <w:rPr>
          <w:rFonts w:cs="Times New Roman"/>
          <w:b/>
          <w:bCs/>
          <w:color w:val="auto"/>
          <w:szCs w:val="24"/>
          <w:lang w:val="ru-RU" w:eastAsia="ru-RU"/>
        </w:rPr>
        <w:t>4.1.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 Для редакционной обработки материалов интервью Оператор вправе поручать отдельные операции с персональными данными следующим категориям лиц:</w:t>
      </w:r>
    </w:p>
    <w:p w14:paraId="771D2B25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редакторам, корректорам и литературным редакторам; </w:t>
      </w:r>
    </w:p>
    <w:p w14:paraId="20DB264F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специалистам, осуществляющим структурирование, форматирование и подготовку рабочих редакций текста; </w:t>
      </w:r>
    </w:p>
    <w:p w14:paraId="6B862F13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поставщикам систем управления заказами, проектами и согласованием материалов; </w:t>
      </w:r>
    </w:p>
    <w:p w14:paraId="60377A85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операторам электронной почты и сообщений, используемым для направления материалов и получения замечаний; </w:t>
      </w:r>
    </w:p>
    <w:p w14:paraId="7FC2DE04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хостинг-провайдерам и поставщикам защищенных облачных хранилищ; </w:t>
      </w:r>
    </w:p>
    <w:p w14:paraId="7DB13D87" w14:textId="1920E984" w:rsidR="002E2DD4" w:rsidRP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lastRenderedPageBreak/>
        <w:t>- </w:t>
      </w:r>
      <w:r w:rsidRPr="002E2DD4">
        <w:rPr>
          <w:rFonts w:cs="Times New Roman"/>
          <w:color w:val="auto"/>
          <w:szCs w:val="24"/>
          <w:lang w:val="ru-RU" w:eastAsia="ru-RU"/>
        </w:rPr>
        <w:t>лицам, обеспечивающим техническое сопровождение, информационную безопасность и защиту персональных данных.</w:t>
      </w:r>
    </w:p>
    <w:p w14:paraId="4AE592C5" w14:textId="77777777" w:rsidR="00F763C6" w:rsidRDefault="00F763C6" w:rsidP="00F763C6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b/>
          <w:bCs/>
          <w:color w:val="auto"/>
          <w:szCs w:val="24"/>
          <w:lang w:val="ru-RU" w:eastAsia="ru-RU"/>
        </w:rPr>
        <w:t>4.2.</w:t>
      </w:r>
      <w:r>
        <w:rPr>
          <w:rFonts w:cs="Times New Roman"/>
          <w:color w:val="auto"/>
          <w:szCs w:val="24"/>
          <w:lang w:val="ru-RU" w:eastAsia="ru-RU"/>
        </w:rPr>
        <w:t> Указанным лицам предоставляются только те персональные данные и материалы, которые необходимы для выполнения конкретной порученной операции. Такие лица обязаны 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5F9F80EC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521D2B4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5. ПОДТВЕРЖДЕНИЯ ПОЛЬЗОВАТЕЛЯ</w:t>
      </w:r>
    </w:p>
    <w:p w14:paraId="7D9CE541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5.1.</w:t>
      </w:r>
      <w:r w:rsidRPr="001F701C">
        <w:rPr>
          <w:lang w:val="en-US"/>
        </w:rPr>
        <w:t> </w:t>
      </w:r>
      <w:r w:rsidRPr="001F701C">
        <w:t>Предоставляя настоящее согласие, я подтверждаю, что ознакомился(</w:t>
      </w:r>
      <w:proofErr w:type="spellStart"/>
      <w:r w:rsidRPr="001F701C">
        <w:t>лась</w:t>
      </w:r>
      <w:proofErr w:type="spellEnd"/>
      <w:r w:rsidRPr="001F701C">
        <w:t>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0713F2B7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5.2.</w:t>
      </w:r>
      <w:r w:rsidRPr="001F701C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235312F3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5.3.</w:t>
      </w:r>
      <w:r w:rsidRPr="001F701C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450ABE28" w14:textId="77777777" w:rsidR="001F701C" w:rsidRPr="001F701C" w:rsidRDefault="001F701C" w:rsidP="001F701C">
      <w:pPr>
        <w:spacing w:after="0" w:line="300" w:lineRule="atLeast"/>
        <w:ind w:firstLine="567"/>
        <w:rPr>
          <w:rFonts w:cs="Times New Roman"/>
          <w:b/>
          <w:bCs/>
          <w:color w:val="auto"/>
          <w:szCs w:val="24"/>
          <w:lang w:val="ru-RU"/>
        </w:rPr>
      </w:pPr>
    </w:p>
    <w:p w14:paraId="5C8874E9" w14:textId="77777777" w:rsidR="001F701C" w:rsidRPr="00680BAB" w:rsidRDefault="001F701C" w:rsidP="00680BAB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sectPr w:rsidR="001F701C" w:rsidRPr="00680BAB" w:rsidSect="00F548B7">
      <w:footerReference w:type="default" r:id="rId8"/>
      <w:pgSz w:w="12240" w:h="15840"/>
      <w:pgMar w:top="993" w:right="1020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0F185" w14:textId="77777777" w:rsidR="000142CC" w:rsidRDefault="000142CC">
      <w:pPr>
        <w:spacing w:after="0" w:line="240" w:lineRule="auto"/>
      </w:pPr>
      <w:r>
        <w:separator/>
      </w:r>
    </w:p>
  </w:endnote>
  <w:endnote w:type="continuationSeparator" w:id="0">
    <w:p w14:paraId="45FB2013" w14:textId="77777777" w:rsidR="000142CC" w:rsidRDefault="0001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84808"/>
      <w:docPartObj>
        <w:docPartGallery w:val="Page Numbers (Bottom of Page)"/>
        <w:docPartUnique/>
      </w:docPartObj>
    </w:sdtPr>
    <w:sdtEndPr/>
    <w:sdtContent>
      <w:p w14:paraId="0C99E767" w14:textId="7E2583C0" w:rsidR="00F548B7" w:rsidRDefault="00F548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AAB9418" w14:textId="7FC398B2" w:rsidR="000F0CE5" w:rsidRDefault="000F0CE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9104B" w14:textId="77777777" w:rsidR="000142CC" w:rsidRDefault="000142CC">
      <w:pPr>
        <w:spacing w:after="0" w:line="240" w:lineRule="auto"/>
      </w:pPr>
      <w:r>
        <w:separator/>
      </w:r>
    </w:p>
  </w:footnote>
  <w:footnote w:type="continuationSeparator" w:id="0">
    <w:p w14:paraId="6603C876" w14:textId="77777777" w:rsidR="000142CC" w:rsidRDefault="00014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9687B"/>
    <w:multiLevelType w:val="multilevel"/>
    <w:tmpl w:val="0BC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A680C"/>
    <w:multiLevelType w:val="multilevel"/>
    <w:tmpl w:val="E44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AA623F"/>
    <w:multiLevelType w:val="multilevel"/>
    <w:tmpl w:val="D1A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D2CFA"/>
    <w:multiLevelType w:val="multilevel"/>
    <w:tmpl w:val="4724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3308A0"/>
    <w:multiLevelType w:val="multilevel"/>
    <w:tmpl w:val="2D6C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9F3148"/>
    <w:multiLevelType w:val="multilevel"/>
    <w:tmpl w:val="AFAA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C8124D"/>
    <w:multiLevelType w:val="multilevel"/>
    <w:tmpl w:val="953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F07D96"/>
    <w:multiLevelType w:val="multilevel"/>
    <w:tmpl w:val="8952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016FC"/>
    <w:multiLevelType w:val="multilevel"/>
    <w:tmpl w:val="F3E8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2"/>
  </w:num>
  <w:num w:numId="15">
    <w:abstractNumId w:val="10"/>
  </w:num>
  <w:num w:numId="16">
    <w:abstractNumId w:val="9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2CC"/>
    <w:rsid w:val="00034616"/>
    <w:rsid w:val="000412B3"/>
    <w:rsid w:val="0006063C"/>
    <w:rsid w:val="000F0CE5"/>
    <w:rsid w:val="00126018"/>
    <w:rsid w:val="0015074B"/>
    <w:rsid w:val="00177516"/>
    <w:rsid w:val="001F701C"/>
    <w:rsid w:val="0029639D"/>
    <w:rsid w:val="002E2DD4"/>
    <w:rsid w:val="00326F90"/>
    <w:rsid w:val="003F3CD4"/>
    <w:rsid w:val="00436811"/>
    <w:rsid w:val="00501A82"/>
    <w:rsid w:val="00641BE1"/>
    <w:rsid w:val="00680BAB"/>
    <w:rsid w:val="0068443D"/>
    <w:rsid w:val="008970B6"/>
    <w:rsid w:val="008B0A14"/>
    <w:rsid w:val="008B0F31"/>
    <w:rsid w:val="008C6F44"/>
    <w:rsid w:val="00927628"/>
    <w:rsid w:val="00990C48"/>
    <w:rsid w:val="0099513A"/>
    <w:rsid w:val="00A238C2"/>
    <w:rsid w:val="00AA1D8D"/>
    <w:rsid w:val="00B47730"/>
    <w:rsid w:val="00C5275C"/>
    <w:rsid w:val="00CB0664"/>
    <w:rsid w:val="00ED68C6"/>
    <w:rsid w:val="00F548B7"/>
    <w:rsid w:val="00F763C6"/>
    <w:rsid w:val="00FB7B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02CF"/>
  <w14:defaultImageDpi w14:val="300"/>
  <w15:docId w15:val="{0C9E953D-410E-47AC-9C7C-98F5DB9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680BAB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3F3CD4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0412B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0412B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177516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ur12</cp:lastModifiedBy>
  <cp:revision>18</cp:revision>
  <dcterms:created xsi:type="dcterms:W3CDTF">2013-12-23T23:15:00Z</dcterms:created>
  <dcterms:modified xsi:type="dcterms:W3CDTF">2026-07-17T07:02:00Z</dcterms:modified>
  <cp:category/>
</cp:coreProperties>
</file>