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E64B" w14:textId="77777777" w:rsidR="0068443D" w:rsidRPr="0068443D" w:rsidRDefault="0068443D" w:rsidP="0068443D">
      <w:pPr>
        <w:spacing w:after="0" w:line="300" w:lineRule="atLeast"/>
        <w:jc w:val="center"/>
        <w:rPr>
          <w:b/>
          <w:bCs/>
          <w:lang w:val="ru-RU"/>
        </w:rPr>
      </w:pPr>
      <w:r w:rsidRPr="0068443D">
        <w:rPr>
          <w:b/>
          <w:bCs/>
          <w:lang w:val="ru-RU"/>
        </w:rPr>
        <w:t>СОГЛАСИЕ НА ОБРАБОТКУ ПЕРСОНАЛЬНЫХ ДАННЫХ ДЛЯ ОРГАНИЗАЦИИ И ПРОВЕДЕНИЯ ИНТЕРВЬЮ</w:t>
      </w:r>
    </w:p>
    <w:p w14:paraId="1EDF4BB5" w14:textId="77777777" w:rsidR="0068443D" w:rsidRDefault="0068443D" w:rsidP="0068443D">
      <w:pPr>
        <w:spacing w:after="0" w:line="300" w:lineRule="atLeast"/>
        <w:rPr>
          <w:lang w:val="ru-RU"/>
        </w:rPr>
      </w:pPr>
    </w:p>
    <w:p w14:paraId="0B5DE1E1" w14:textId="29537AB0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r w:rsidR="008438D5">
        <w:fldChar w:fldCharType="begin"/>
      </w:r>
      <w:r w:rsidR="008438D5" w:rsidRPr="00466A3A">
        <w:rPr>
          <w:lang w:val="ru-RU"/>
        </w:rPr>
        <w:instrText xml:space="preserve"> </w:instrText>
      </w:r>
      <w:r w:rsidR="008438D5">
        <w:instrText>HYPERLINK</w:instrText>
      </w:r>
      <w:r w:rsidR="008438D5" w:rsidRPr="00466A3A">
        <w:rPr>
          <w:lang w:val="ru-RU"/>
        </w:rPr>
        <w:instrText xml:space="preserve"> "</w:instrText>
      </w:r>
      <w:r w:rsidR="008438D5">
        <w:instrText>https</w:instrText>
      </w:r>
      <w:r w:rsidR="008438D5" w:rsidRPr="00466A3A">
        <w:rPr>
          <w:lang w:val="ru-RU"/>
        </w:rPr>
        <w:instrText xml:space="preserve">://это-моя-жизнь.рф" </w:instrText>
      </w:r>
      <w:r w:rsidR="008438D5">
        <w:fldChar w:fldCharType="separate"/>
      </w:r>
      <w:r w:rsidR="000412B3" w:rsidRPr="004B2999">
        <w:rPr>
          <w:rStyle w:val="aff9"/>
          <w:rFonts w:cs="Times New Roman"/>
          <w:szCs w:val="24"/>
        </w:rPr>
        <w:t>https</w:t>
      </w:r>
      <w:r w:rsidR="000412B3" w:rsidRPr="004B2999">
        <w:rPr>
          <w:rStyle w:val="aff9"/>
          <w:rFonts w:cs="Times New Roman"/>
          <w:szCs w:val="24"/>
          <w:lang w:val="ru-RU"/>
        </w:rPr>
        <w:t>://это-моя-</w:t>
      </w:r>
      <w:proofErr w:type="spellStart"/>
      <w:r w:rsidR="000412B3" w:rsidRPr="004B2999">
        <w:rPr>
          <w:rStyle w:val="aff9"/>
          <w:rFonts w:cs="Times New Roman"/>
          <w:szCs w:val="24"/>
          <w:lang w:val="ru-RU"/>
        </w:rPr>
        <w:t>жизнь.рф</w:t>
      </w:r>
      <w:proofErr w:type="spellEnd"/>
      <w:r w:rsidR="008438D5">
        <w:rPr>
          <w:rStyle w:val="aff9"/>
          <w:rFonts w:cs="Times New Roman"/>
          <w:szCs w:val="24"/>
          <w:lang w:val="ru-RU"/>
        </w:rPr>
        <w:fldChar w:fldCharType="end"/>
      </w:r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3F3CD4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ED68C6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13AEDFBD" w14:textId="77777777" w:rsidR="003F3CD4" w:rsidRPr="00ED68C6" w:rsidRDefault="003F3CD4" w:rsidP="0068443D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ED68C6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79420FF7" w14:textId="627286A0" w:rsidR="000412B3" w:rsidRPr="00ED68C6" w:rsidRDefault="003F3CD4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rPr>
          <w:rStyle w:val="af6"/>
        </w:rPr>
        <w:t>2.1.</w:t>
      </w:r>
      <w:r w:rsidRPr="00ED68C6">
        <w:t xml:space="preserve"> Для организации и проведения интервью Оператор вправе обрабатывать следующие персональные данные </w:t>
      </w:r>
      <w:r w:rsidR="00ED68C6" w:rsidRPr="00ED68C6">
        <w:t>Пользователя</w:t>
      </w:r>
      <w:r w:rsidRPr="00ED68C6">
        <w:t>:</w:t>
      </w:r>
    </w:p>
    <w:p w14:paraId="69719BD4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фамилию, имя и отчество; </w:t>
      </w:r>
    </w:p>
    <w:p w14:paraId="5C0D2B0E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дату рождения или возраст; </w:t>
      </w:r>
    </w:p>
    <w:p w14:paraId="4BC78D2B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номер телефона; </w:t>
      </w:r>
    </w:p>
    <w:p w14:paraId="2E79FDBB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адрес электронной почты; </w:t>
      </w:r>
    </w:p>
    <w:p w14:paraId="039F5405" w14:textId="44F98D28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имя </w:t>
      </w:r>
      <w:r w:rsidR="00ED68C6" w:rsidRPr="00ED68C6">
        <w:t>П</w:t>
      </w:r>
      <w:r w:rsidR="003F3CD4" w:rsidRPr="00ED68C6">
        <w:t xml:space="preserve">ользователя, номер или иной идентификатор в мессенджере; </w:t>
      </w:r>
    </w:p>
    <w:p w14:paraId="6518900B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сведения о предпочтительном способе связи; </w:t>
      </w:r>
    </w:p>
    <w:p w14:paraId="7C07D1DA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сведения о доступных датах и времени проведения интервью; </w:t>
      </w:r>
    </w:p>
    <w:p w14:paraId="119BE7E0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сведения, необходимые для согласования места, формата и продолжительности интервью; </w:t>
      </w:r>
    </w:p>
    <w:p w14:paraId="1FD7B930" w14:textId="77777777" w:rsidR="000412B3" w:rsidRPr="00ED68C6" w:rsidRDefault="000412B3" w:rsidP="000412B3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ответы на вопросы интервью; </w:t>
      </w:r>
    </w:p>
    <w:p w14:paraId="33A72C1F" w14:textId="77777777" w:rsidR="00ED68C6" w:rsidRPr="001F701C" w:rsidRDefault="000412B3" w:rsidP="00ED68C6">
      <w:pPr>
        <w:pStyle w:val="aff8"/>
        <w:spacing w:before="0" w:beforeAutospacing="0" w:after="0" w:afterAutospacing="0" w:line="300" w:lineRule="exact"/>
        <w:ind w:firstLine="567"/>
        <w:jc w:val="both"/>
      </w:pPr>
      <w:r w:rsidRPr="00ED68C6">
        <w:t>- </w:t>
      </w:r>
      <w:r w:rsidR="003F3CD4" w:rsidRPr="00ED68C6">
        <w:t xml:space="preserve">биографические, семейные и иные сведения, добровольно сообщенные </w:t>
      </w:r>
      <w:r w:rsidR="00ED68C6" w:rsidRPr="00ED68C6">
        <w:t xml:space="preserve">Пользователем </w:t>
      </w:r>
      <w:r w:rsidR="003F3CD4" w:rsidRPr="00ED68C6">
        <w:t xml:space="preserve">во время </w:t>
      </w:r>
      <w:r w:rsidR="003F3CD4" w:rsidRPr="001F701C">
        <w:t xml:space="preserve">интервью; </w:t>
      </w:r>
    </w:p>
    <w:p w14:paraId="241BC0A0" w14:textId="77777777" w:rsidR="00ED68C6" w:rsidRPr="001F701C" w:rsidRDefault="00ED68C6" w:rsidP="00ED68C6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t>- </w:t>
      </w:r>
      <w:r w:rsidR="003F3CD4" w:rsidRPr="001F701C">
        <w:t xml:space="preserve">сведения о дате, времени, месте, способе и продолжительности интервью; </w:t>
      </w:r>
    </w:p>
    <w:p w14:paraId="3E729258" w14:textId="009D13E3" w:rsidR="003F3CD4" w:rsidRPr="001F701C" w:rsidRDefault="00ED68C6" w:rsidP="00ED68C6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t>- </w:t>
      </w:r>
      <w:r w:rsidR="003F3CD4" w:rsidRPr="001F701C">
        <w:t xml:space="preserve">сведения об Индивидуальном заказе, необходимые для идентификации интервью. </w:t>
      </w:r>
    </w:p>
    <w:p w14:paraId="4C651561" w14:textId="24932F6B" w:rsidR="003F3CD4" w:rsidRPr="001F701C" w:rsidRDefault="003F3CD4" w:rsidP="003F3CD4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2.2.</w:t>
      </w:r>
      <w:r w:rsidR="00ED68C6" w:rsidRPr="001F701C">
        <w:t> </w:t>
      </w:r>
      <w:r w:rsidRPr="001F701C">
        <w:t xml:space="preserve">Персональные данные обрабатываются в целях организации и проведения интервью в рамках Индивидуального заказа, включая установление связи с </w:t>
      </w:r>
      <w:r w:rsidR="001F701C" w:rsidRPr="001F701C">
        <w:t>Пользователем</w:t>
      </w:r>
      <w:r w:rsidRPr="001F701C">
        <w:t>, согласование даты, времени, места и способа проведения интервью, подготовку вопросов</w:t>
      </w:r>
      <w:r w:rsidR="001F701C" w:rsidRPr="001F701C">
        <w:t xml:space="preserve"> </w:t>
      </w:r>
      <w:r w:rsidRPr="001F701C">
        <w:t>и непосредственное получение ответов</w:t>
      </w:r>
      <w:r w:rsidR="001F701C" w:rsidRPr="001F701C">
        <w:t xml:space="preserve"> Пользователя</w:t>
      </w:r>
      <w:r w:rsidRPr="001F701C">
        <w:t>.</w:t>
      </w:r>
    </w:p>
    <w:p w14:paraId="5CF21B27" w14:textId="3EF4CCEE" w:rsidR="003F3CD4" w:rsidRPr="001F701C" w:rsidRDefault="003F3CD4" w:rsidP="003F3CD4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lastRenderedPageBreak/>
        <w:t>2.3.</w:t>
      </w:r>
      <w:r w:rsidR="001F701C">
        <w:t> </w:t>
      </w:r>
      <w:r w:rsidRPr="001F701C">
        <w:t xml:space="preserve">Правовым основанием обработки является настоящее письменное согласие </w:t>
      </w:r>
      <w:r w:rsidR="001F701C" w:rsidRPr="001F701C">
        <w:t>Пользователя</w:t>
      </w:r>
      <w:r w:rsidRPr="001F701C">
        <w:t xml:space="preserve">. Если </w:t>
      </w:r>
      <w:r w:rsidR="001F701C" w:rsidRPr="001F701C">
        <w:t>Пользователь</w:t>
      </w:r>
      <w:r w:rsidRPr="001F701C">
        <w:t xml:space="preserve"> одновременно является стороной, выгодоприобретателем или поручителем по договору, данные, объективно необходимые для исполнения такого договора, могут также обрабатываться на основании заключения и исполнения договора.</w:t>
      </w:r>
    </w:p>
    <w:p w14:paraId="4F089D1B" w14:textId="098E3944" w:rsidR="003F3CD4" w:rsidRPr="001F701C" w:rsidRDefault="003F3CD4" w:rsidP="003F3CD4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2.4.</w:t>
      </w:r>
      <w:r w:rsidR="001F701C">
        <w:t> </w:t>
      </w:r>
      <w:r w:rsidRPr="001F701C">
        <w:t>Активная обработка осуществляется в течение периода подготовки и проведения интервью. Организационные сведения и переписка хранятся до завершения исполнения Индивидуального заказа и не более трех лет после его прекращения, если иной срок не установлен законодательством Российской Федерации или не требуется для разрешения спора.</w:t>
      </w:r>
    </w:p>
    <w:p w14:paraId="187FEAE7" w14:textId="77777777" w:rsidR="003F3CD4" w:rsidRPr="001F701C" w:rsidRDefault="003F3CD4" w:rsidP="003F3CD4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t xml:space="preserve">Ответы и иные сведения, полученные во время интервью, после его завершения обрабатываются только при наличии отдельных согласий на запись, </w:t>
      </w:r>
      <w:proofErr w:type="spellStart"/>
      <w:r w:rsidRPr="001F701C">
        <w:t>транскрибацию</w:t>
      </w:r>
      <w:proofErr w:type="spellEnd"/>
      <w:r w:rsidRPr="001F701C">
        <w:t>, редакционную обработку или создание итогового результата.</w:t>
      </w:r>
    </w:p>
    <w:p w14:paraId="7E636E70" w14:textId="5D9DC6AB" w:rsidR="003F3CD4" w:rsidRPr="001F701C" w:rsidRDefault="003F3CD4" w:rsidP="003F3CD4">
      <w:pPr>
        <w:pStyle w:val="aff8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2.5.</w:t>
      </w:r>
      <w:r w:rsidR="001F701C" w:rsidRPr="001F701C">
        <w:t> </w:t>
      </w:r>
      <w:r w:rsidRPr="001F701C">
        <w:t>Участник самостоятельно определяет объем сообщаемых сведений и вправе отказаться от ответа на любой вопрос. Оператор не требует предоставления сведений, не относящихся к цели интервью.</w:t>
      </w:r>
    </w:p>
    <w:p w14:paraId="5C4B1A1F" w14:textId="48360C73" w:rsidR="001F701C" w:rsidRPr="001F701C" w:rsidRDefault="001F701C" w:rsidP="001F701C">
      <w:pPr>
        <w:spacing w:after="0" w:line="300" w:lineRule="exact"/>
        <w:jc w:val="both"/>
        <w:rPr>
          <w:rFonts w:cs="Times New Roman"/>
          <w:color w:val="auto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19AF9471" w14:textId="77777777" w:rsidR="001F701C" w:rsidRP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1F701C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1F701C">
        <w:rPr>
          <w:rFonts w:cs="Times New Roman"/>
          <w:color w:val="auto"/>
          <w:szCs w:val="24"/>
          <w:lang w:val="ru-RU" w:eastAsia="ru-RU"/>
        </w:rPr>
        <w:t xml:space="preserve"> Для организации и проведения интервью Оператор вправе поручать отдельные операции с персональными данными следующим категориям лиц:</w:t>
      </w:r>
    </w:p>
    <w:p w14:paraId="4FA02F39" w14:textId="77777777" w:rsid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1F701C">
        <w:rPr>
          <w:rFonts w:cs="Times New Roman"/>
          <w:color w:val="auto"/>
          <w:szCs w:val="24"/>
          <w:lang w:val="ru-RU" w:eastAsia="ru-RU"/>
        </w:rPr>
        <w:t xml:space="preserve">- интервьюерам, координаторам и иным специалистам, непосредственно участвующим в подготовке и проведении интервью; </w:t>
      </w:r>
    </w:p>
    <w:p w14:paraId="12974A13" w14:textId="77777777" w:rsid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1F701C">
        <w:rPr>
          <w:rFonts w:cs="Times New Roman"/>
          <w:color w:val="auto"/>
          <w:szCs w:val="24"/>
          <w:lang w:val="ru-RU" w:eastAsia="ru-RU"/>
        </w:rPr>
        <w:t xml:space="preserve">поставщикам CRM-систем и сервисов управления заказами; </w:t>
      </w:r>
    </w:p>
    <w:p w14:paraId="0C1D7324" w14:textId="77777777" w:rsid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1F701C">
        <w:rPr>
          <w:rFonts w:cs="Times New Roman"/>
          <w:color w:val="auto"/>
          <w:szCs w:val="24"/>
          <w:lang w:val="ru-RU" w:eastAsia="ru-RU"/>
        </w:rPr>
        <w:t xml:space="preserve">операторам электронной почты, телефонии и сообщений; </w:t>
      </w:r>
    </w:p>
    <w:p w14:paraId="085D23FE" w14:textId="77777777" w:rsid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1F701C">
        <w:rPr>
          <w:rFonts w:cs="Times New Roman"/>
          <w:color w:val="auto"/>
          <w:szCs w:val="24"/>
          <w:lang w:val="ru-RU" w:eastAsia="ru-RU"/>
        </w:rPr>
        <w:t xml:space="preserve">владельцам сервисов видеосвязи, если интервью проводится дистанционно; </w:t>
      </w:r>
    </w:p>
    <w:p w14:paraId="14159E49" w14:textId="77777777" w:rsid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1F701C">
        <w:rPr>
          <w:rFonts w:cs="Times New Roman"/>
          <w:color w:val="auto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1F94ECFC" w14:textId="6036EAD9" w:rsidR="001F701C" w:rsidRPr="001F701C" w:rsidRDefault="001F701C" w:rsidP="001F701C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1F701C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защиту информации и работоспособность используемых информационных систем.</w:t>
      </w:r>
    </w:p>
    <w:p w14:paraId="6DC62910" w14:textId="77777777" w:rsidR="00466A3A" w:rsidRDefault="00466A3A" w:rsidP="00466A3A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 xml:space="preserve"> 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</w:t>
      </w:r>
      <w:r>
        <w:rPr>
          <w:rFonts w:cs="Times New Roman"/>
          <w:color w:val="auto"/>
          <w:szCs w:val="24"/>
          <w:lang w:val="ru-RU" w:eastAsia="ru-RU"/>
        </w:rPr>
        <w:lastRenderedPageBreak/>
        <w:t>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5F9F80EC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</w:t>
      </w:r>
      <w:proofErr w:type="spellStart"/>
      <w:r w:rsidRPr="001F701C">
        <w:t>лась</w:t>
      </w:r>
      <w:proofErr w:type="spellEnd"/>
      <w:r w:rsidRPr="001F701C"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8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37AF" w14:textId="77777777" w:rsidR="008438D5" w:rsidRDefault="008438D5">
      <w:pPr>
        <w:spacing w:after="0" w:line="240" w:lineRule="auto"/>
      </w:pPr>
      <w:r>
        <w:separator/>
      </w:r>
    </w:p>
  </w:endnote>
  <w:endnote w:type="continuationSeparator" w:id="0">
    <w:p w14:paraId="00914ED7" w14:textId="77777777" w:rsidR="008438D5" w:rsidRDefault="0084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0CB5E" w14:textId="77777777" w:rsidR="008438D5" w:rsidRDefault="008438D5">
      <w:pPr>
        <w:spacing w:after="0" w:line="240" w:lineRule="auto"/>
      </w:pPr>
      <w:r>
        <w:separator/>
      </w:r>
    </w:p>
  </w:footnote>
  <w:footnote w:type="continuationSeparator" w:id="0">
    <w:p w14:paraId="67D951CC" w14:textId="77777777" w:rsidR="008438D5" w:rsidRDefault="00843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B3"/>
    <w:rsid w:val="0006063C"/>
    <w:rsid w:val="000F0CE5"/>
    <w:rsid w:val="0015074B"/>
    <w:rsid w:val="001F701C"/>
    <w:rsid w:val="0029639D"/>
    <w:rsid w:val="00326F90"/>
    <w:rsid w:val="003F3CD4"/>
    <w:rsid w:val="00466A3A"/>
    <w:rsid w:val="00680BAB"/>
    <w:rsid w:val="0068443D"/>
    <w:rsid w:val="008438D5"/>
    <w:rsid w:val="0099513A"/>
    <w:rsid w:val="00AA1D8D"/>
    <w:rsid w:val="00B47730"/>
    <w:rsid w:val="00CB0664"/>
    <w:rsid w:val="00ED68C6"/>
    <w:rsid w:val="00F548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7</cp:revision>
  <dcterms:created xsi:type="dcterms:W3CDTF">2013-12-23T23:15:00Z</dcterms:created>
  <dcterms:modified xsi:type="dcterms:W3CDTF">2026-07-17T07:03:00Z</dcterms:modified>
  <cp:category/>
</cp:coreProperties>
</file>