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DEE6" w14:textId="4014F5FA" w:rsidR="00642C31" w:rsidRDefault="003D79BD" w:rsidP="003D79BD">
      <w:pPr>
        <w:pStyle w:val="aa"/>
        <w:spacing w:after="0" w:line="300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3D79BD">
        <w:rPr>
          <w:rFonts w:ascii="Times New Roman" w:hAnsi="Times New Roman" w:cs="Times New Roman"/>
          <w:sz w:val="28"/>
          <w:szCs w:val="28"/>
          <w:lang w:val="ru-RU"/>
        </w:rPr>
        <w:t xml:space="preserve">СОГЛАСИЕ НА </w:t>
      </w:r>
      <w:r w:rsidR="00910DF3" w:rsidRPr="003D79BD">
        <w:rPr>
          <w:rFonts w:ascii="Times New Roman" w:hAnsi="Times New Roman" w:cs="Times New Roman"/>
          <w:sz w:val="28"/>
          <w:szCs w:val="28"/>
          <w:lang w:val="ru-RU"/>
        </w:rPr>
        <w:t>ОБРАБОТКУ ПЕРСОНАЛЬНЫХ ДАННЫХ</w:t>
      </w:r>
      <w:r w:rsidR="00910DF3" w:rsidRPr="003D79BD">
        <w:rPr>
          <w:rFonts w:ascii="Times New Roman" w:hAnsi="Times New Roman" w:cs="Times New Roman"/>
          <w:sz w:val="28"/>
          <w:szCs w:val="28"/>
          <w:lang w:val="ru-RU"/>
        </w:rPr>
        <w:br/>
        <w:t xml:space="preserve">ДЛЯ </w:t>
      </w:r>
      <w:r w:rsidR="00910DF3">
        <w:rPr>
          <w:rFonts w:ascii="Times New Roman" w:hAnsi="Times New Roman" w:cs="Times New Roman"/>
          <w:sz w:val="28"/>
          <w:szCs w:val="28"/>
          <w:lang w:val="ru-RU"/>
        </w:rPr>
        <w:t>ОФОРМЛЕНИЯ ЗАКАЗА</w:t>
      </w:r>
    </w:p>
    <w:p w14:paraId="0257706F" w14:textId="77777777" w:rsidR="003D79BD" w:rsidRPr="003D79BD" w:rsidRDefault="003D79BD" w:rsidP="003D79BD">
      <w:pPr>
        <w:rPr>
          <w:lang w:val="ru-RU"/>
        </w:rPr>
      </w:pPr>
    </w:p>
    <w:p w14:paraId="49C8D0E1" w14:textId="1FF957F2" w:rsidR="00642C31" w:rsidRPr="003D79BD" w:rsidRDefault="00721D63" w:rsidP="003D79BD">
      <w:pPr>
        <w:spacing w:after="0" w:line="300" w:lineRule="atLeast"/>
        <w:ind w:firstLine="567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hyperlink r:id="rId8" w:history="1">
        <w:r w:rsidR="00745A3A" w:rsidRPr="004B2999">
          <w:rPr>
            <w:rStyle w:val="aff9"/>
            <w:rFonts w:cs="Times New Roman"/>
            <w:szCs w:val="24"/>
          </w:rPr>
          <w:t>https</w:t>
        </w:r>
        <w:r w:rsidR="00745A3A" w:rsidRPr="004B2999">
          <w:rPr>
            <w:rStyle w:val="aff9"/>
            <w:rFonts w:cs="Times New Roman"/>
            <w:szCs w:val="24"/>
            <w:lang w:val="ru-RU"/>
          </w:rPr>
          <w:t>://это-моя-жизнь.рф</w:t>
        </w:r>
      </w:hyperlink>
      <w:r w:rsidR="00745A3A">
        <w:rPr>
          <w:rFonts w:cs="Times New Roman"/>
          <w:szCs w:val="24"/>
          <w:lang w:val="ru-RU"/>
        </w:rPr>
        <w:t xml:space="preserve"> 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 w:rsidR="003D79BD"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Елин</w:t>
      </w:r>
      <w:r w:rsidR="003D79BD"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 xml:space="preserve"> Серге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 w:rsidR="003D79BD"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 w:rsidR="003D79BD"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 на следующих условиях</w:t>
      </w:r>
      <w:r w:rsidR="00951499">
        <w:rPr>
          <w:rFonts w:cs="Times New Roman"/>
          <w:szCs w:val="24"/>
          <w:lang w:val="ru-RU"/>
        </w:rPr>
        <w:t>:</w:t>
      </w:r>
    </w:p>
    <w:p w14:paraId="64EC56BE" w14:textId="77777777" w:rsidR="00AA0F50" w:rsidRDefault="00AA0F50" w:rsidP="00AA0F50">
      <w:pPr>
        <w:pStyle w:val="isselectedend"/>
        <w:spacing w:before="0" w:beforeAutospacing="0" w:after="0" w:afterAutospacing="0" w:line="300" w:lineRule="exact"/>
        <w:jc w:val="center"/>
      </w:pPr>
    </w:p>
    <w:p w14:paraId="692807C0" w14:textId="5CD4A5DF" w:rsidR="003D79BD" w:rsidRPr="00AA0F50" w:rsidRDefault="00AA0F50" w:rsidP="00AA0F50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79A3C73" w14:textId="5F644C7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430DB2F0" w14:textId="59C8A518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7F966CA3" w14:textId="108162A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48D2A60C" w14:textId="389AFC61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4CBBAA77" w14:textId="77777777" w:rsidR="00AA0F50" w:rsidRDefault="00AA0F50" w:rsidP="00AA0F50">
      <w:pPr>
        <w:pStyle w:val="31"/>
        <w:spacing w:before="0" w:line="300" w:lineRule="exact"/>
        <w:ind w:firstLine="0"/>
        <w:rPr>
          <w:rFonts w:ascii="Times New Roman" w:hAnsi="Times New Roman" w:cs="Times New Roman"/>
          <w:szCs w:val="24"/>
          <w:lang w:val="ru-RU"/>
        </w:rPr>
      </w:pPr>
    </w:p>
    <w:p w14:paraId="45F9DD59" w14:textId="69220DC5" w:rsidR="00AA0F50" w:rsidRPr="00AA0F50" w:rsidRDefault="00202F8D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color w:val="auto"/>
          <w:szCs w:val="24"/>
          <w:lang w:val="ru-RU"/>
        </w:rPr>
        <w:t>ОБЪЕМ И ЦЕЛЬ ОБРАБОТКИ</w:t>
      </w:r>
    </w:p>
    <w:p w14:paraId="2AC042B1" w14:textId="0AB7DF68" w:rsidR="007E222E" w:rsidRPr="007E222E" w:rsidRDefault="00542AC7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7E222E" w:rsidRPr="007E222E">
        <w:rPr>
          <w:rFonts w:cs="Times New Roman"/>
          <w:b/>
          <w:bCs/>
          <w:szCs w:val="24"/>
          <w:lang w:val="ru-RU" w:eastAsia="ru-RU"/>
        </w:rPr>
        <w:t>.1.</w:t>
      </w:r>
      <w:r w:rsidR="007E222E" w:rsidRPr="007E222E">
        <w:rPr>
          <w:rFonts w:cs="Times New Roman"/>
          <w:szCs w:val="24"/>
          <w:lang w:val="ru-RU" w:eastAsia="ru-RU"/>
        </w:rPr>
        <w:t xml:space="preserve"> При заполнении формы оформления заказа Оператор вправе обрабатывать следующие персональные данные Пользователя:</w:t>
      </w:r>
    </w:p>
    <w:p w14:paraId="2CCB3FEB" w14:textId="0DB708ED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фамилию, имя и отчество;</w:t>
      </w:r>
    </w:p>
    <w:p w14:paraId="0C5FD604" w14:textId="04D7F4C3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номер телефона;</w:t>
      </w:r>
    </w:p>
    <w:p w14:paraId="53A22168" w14:textId="7CF6EF1C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адрес электронной почты;</w:t>
      </w:r>
    </w:p>
    <w:p w14:paraId="0DE87757" w14:textId="398897BA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идентификатор в мессенджере, если соответствующий канал связи выбран Пользователем;</w:t>
      </w:r>
    </w:p>
    <w:p w14:paraId="2A36EEF1" w14:textId="1A87AF59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сведения о выбранной услуге, работе, товаре, сертификате, Цифровом материале или Цифровом результате;</w:t>
      </w:r>
    </w:p>
    <w:p w14:paraId="18795F15" w14:textId="675E4D12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содержание заявки, брифа, комментариев и переписки;</w:t>
      </w:r>
    </w:p>
    <w:p w14:paraId="03415FB5" w14:textId="7B2757FE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предпочтительный способ связи;</w:t>
      </w:r>
    </w:p>
    <w:p w14:paraId="7E014345" w14:textId="33F9DDCC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дату и время оформления заказа;</w:t>
      </w:r>
    </w:p>
    <w:p w14:paraId="117EA7D5" w14:textId="1456554A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7E222E">
        <w:rPr>
          <w:rFonts w:cs="Times New Roman"/>
          <w:szCs w:val="24"/>
          <w:lang w:val="ru-RU" w:eastAsia="ru-RU"/>
        </w:rPr>
        <w:t>IP-адрес и иные технические сведения о направлении формы.</w:t>
      </w:r>
    </w:p>
    <w:p w14:paraId="42F940DD" w14:textId="31B2F778" w:rsidR="007E222E" w:rsidRPr="007E222E" w:rsidRDefault="00542AC7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7E222E" w:rsidRPr="007E222E">
        <w:rPr>
          <w:rFonts w:cs="Times New Roman"/>
          <w:b/>
          <w:bCs/>
          <w:szCs w:val="24"/>
          <w:lang w:val="ru-RU" w:eastAsia="ru-RU"/>
        </w:rPr>
        <w:t>.2.</w:t>
      </w:r>
      <w:r w:rsidR="007E222E">
        <w:rPr>
          <w:rFonts w:cs="Times New Roman"/>
          <w:szCs w:val="24"/>
          <w:lang w:val="ru-RU" w:eastAsia="ru-RU"/>
        </w:rPr>
        <w:t> </w:t>
      </w:r>
      <w:r w:rsidR="007E222E" w:rsidRPr="007E222E">
        <w:rPr>
          <w:rFonts w:cs="Times New Roman"/>
          <w:szCs w:val="24"/>
          <w:lang w:val="ru-RU" w:eastAsia="ru-RU"/>
        </w:rPr>
        <w:t>Персональные данные обрабатываются в целях идентификации Пользователя, рассмотрения поступившего заказа, уточнения его состава и индивидуальных условий, проверки возможности исполнения, подготовки Индивидуального заказа и направления подтверждения принятия заказа либо сообщения об отказе в его принятии.</w:t>
      </w:r>
    </w:p>
    <w:p w14:paraId="6F3A37BF" w14:textId="76C82FC3" w:rsidR="007E222E" w:rsidRPr="007E222E" w:rsidRDefault="00542AC7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7E222E" w:rsidRPr="007E222E">
        <w:rPr>
          <w:rFonts w:cs="Times New Roman"/>
          <w:b/>
          <w:bCs/>
          <w:szCs w:val="24"/>
          <w:lang w:val="ru-RU" w:eastAsia="ru-RU"/>
        </w:rPr>
        <w:t>.3.</w:t>
      </w:r>
      <w:r w:rsidR="007E222E" w:rsidRPr="007E222E">
        <w:rPr>
          <w:rFonts w:cs="Times New Roman"/>
          <w:szCs w:val="24"/>
          <w:lang w:val="ru-RU" w:eastAsia="ru-RU"/>
        </w:rPr>
        <w:t xml:space="preserve"> До заключения договора обработка осуществляется на основании настоящего согласия и необходимости совершения действий по запросу Пользователя до заключения договора.</w:t>
      </w:r>
    </w:p>
    <w:p w14:paraId="277995F2" w14:textId="77777777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7E222E">
        <w:rPr>
          <w:rFonts w:cs="Times New Roman"/>
          <w:szCs w:val="24"/>
          <w:lang w:val="ru-RU" w:eastAsia="ru-RU"/>
        </w:rPr>
        <w:t xml:space="preserve">После заключения договора персональные данные, необходимые для его исполнения, осуществления расчетов, передачи результата, рассмотрения требований и исполнения </w:t>
      </w:r>
      <w:r w:rsidRPr="007E222E">
        <w:rPr>
          <w:rFonts w:cs="Times New Roman"/>
          <w:szCs w:val="24"/>
          <w:lang w:val="ru-RU" w:eastAsia="ru-RU"/>
        </w:rPr>
        <w:lastRenderedPageBreak/>
        <w:t>обязанностей Оператора, могут обрабатываться без дополнительного согласия на самостоятельных основаниях, предусмотренных законодательством Российской Федерации.</w:t>
      </w:r>
    </w:p>
    <w:p w14:paraId="7E7A2C9E" w14:textId="5B5F4377" w:rsidR="007E222E" w:rsidRPr="007E222E" w:rsidRDefault="00542AC7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7E222E" w:rsidRPr="007E222E">
        <w:rPr>
          <w:rFonts w:cs="Times New Roman"/>
          <w:b/>
          <w:bCs/>
          <w:szCs w:val="24"/>
          <w:lang w:val="ru-RU" w:eastAsia="ru-RU"/>
        </w:rPr>
        <w:t>.4.</w:t>
      </w:r>
      <w:r w:rsidR="007E222E" w:rsidRPr="007E222E">
        <w:rPr>
          <w:rFonts w:cs="Times New Roman"/>
          <w:szCs w:val="24"/>
          <w:lang w:val="ru-RU" w:eastAsia="ru-RU"/>
        </w:rPr>
        <w:t xml:space="preserve"> Если договор не заключен, обработка персональных данных на основании настоящего согласия прекращается после отзыва согласия или достижения целей обработки, но не позднее одного года с даты последнего взаимодействия с Пользователем.</w:t>
      </w:r>
    </w:p>
    <w:p w14:paraId="300EA315" w14:textId="77777777" w:rsidR="007E222E" w:rsidRPr="007E222E" w:rsidRDefault="007E222E" w:rsidP="007E222E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7E222E">
        <w:rPr>
          <w:rFonts w:cs="Times New Roman"/>
          <w:szCs w:val="24"/>
          <w:lang w:val="ru-RU" w:eastAsia="ru-RU"/>
        </w:rPr>
        <w:t>Если договор заключен, сроки дальнейшего хранения соответствующих данных определяются Политикой обработки персональных данных, условиями договора и требованиями законодательства Российской Федерации.</w:t>
      </w:r>
    </w:p>
    <w:p w14:paraId="42B7922C" w14:textId="77777777" w:rsidR="006406AE" w:rsidRDefault="006406AE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EDC2B08" w14:textId="0C917163" w:rsidR="00AA0F50" w:rsidRPr="00AA0F50" w:rsidRDefault="00AA0F50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2F6B8EE6" w14:textId="18B6F2AD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3.1.</w:t>
      </w:r>
      <w:r w:rsidRPr="00AA0F50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4C55E1D9" w14:textId="272E491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3.2.</w:t>
      </w:r>
      <w:r w:rsidR="00D07DC6">
        <w:rPr>
          <w:lang w:val="en-US"/>
        </w:rPr>
        <w:t> </w:t>
      </w:r>
      <w:r w:rsidRPr="00AA0F50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15C628F0" w14:textId="4CDE5A1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3.3.</w:t>
      </w:r>
      <w:r w:rsidR="00D07DC6">
        <w:rPr>
          <w:lang w:val="en-US"/>
        </w:rPr>
        <w:t> </w:t>
      </w:r>
      <w:r w:rsidRPr="00AA0F50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6E1D3043" w14:textId="1A924388" w:rsidR="00AA0F50" w:rsidRPr="00D07DC6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3.4.</w:t>
      </w:r>
      <w:r w:rsidRPr="00AA0F50">
        <w:t xml:space="preserve"> </w:t>
      </w:r>
      <w:r w:rsidRPr="00D07DC6">
        <w:t>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00C51E94" w14:textId="77777777" w:rsidR="00D07DC6" w:rsidRPr="00D07DC6" w:rsidRDefault="00D07DC6" w:rsidP="00D07DC6">
      <w:pPr>
        <w:pStyle w:val="31"/>
        <w:spacing w:before="0" w:line="300" w:lineRule="exact"/>
        <w:ind w:firstLine="0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70D17991" w14:textId="271292B5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t>4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ПРИВЛЕЧЕНИЕ ЛИЦ, ОСУЩЕСТВЛЯЮЩИХ ОБРАБОТКУ ПО ПОРУЧЕНИЮ ОПЕРАТОРА</w:t>
      </w:r>
    </w:p>
    <w:p w14:paraId="4C9D392C" w14:textId="77777777" w:rsid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4E1C66">
        <w:rPr>
          <w:rFonts w:cs="Times New Roman"/>
          <w:b/>
          <w:bCs/>
          <w:szCs w:val="24"/>
          <w:lang w:val="ru-RU" w:eastAsia="ru-RU"/>
        </w:rPr>
        <w:t>4.1.</w:t>
      </w:r>
      <w:r w:rsidRPr="004E1C66">
        <w:rPr>
          <w:rFonts w:cs="Times New Roman"/>
          <w:szCs w:val="24"/>
          <w:lang w:val="ru-RU" w:eastAsia="ru-RU"/>
        </w:rPr>
        <w:t xml:space="preserve"> Для рассмотрения заказа, уточнения его состава и условий, проверки возможности исполнения, подготовки Индивидуального заказа, выставления счета и приема оплаты Оператор вправе поручать отдельные операции с персональными данными либо предоставлять необходимые данные следующим категориям лиц:</w:t>
      </w:r>
    </w:p>
    <w:p w14:paraId="689ECE50" w14:textId="77777777" w:rsid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4E1C66">
        <w:rPr>
          <w:rFonts w:cs="Times New Roman"/>
          <w:szCs w:val="24"/>
          <w:lang w:val="ru-RU" w:eastAsia="ru-RU"/>
        </w:rPr>
        <w:t xml:space="preserve">хостинг-провайдерам и поставщикам облачных хранилищ; </w:t>
      </w:r>
    </w:p>
    <w:p w14:paraId="067D79BA" w14:textId="77777777" w:rsid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4E1C66">
        <w:rPr>
          <w:rFonts w:cs="Times New Roman"/>
          <w:szCs w:val="24"/>
          <w:lang w:val="ru-RU" w:eastAsia="ru-RU"/>
        </w:rPr>
        <w:t xml:space="preserve">поставщикам CRM-систем, систем управления заказами и сервисов клиентской поддержки; </w:t>
      </w:r>
    </w:p>
    <w:p w14:paraId="44FD380C" w14:textId="77777777" w:rsid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4E1C66">
        <w:rPr>
          <w:rFonts w:cs="Times New Roman"/>
          <w:szCs w:val="24"/>
          <w:lang w:val="ru-RU" w:eastAsia="ru-RU"/>
        </w:rPr>
        <w:t xml:space="preserve">операторам электронной почты, телефонии и сообщений; </w:t>
      </w:r>
    </w:p>
    <w:p w14:paraId="3174A3E1" w14:textId="77777777" w:rsid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4E1C66">
        <w:rPr>
          <w:rFonts w:cs="Times New Roman"/>
          <w:szCs w:val="24"/>
          <w:lang w:val="ru-RU" w:eastAsia="ru-RU"/>
        </w:rPr>
        <w:t xml:space="preserve">платежным провайдерам, банкам и операторам онлайн-касс — если оформление заказа предусматривает выставление счета или прием оплаты; </w:t>
      </w:r>
    </w:p>
    <w:p w14:paraId="43501573" w14:textId="77777777" w:rsid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4E1C66">
        <w:rPr>
          <w:rFonts w:cs="Times New Roman"/>
          <w:szCs w:val="24"/>
          <w:lang w:val="ru-RU" w:eastAsia="ru-RU"/>
        </w:rPr>
        <w:t xml:space="preserve">поставщикам бухгалтерских и учетных сервисов — в объеме, необходимом для оформления расчетных документов; </w:t>
      </w:r>
    </w:p>
    <w:p w14:paraId="42D6BA93" w14:textId="1A0AB116" w:rsidR="004E1C66" w:rsidRP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4E1C66">
        <w:rPr>
          <w:rFonts w:cs="Times New Roman"/>
          <w:szCs w:val="24"/>
          <w:lang w:val="ru-RU" w:eastAsia="ru-RU"/>
        </w:rPr>
        <w:t xml:space="preserve">лицам, обеспечивающим техническое сопровождение Сайта, работоспособность информационных систем и информационную безопасность. </w:t>
      </w:r>
    </w:p>
    <w:p w14:paraId="42C07F3B" w14:textId="45A3797B" w:rsidR="004E1C66" w:rsidRPr="004E1C66" w:rsidRDefault="004E1C66" w:rsidP="004E1C66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4E1C66">
        <w:rPr>
          <w:rFonts w:cs="Times New Roman"/>
          <w:b/>
          <w:bCs/>
          <w:szCs w:val="24"/>
          <w:lang w:val="ru-RU" w:eastAsia="ru-RU"/>
        </w:rPr>
        <w:t>4.2.</w:t>
      </w:r>
      <w:r>
        <w:rPr>
          <w:rFonts w:cs="Times New Roman"/>
          <w:szCs w:val="24"/>
          <w:lang w:val="ru-RU" w:eastAsia="ru-RU"/>
        </w:rPr>
        <w:t> </w:t>
      </w:r>
      <w:r w:rsidRPr="004E1C66">
        <w:rPr>
          <w:rFonts w:cs="Times New Roman"/>
          <w:szCs w:val="24"/>
          <w:lang w:val="ru-RU" w:eastAsia="ru-RU"/>
        </w:rPr>
        <w:t xml:space="preserve">Указанным лицам предоставляются только те персональные данные, которые необходимы для рассмотрения и оформления конкретного заказа либо выполнения соответствующей технической, расчетной или учетной операции. Лица, осуществляющие обработку по поручению Оператора, обязаны 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 </w:t>
      </w:r>
    </w:p>
    <w:p w14:paraId="481F4E4C" w14:textId="77777777" w:rsidR="00D07DC6" w:rsidRPr="00202F8D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szCs w:val="24"/>
          <w:lang w:val="ru-RU"/>
        </w:rPr>
      </w:pPr>
    </w:p>
    <w:p w14:paraId="684267BA" w14:textId="2B1E6542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t>5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ПОДТВЕРЖДЕНИЯ ПОЛЬЗОВАТЕЛЯ</w:t>
      </w:r>
    </w:p>
    <w:p w14:paraId="450C2272" w14:textId="58C1A78C" w:rsidR="00AA0F50" w:rsidRPr="00D07DC6" w:rsidRDefault="00D07DC6" w:rsidP="00D07DC6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D07DC6">
        <w:rPr>
          <w:rStyle w:val="af6"/>
        </w:rPr>
        <w:t>5</w:t>
      </w:r>
      <w:r w:rsidR="00AA0F50" w:rsidRPr="00AA0F50">
        <w:rPr>
          <w:rStyle w:val="af6"/>
        </w:rPr>
        <w:t>.1.</w:t>
      </w:r>
      <w:r>
        <w:rPr>
          <w:lang w:val="en-US"/>
        </w:rPr>
        <w:t> </w:t>
      </w:r>
      <w:r w:rsidR="00AA0F50" w:rsidRPr="00AA0F50">
        <w:t xml:space="preserve">Предоставляя настоящее согласие, я подтверждаю, что ознакомился(лась) с Политикой обработки персональных данных в редакции, действующей на момент предоставления согласия и размещенной </w:t>
      </w:r>
      <w:r>
        <w:t>на Сайте.</w:t>
      </w:r>
    </w:p>
    <w:p w14:paraId="7D9256BD" w14:textId="7A74EB25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5</w:t>
      </w:r>
      <w:r w:rsidR="00AA0F50" w:rsidRPr="00AA0F50">
        <w:rPr>
          <w:rStyle w:val="af6"/>
        </w:rPr>
        <w:t>.2.</w:t>
      </w:r>
      <w:r w:rsidR="00AA0F50" w:rsidRPr="00AA0F50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72167D01" w14:textId="0D02FD59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5</w:t>
      </w:r>
      <w:r w:rsidR="00AA0F50" w:rsidRPr="00AA0F50">
        <w:rPr>
          <w:rStyle w:val="af6"/>
        </w:rPr>
        <w:t>.3.</w:t>
      </w:r>
      <w:r w:rsidR="00AA0F50" w:rsidRPr="00AA0F50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51BBFDEB" w14:textId="11F9846E" w:rsidR="00642C31" w:rsidRPr="00951499" w:rsidRDefault="00642C31" w:rsidP="003D79BD">
      <w:pPr>
        <w:spacing w:after="0" w:line="300" w:lineRule="atLeast"/>
        <w:ind w:firstLine="567"/>
        <w:rPr>
          <w:rFonts w:cs="Times New Roman"/>
          <w:b/>
          <w:bCs/>
          <w:szCs w:val="24"/>
          <w:lang w:val="ru-RU"/>
        </w:rPr>
      </w:pPr>
    </w:p>
    <w:sectPr w:rsidR="00642C31" w:rsidRPr="00951499" w:rsidSect="00951499">
      <w:footerReference w:type="default" r:id="rId9"/>
      <w:pgSz w:w="12240" w:h="15840"/>
      <w:pgMar w:top="851" w:right="1134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70599" w14:textId="77777777" w:rsidR="00AF7E8E" w:rsidRDefault="00AF7E8E">
      <w:pPr>
        <w:spacing w:after="0" w:line="240" w:lineRule="auto"/>
      </w:pPr>
      <w:r>
        <w:separator/>
      </w:r>
    </w:p>
  </w:endnote>
  <w:endnote w:type="continuationSeparator" w:id="0">
    <w:p w14:paraId="04118AA5" w14:textId="77777777" w:rsidR="00AF7E8E" w:rsidRDefault="00AF7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2166318"/>
      <w:docPartObj>
        <w:docPartGallery w:val="Page Numbers (Bottom of Page)"/>
        <w:docPartUnique/>
      </w:docPartObj>
    </w:sdtPr>
    <w:sdtContent>
      <w:p w14:paraId="41A02AAE" w14:textId="58CDF24B" w:rsidR="0002645C" w:rsidRDefault="0002645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469A4D5" w14:textId="77777777" w:rsidR="0002645C" w:rsidRDefault="000264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362A3" w14:textId="77777777" w:rsidR="00AF7E8E" w:rsidRDefault="00AF7E8E">
      <w:pPr>
        <w:spacing w:after="0" w:line="240" w:lineRule="auto"/>
      </w:pPr>
      <w:r>
        <w:separator/>
      </w:r>
    </w:p>
  </w:footnote>
  <w:footnote w:type="continuationSeparator" w:id="0">
    <w:p w14:paraId="3DC10622" w14:textId="77777777" w:rsidR="00AF7E8E" w:rsidRDefault="00AF7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875BDC"/>
    <w:multiLevelType w:val="multilevel"/>
    <w:tmpl w:val="83AC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87D"/>
    <w:rsid w:val="0002645C"/>
    <w:rsid w:val="00034616"/>
    <w:rsid w:val="0006063C"/>
    <w:rsid w:val="0015074B"/>
    <w:rsid w:val="001A21CE"/>
    <w:rsid w:val="00202F8D"/>
    <w:rsid w:val="0026205B"/>
    <w:rsid w:val="0029639D"/>
    <w:rsid w:val="00326F90"/>
    <w:rsid w:val="003642C5"/>
    <w:rsid w:val="00377383"/>
    <w:rsid w:val="003D79BD"/>
    <w:rsid w:val="004E1C66"/>
    <w:rsid w:val="00542AC7"/>
    <w:rsid w:val="006406AE"/>
    <w:rsid w:val="00642C31"/>
    <w:rsid w:val="00721D63"/>
    <w:rsid w:val="00745A3A"/>
    <w:rsid w:val="007E222E"/>
    <w:rsid w:val="00910DF3"/>
    <w:rsid w:val="00951499"/>
    <w:rsid w:val="009E669E"/>
    <w:rsid w:val="00AA0F50"/>
    <w:rsid w:val="00AA1D8D"/>
    <w:rsid w:val="00AF7E8E"/>
    <w:rsid w:val="00B47730"/>
    <w:rsid w:val="00BA15C9"/>
    <w:rsid w:val="00C0427F"/>
    <w:rsid w:val="00CB0664"/>
    <w:rsid w:val="00D07DC6"/>
    <w:rsid w:val="00ED13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20BC2"/>
  <w14:defaultImageDpi w14:val="300"/>
  <w15:docId w15:val="{9545293B-C91A-4C23-BE9B-9E56040C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4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8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customStyle="1" w:styleId="text-token-text-primary">
    <w:name w:val="text-token-text-primary"/>
    <w:basedOn w:val="a2"/>
    <w:rsid w:val="00AA0F50"/>
  </w:style>
  <w:style w:type="paragraph" w:styleId="aff8">
    <w:name w:val="Normal (Web)"/>
    <w:basedOn w:val="a1"/>
    <w:uiPriority w:val="99"/>
    <w:semiHidden/>
    <w:unhideWhenUsed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745A3A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745A3A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4E1C66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
ДЛЯ ФОРМ САЙТА</vt:lpstr>
      <vt:lpstr/>
    </vt:vector>
  </TitlesOfParts>
  <Manager/>
  <Company/>
  <LinksUpToDate>false</LinksUpToDate>
  <CharactersWithSpaces>6426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
ДЛЯ ФОРМ САЙТА</dc:title>
  <dc:subject>Юридический документ для сайта https://это-моя-жизнь.рф</dc:subject>
  <dc:creator>Индивидуальный предприниматель Елин Сергей Викторович</dc:creator>
  <cp:keywords/>
  <dc:description>generated by python-docx</dc:description>
  <cp:lastModifiedBy>ur12</cp:lastModifiedBy>
  <cp:revision>13</cp:revision>
  <dcterms:created xsi:type="dcterms:W3CDTF">2013-12-23T23:15:00Z</dcterms:created>
  <dcterms:modified xsi:type="dcterms:W3CDTF">2026-07-17T07:21:00Z</dcterms:modified>
  <cp:category/>
</cp:coreProperties>
</file>