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91C09" w14:textId="01B88C77" w:rsidR="00B8508B" w:rsidRPr="002B1A4E" w:rsidRDefault="00E67E3C" w:rsidP="002B1A4E">
      <w:pPr>
        <w:pStyle w:val="aa"/>
        <w:spacing w:after="0" w:line="300" w:lineRule="exact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B1A4E">
        <w:rPr>
          <w:rFonts w:ascii="Times New Roman" w:eastAsia="Times New Roman" w:hAnsi="Times New Roman" w:cs="Times New Roman"/>
          <w:sz w:val="28"/>
          <w:szCs w:val="28"/>
          <w:lang w:val="ru-RU"/>
        </w:rPr>
        <w:t>ПОЛИТИКА ОБРАБОТКИ ПЕРСОНАЛЬНЫХ ДАННЫХ</w:t>
      </w:r>
    </w:p>
    <w:p w14:paraId="1FF15559" w14:textId="77777777" w:rsidR="002B1A4E" w:rsidRPr="002B1A4E" w:rsidRDefault="002B1A4E" w:rsidP="002B1A4E">
      <w:pPr>
        <w:rPr>
          <w:lang w:val="ru-RU"/>
        </w:rPr>
      </w:pPr>
    </w:p>
    <w:p w14:paraId="57B15C50" w14:textId="77777777" w:rsidR="00B8508B" w:rsidRPr="002B1A4E" w:rsidRDefault="00E67E3C" w:rsidP="002B1A4E">
      <w:pPr>
        <w:pStyle w:val="1"/>
        <w:spacing w:before="0" w:after="0" w:line="300" w:lineRule="exac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B1A4E">
        <w:rPr>
          <w:rFonts w:ascii="Times New Roman" w:hAnsi="Times New Roman" w:cs="Times New Roman"/>
          <w:sz w:val="24"/>
          <w:szCs w:val="24"/>
          <w:lang w:val="ru-RU"/>
        </w:rPr>
        <w:t>1. ОБЩИЕ ПОЛОЖЕНИЯ</w:t>
      </w:r>
    </w:p>
    <w:p w14:paraId="256F9274" w14:textId="77777777" w:rsidR="002B1A4E" w:rsidRPr="007201F8" w:rsidRDefault="002B1A4E" w:rsidP="002B1A4E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  <w:r w:rsidRPr="007201F8">
        <w:rPr>
          <w:rFonts w:cs="Times New Roman"/>
          <w:szCs w:val="24"/>
          <w:lang w:val="ru-RU"/>
        </w:rPr>
        <w:t>1.1. Настоящая Политика обработки персональных данных определяет порядок обработки и меры по обеспечению безопасности персональных данных, предпринимаемые Индивидуальны</w:t>
      </w:r>
      <w:r>
        <w:rPr>
          <w:rFonts w:cs="Times New Roman"/>
          <w:szCs w:val="24"/>
          <w:lang w:val="ru-RU"/>
        </w:rPr>
        <w:t>м</w:t>
      </w:r>
      <w:r w:rsidRPr="007201F8">
        <w:rPr>
          <w:rFonts w:cs="Times New Roman"/>
          <w:szCs w:val="24"/>
          <w:lang w:val="ru-RU"/>
        </w:rPr>
        <w:t xml:space="preserve"> предпринимателем </w:t>
      </w:r>
      <w:proofErr w:type="spellStart"/>
      <w:r w:rsidRPr="007201F8">
        <w:rPr>
          <w:rFonts w:cs="Times New Roman"/>
          <w:szCs w:val="24"/>
          <w:lang w:val="ru-RU"/>
        </w:rPr>
        <w:t>Елиным</w:t>
      </w:r>
      <w:proofErr w:type="spellEnd"/>
      <w:r w:rsidRPr="007201F8">
        <w:rPr>
          <w:rFonts w:cs="Times New Roman"/>
          <w:szCs w:val="24"/>
          <w:lang w:val="ru-RU"/>
        </w:rPr>
        <w:t xml:space="preserve"> Сергеем Викторовичем, ИНН 772641471093, ОГРНИП 317774600428123 (далее — «Оператор»), в отношении пользователей сайта </w:t>
      </w:r>
      <w:r w:rsidRPr="007201F8">
        <w:rPr>
          <w:rFonts w:cs="Times New Roman"/>
          <w:szCs w:val="24"/>
        </w:rPr>
        <w:t>https</w:t>
      </w:r>
      <w:r w:rsidRPr="007201F8">
        <w:rPr>
          <w:rFonts w:cs="Times New Roman"/>
          <w:szCs w:val="24"/>
          <w:lang w:val="ru-RU"/>
        </w:rPr>
        <w:t>://это-моя-</w:t>
      </w:r>
      <w:proofErr w:type="spellStart"/>
      <w:r w:rsidRPr="007201F8">
        <w:rPr>
          <w:rFonts w:cs="Times New Roman"/>
          <w:szCs w:val="24"/>
          <w:lang w:val="ru-RU"/>
        </w:rPr>
        <w:t>жизнь.рф</w:t>
      </w:r>
      <w:proofErr w:type="spellEnd"/>
      <w:r w:rsidRPr="007201F8">
        <w:rPr>
          <w:rFonts w:cs="Times New Roman"/>
          <w:szCs w:val="24"/>
          <w:lang w:val="ru-RU"/>
        </w:rPr>
        <w:t>, заказчиков, участников интервью, получателей подарков и товаров, представителей контрагентов и иных субъектов персональных данных.</w:t>
      </w:r>
    </w:p>
    <w:p w14:paraId="4452380B" w14:textId="77777777" w:rsidR="002B1A4E" w:rsidRPr="007201F8" w:rsidRDefault="002B1A4E" w:rsidP="002B1A4E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  <w:r w:rsidRPr="007201F8">
        <w:rPr>
          <w:rFonts w:cs="Times New Roman"/>
          <w:szCs w:val="24"/>
          <w:lang w:val="ru-RU"/>
        </w:rPr>
        <w:t>1.2.</w:t>
      </w:r>
      <w:r>
        <w:rPr>
          <w:rFonts w:cs="Times New Roman"/>
          <w:szCs w:val="24"/>
          <w:lang w:val="ru-RU"/>
        </w:rPr>
        <w:t> </w:t>
      </w:r>
      <w:r w:rsidRPr="007201F8">
        <w:rPr>
          <w:rFonts w:cs="Times New Roman"/>
          <w:szCs w:val="24"/>
          <w:lang w:val="ru-RU"/>
        </w:rPr>
        <w:t>Политика разработана в соответствии с Конституцией Российской Федерации, Гражданским кодексом Российской Федерации,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 и иными нормативными правовыми актами Российской Федерации.</w:t>
      </w:r>
    </w:p>
    <w:p w14:paraId="213CD7EA" w14:textId="77777777" w:rsidR="002B1A4E" w:rsidRPr="007201F8" w:rsidRDefault="002B1A4E" w:rsidP="002B1A4E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  <w:r w:rsidRPr="007201F8">
        <w:rPr>
          <w:rFonts w:cs="Times New Roman"/>
          <w:szCs w:val="24"/>
          <w:lang w:val="ru-RU"/>
        </w:rPr>
        <w:t>1.3.</w:t>
      </w:r>
      <w:r>
        <w:rPr>
          <w:rFonts w:cs="Times New Roman"/>
          <w:szCs w:val="24"/>
          <w:lang w:val="ru-RU"/>
        </w:rPr>
        <w:t> </w:t>
      </w:r>
      <w:r w:rsidRPr="007201F8">
        <w:rPr>
          <w:rFonts w:cs="Times New Roman"/>
          <w:szCs w:val="24"/>
          <w:lang w:val="ru-RU"/>
        </w:rPr>
        <w:t>Политика распространяется на обработку персональных данных с использованием средств автоматизации и без использования таких средств, включая обработку через Сайт, электронную почту, телефон, мессенджеры, системы видеосвязи, платежные сервисы, службы доставки, облачные хранилища и иные используемые Оператором информационные системы.</w:t>
      </w:r>
    </w:p>
    <w:p w14:paraId="3A3875DA" w14:textId="77777777" w:rsidR="002B1A4E" w:rsidRPr="002B1A4E" w:rsidRDefault="002B1A4E" w:rsidP="002B1A4E">
      <w:pPr>
        <w:pStyle w:val="1"/>
        <w:spacing w:before="0" w:after="0" w:line="300" w:lineRule="exact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5B807D8B" w14:textId="75AAF2FB" w:rsidR="00B8508B" w:rsidRPr="002B1A4E" w:rsidRDefault="00E67E3C" w:rsidP="002B1A4E">
      <w:pPr>
        <w:pStyle w:val="1"/>
        <w:spacing w:before="0" w:after="0" w:line="300" w:lineRule="exact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B1A4E">
        <w:rPr>
          <w:rFonts w:ascii="Times New Roman" w:hAnsi="Times New Roman" w:cs="Times New Roman"/>
          <w:color w:val="auto"/>
          <w:sz w:val="24"/>
          <w:szCs w:val="24"/>
          <w:lang w:val="ru-RU"/>
        </w:rPr>
        <w:t>2. ОСНОВНЫЕ ПОНЯТИЯ</w:t>
      </w:r>
    </w:p>
    <w:p w14:paraId="6B5D1276" w14:textId="00E7D5E2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2.1.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Персональные данные — любая информация, относящаяся к прямо или косвенно определенному или определяемому физическому лицу.</w:t>
      </w:r>
    </w:p>
    <w:p w14:paraId="6C9A3851" w14:textId="2C76797A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2.2.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Субъект персональных данных — физическое лицо, к которому относятся персональные данные.</w:t>
      </w:r>
    </w:p>
    <w:p w14:paraId="736F7A94" w14:textId="39868B90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2.3.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Оператор — лицо, самостоятельно определяющее цели, состав и операции обработки.</w:t>
      </w:r>
    </w:p>
    <w:p w14:paraId="16BE630C" w14:textId="44C0BEA5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2.4.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Обработка — любое действие с персональными данными, включая сбор, запись, систематизацию, накопление, хранение, уточнение, извлечение, использование, передачу, предоставление, распространение, обезличивание, блокирование, удаление и уничтожение.</w:t>
      </w:r>
    </w:p>
    <w:p w14:paraId="20EA90C3" w14:textId="15BCD9A4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2.5.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Лицо, обрабатывающее данные по поручению Оператора, — лицо, выполняющее операции в целях и пределах письменного поручения Оператора.</w:t>
      </w:r>
    </w:p>
    <w:p w14:paraId="61C054AA" w14:textId="6620456D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2.6.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Согласие — конкретное, предметное, информированное, сознательное и однозначное волеизъявление субъекта либо его надлежаще уполномоченного представителя.</w:t>
      </w:r>
    </w:p>
    <w:p w14:paraId="2A7CF711" w14:textId="4A62B30B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2.7.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Специальные категории — сведения о расовой или национальной принадлежности, политических взглядах, религиозных или философских убеждениях, состоянии здоровья и интимной жизни.</w:t>
      </w:r>
    </w:p>
    <w:p w14:paraId="171F23F1" w14:textId="6ADEFB2B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2.8.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Биометрические персональные данные — сведения, характеризующие физиологические и биологические особенности и используемые Оператором для установления личности.</w:t>
      </w:r>
    </w:p>
    <w:p w14:paraId="20B28315" w14:textId="1E95F0BC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2.9.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Персональные данные, разрешенные для распространения, — данные, доступ неопределенного круга лиц к которым предоставлен субъектом в отдельном согласии по статье 10.1 Федерального закона № 152-ФЗ.</w:t>
      </w:r>
    </w:p>
    <w:p w14:paraId="7B5B8EBF" w14:textId="502C4EEB" w:rsidR="00B8508B" w:rsidRPr="002B1A4E" w:rsidRDefault="00E67E3C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  <w:r w:rsidRPr="002B1A4E">
        <w:rPr>
          <w:rFonts w:cs="Times New Roman"/>
          <w:color w:val="auto"/>
          <w:szCs w:val="24"/>
          <w:lang w:val="ru-RU"/>
        </w:rPr>
        <w:t>2.10.</w:t>
      </w:r>
      <w:r w:rsidR="002B1A4E" w:rsidRPr="002B1A4E">
        <w:rPr>
          <w:rFonts w:cs="Times New Roman"/>
          <w:color w:val="auto"/>
          <w:szCs w:val="24"/>
          <w:lang w:val="ru-RU"/>
        </w:rPr>
        <w:t> </w:t>
      </w:r>
      <w:r w:rsidRPr="002B1A4E">
        <w:rPr>
          <w:rFonts w:cs="Times New Roman"/>
          <w:color w:val="auto"/>
          <w:szCs w:val="24"/>
          <w:lang w:val="ru-RU"/>
        </w:rPr>
        <w:t>Локализация — осуществление при сборе данных граждан Российской Федерации записи, систематизации, накопления, хранения, уточнения и извлечения с использованием баз данных на территории Российской Федерации.</w:t>
      </w:r>
    </w:p>
    <w:p w14:paraId="153EAD60" w14:textId="77777777" w:rsidR="002B1A4E" w:rsidRDefault="002B1A4E" w:rsidP="002B1A4E">
      <w:pPr>
        <w:pStyle w:val="1"/>
        <w:spacing w:before="0" w:after="0" w:line="300" w:lineRule="exact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0C07AE6F" w14:textId="237C5122" w:rsidR="00B8508B" w:rsidRPr="002B1A4E" w:rsidRDefault="00E67E3C" w:rsidP="002B1A4E">
      <w:pPr>
        <w:pStyle w:val="1"/>
        <w:spacing w:before="0" w:after="0" w:line="300" w:lineRule="exact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B1A4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3. </w:t>
      </w:r>
      <w:r w:rsidR="002B1A4E" w:rsidRPr="00F63A5D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ПРИНЦИПЫ ОБРАБОТКИ ПЕРСОНАЛЬНЫХ ДАННЫХ</w:t>
      </w:r>
    </w:p>
    <w:p w14:paraId="3F66C980" w14:textId="77777777" w:rsidR="002B1A4E" w:rsidRPr="00F63A5D" w:rsidRDefault="002B1A4E" w:rsidP="002B1A4E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  <w:r w:rsidRPr="00F63A5D">
        <w:rPr>
          <w:rFonts w:cs="Times New Roman"/>
          <w:szCs w:val="24"/>
          <w:lang w:val="ru-RU"/>
        </w:rPr>
        <w:t>3.1. Обработка ограничивается достижением конкретных, заранее определенных и законных целей. Не допускается обработка, несовместимая с целями сбора данных.</w:t>
      </w:r>
    </w:p>
    <w:p w14:paraId="654D19DA" w14:textId="77777777" w:rsidR="002B1A4E" w:rsidRPr="00F63A5D" w:rsidRDefault="002B1A4E" w:rsidP="002B1A4E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  <w:r w:rsidRPr="00F63A5D">
        <w:rPr>
          <w:rFonts w:cs="Times New Roman"/>
          <w:szCs w:val="24"/>
          <w:lang w:val="ru-RU"/>
        </w:rPr>
        <w:t>3.2. Содержание и объем обрабатываемых данных соответствуют заявленным целям. Оператор не запрашивает избыточные сведения.</w:t>
      </w:r>
    </w:p>
    <w:p w14:paraId="59E59EAE" w14:textId="77777777" w:rsidR="002B1A4E" w:rsidRPr="00F63A5D" w:rsidRDefault="002B1A4E" w:rsidP="002B1A4E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  <w:r w:rsidRPr="00F63A5D">
        <w:rPr>
          <w:rFonts w:cs="Times New Roman"/>
          <w:szCs w:val="24"/>
          <w:lang w:val="ru-RU"/>
        </w:rPr>
        <w:t>3.3. Персональные данные хранятся в форме, позволяющей определить субъекта, не дольше, чем этого требуют цели обработки, если иной срок не установлен законом или договором.</w:t>
      </w:r>
    </w:p>
    <w:p w14:paraId="0219ECB4" w14:textId="77777777" w:rsidR="002B1A4E" w:rsidRPr="002B1A4E" w:rsidRDefault="002B1A4E" w:rsidP="002B1A4E">
      <w:pPr>
        <w:pStyle w:val="1"/>
        <w:spacing w:before="0" w:after="0" w:line="300" w:lineRule="exact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2F5A09C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4. КАТЕГОРИИ СУБЪЕКТОВ И СОСТАВ ОБРАБАТЫВАЕМЫХ ПЕРСОНАЛЬНЫХ ДАННЫХ</w:t>
      </w:r>
    </w:p>
    <w:p w14:paraId="641F496D" w14:textId="5DB760C8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4.1.</w:t>
      </w:r>
      <w:r w:rsidR="00C03548">
        <w:t> </w:t>
      </w:r>
      <w:r w:rsidRPr="002B1A4E">
        <w:t>Оператор обрабатывает персональные данные пользователей Сайта, в том числе лиц, просматривающих его страницы, использующих размещенные на Сайте формы, направляющих обращения, заявки или запросы на консультацию. В отношении указанных лиц могут обрабатываться фамилия, имя и отчество; номер телефона; адрес электронной почты; идентификатор и имя пользователя в мессенджере; сведения о выбранной услуге, товаре или способе связи; содержание обращения и переписки; дата и время взаимодействия с Сайтом; IP-адрес; сведения о браузере, операционной системе, устройстве, источнике перехода и действиях на Сайт</w:t>
      </w:r>
      <w:r w:rsidR="00C03548">
        <w:t>е.</w:t>
      </w:r>
    </w:p>
    <w:p w14:paraId="1F50C2C0" w14:textId="7029B0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4.2.</w:t>
      </w:r>
      <w:r w:rsidR="00C03548">
        <w:t> </w:t>
      </w:r>
      <w:r w:rsidRPr="002B1A4E">
        <w:t>Оператор обрабатывает персональные данные Заказчиков, плательщиков, получателей товаров, подарков, сертификатов и Цифровых результатов, а также представителей указанных лиц. В отношении данной категории субъектов могут обрабатываться идентификационные и контактные сведения; сведения о заказе, его составе, стоимости и статусе; содержание Индивидуального заказа, брифа и переписки; сведения об оплате и возврате денежных средств в объеме, доступном Оператору; адрес доставки или выбранный пункт выдачи; сведения о получателе; информация о претензиях, возвратах и иных действиях, связанных с заключением и исполнением договора.</w:t>
      </w:r>
    </w:p>
    <w:p w14:paraId="1781E9EE" w14:textId="2CD150BB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4.3.</w:t>
      </w:r>
      <w:r w:rsidR="00C03548">
        <w:t> </w:t>
      </w:r>
      <w:r w:rsidRPr="002B1A4E">
        <w:t>Оператор обрабатывает персональные данные участников интервью и их законных представителей. В зависимости от содержания Индивидуального заказа к таким данным могут относиться фамилия, имя и отчество; дата рождения или возраст; контактные сведения; изображение; голос; аудио- и видеозапись интервью; письменные и устные ответы; биографические сведения; сведения об образовании, трудовой, общественной и творческой деятельности; сведения о семье и родственниках; фотографии, письма, документы, записи и иные материалы, добровольно предоставленные для создания результата.</w:t>
      </w:r>
    </w:p>
    <w:p w14:paraId="6DF81883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Специальные категории персональных данных обрабатываются только при наличии письменного согласия субъекта либо иного предусмотренного законом основания.</w:t>
      </w:r>
    </w:p>
    <w:p w14:paraId="61D15D9D" w14:textId="6FF30E3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4.4.</w:t>
      </w:r>
      <w:r w:rsidR="00C03548">
        <w:t> </w:t>
      </w:r>
      <w:r w:rsidRPr="002B1A4E">
        <w:t>В составе интервью, семейных архивов, писем, фотографий и иных материалов могут содержаться персональные данные родственников, знакомых и иных третьих лиц. Обработка таких данных допускается только при наличии согласия соответствующего субъекта, полномочий его представителя либо иного предусмотренного законодательством Российской Федерации основания.</w:t>
      </w:r>
    </w:p>
    <w:p w14:paraId="38012BF9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Оператор вправе исключить из обработки сведения о третьем лице, если лицо, передавшее соответствующие материалы, не обеспечило получение необходимого согласия или не подтвердило наличие иного законного основания.</w:t>
      </w:r>
    </w:p>
    <w:p w14:paraId="2000C46E" w14:textId="5FCFBBFA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4.5.</w:t>
      </w:r>
      <w:r w:rsidR="00C03548">
        <w:t> </w:t>
      </w:r>
      <w:r w:rsidRPr="002B1A4E">
        <w:t>Оператор обрабатывает персональные данные лиц, предоставивших отзывы, комментарии, рекомендации, фотографии, аудио- или видеоматериалы для размещения в портфолио Оператора, на Сайте, в социальных сетях, рекламных или информационных материалах.</w:t>
      </w:r>
    </w:p>
    <w:p w14:paraId="587C62B0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Состав публикуемых персональных данных, способы и срок их распространения определяются отдельным согласием на обработку персональных данных, разрешенных субъектом для распространения. Использование изображения и голоса осуществляется при наличии отдельного разрешения или иного предусмотренного законом основания.</w:t>
      </w:r>
    </w:p>
    <w:p w14:paraId="36E2D2A7" w14:textId="14A637D5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4.6.</w:t>
      </w:r>
      <w:r w:rsidR="00C03548">
        <w:t> </w:t>
      </w:r>
      <w:r w:rsidRPr="002B1A4E">
        <w:t>Оператор может обрабатывать персональные данные представителей юридических лиц и индивидуальных предпринимателей, действующих и потенциальных подрядчиков, исполнителей и иных контрагентов, если Оператор фактически взаимодействует с такими лицами.</w:t>
      </w:r>
    </w:p>
    <w:p w14:paraId="36B82CE8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К обрабатываемым данным могут относиться фамилия, имя и отчество; должность; место работы; номер телефона; адрес электронной почты; сведения о полномочиях; реквизиты доверенности; содержание деловой переписки; сведения, необходимые для заключения и исполнения договора; платежные и налоговые реквизиты индивидуального предпринимателя или физического лица, выступающего стороной договора.</w:t>
      </w:r>
    </w:p>
    <w:p w14:paraId="529F8AC2" w14:textId="0F7D5D89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4.7.</w:t>
      </w:r>
      <w:r w:rsidR="00C03548">
        <w:t> </w:t>
      </w:r>
      <w:r w:rsidRPr="002B1A4E">
        <w:t>Оператор не запрашивает и не обрабатывает персональные данные, не соответствующие заявленным целям обработки. Состав данных в отношении конкретного субъекта определяется характером его взаимодействия с Оператором, содержанием заключенного договора и фактически предоставленными материалами.</w:t>
      </w:r>
    </w:p>
    <w:p w14:paraId="4D9B2372" w14:textId="577A134E" w:rsidR="002B1A4E" w:rsidRPr="006D711A" w:rsidRDefault="002B1A4E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</w:p>
    <w:p w14:paraId="53ABA6A0" w14:textId="77777777" w:rsidR="002B1A4E" w:rsidRPr="002B1A4E" w:rsidRDefault="002B1A4E" w:rsidP="00C03548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5. ЦЕЛИ ОБРАБОТКИ, СОСТАВ ДАННЫХ, ПРАВОВЫЕ ОСНОВАНИЯ, СРОКИ И ПОЛУЧАТЕЛИ</w:t>
      </w:r>
    </w:p>
    <w:p w14:paraId="7B243CA3" w14:textId="77777777" w:rsidR="002B1A4E" w:rsidRPr="002B1A4E" w:rsidRDefault="002B1A4E" w:rsidP="002B1A4E">
      <w:pPr>
        <w:pStyle w:val="31"/>
        <w:spacing w:before="0" w:line="300" w:lineRule="exact"/>
        <w:ind w:firstLine="567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2B1A4E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5.1. Рассмотрение обращений и проведение консультаций</w:t>
      </w:r>
    </w:p>
    <w:p w14:paraId="3837245D" w14:textId="150E895D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5.1.1.</w:t>
      </w:r>
      <w:r w:rsidR="00C03548">
        <w:t> </w:t>
      </w:r>
      <w:r w:rsidRPr="002B1A4E">
        <w:t>Оператор обрабатывает персональные данные пользователей, направляющих обращения, заявки, запросы на консультацию, обратный звонок или получение дополнительной информации.</w:t>
      </w:r>
    </w:p>
    <w:p w14:paraId="410B2F9B" w14:textId="77777777" w:rsidR="00C03548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5.1.2.</w:t>
      </w:r>
      <w:r w:rsidR="00C03548">
        <w:t> </w:t>
      </w:r>
      <w:r w:rsidR="00C03548" w:rsidRPr="002B1A4E">
        <w:t>Оператор вправе осуществлять сбор, запись, систематизацию, хранение, уточнение, извлечение, использование, предоставление ответа, передачу уполномоченным обработчикам, блокирование, удаление и уничтожение данных</w:t>
      </w:r>
      <w:r w:rsidR="00C03548">
        <w:t xml:space="preserve"> для указанных в пункте 5.1.1. целей. </w:t>
      </w:r>
    </w:p>
    <w:p w14:paraId="2125255A" w14:textId="696E3F13" w:rsidR="002B1A4E" w:rsidRPr="002B1A4E" w:rsidRDefault="002B1A4E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5.1.3</w:t>
      </w:r>
      <w:r w:rsidR="00C03548">
        <w:rPr>
          <w:rStyle w:val="af6"/>
        </w:rPr>
        <w:t>. </w:t>
      </w:r>
      <w:r w:rsidR="00C03548" w:rsidRPr="002B1A4E">
        <w:t>Правовым основанием обработки являются действия, необходимые для рассмотрения запроса субъекта до заключения договора, а в случаях, когда законодательство требует согласия, — отдельно предоставленное согласие на обработку персональных данных.</w:t>
      </w:r>
    </w:p>
    <w:p w14:paraId="6C3932EF" w14:textId="3E6A572C" w:rsidR="00C03548" w:rsidRPr="002B1A4E" w:rsidRDefault="002B1A4E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5.1.4.</w:t>
      </w:r>
      <w:r w:rsidR="00C03548">
        <w:t> </w:t>
      </w:r>
      <w:r w:rsidR="00C03548" w:rsidRPr="002B1A4E">
        <w:t>Для обработки обращений Оператор может привлекать хостинг-провайдера, поставщика CRM-системы, сервис клиентской поддержки, оператора электронной почты, телефонии или сообщений при условии оформления отношений в соответствии с законодательством Российской Федерации.</w:t>
      </w:r>
    </w:p>
    <w:p w14:paraId="177B2E1C" w14:textId="77777777" w:rsidR="002B1A4E" w:rsidRPr="002B1A4E" w:rsidRDefault="002B1A4E" w:rsidP="002B1A4E">
      <w:pPr>
        <w:pStyle w:val="31"/>
        <w:spacing w:before="0" w:line="300" w:lineRule="exact"/>
        <w:ind w:firstLine="567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2B1A4E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5.2. Заключение и исполнение договора</w:t>
      </w:r>
    </w:p>
    <w:p w14:paraId="6BA49919" w14:textId="3F0F7F98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5.2.1.</w:t>
      </w:r>
      <w:r w:rsidR="00C03548">
        <w:t> </w:t>
      </w:r>
      <w:r w:rsidRPr="002B1A4E">
        <w:t>Оператор обрабатывает персональные данные Заказчиков, плательщиков, получателей товаров и результатов, а также представителей сторон в целях согласования условий заказа, заключения и исполнения договора, осуществления расчетов, передачи результата, оформления доставки, возврата денежных средств, рассмотрения претензий и исполнения установленных законом обязанностей.</w:t>
      </w:r>
    </w:p>
    <w:p w14:paraId="24924560" w14:textId="593D8E5A" w:rsidR="002B1A4E" w:rsidRPr="002B1A4E" w:rsidRDefault="002B1A4E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5.2.2.</w:t>
      </w:r>
      <w:r w:rsidR="00C03548">
        <w:t> </w:t>
      </w:r>
      <w:r w:rsidR="00C03548" w:rsidRPr="002B1A4E">
        <w:t>Правовыми основаниями обработки являются заключение и исполнение договора, совершение действий по запросу субъекта до заключения договора, исполнение обязанностей Оператора, установленных законодательством Российской Федерации, а также согласие субъекта — в отношении дополнительных операций, для которых такое согласие обязательно.</w:t>
      </w:r>
    </w:p>
    <w:p w14:paraId="0C7BE684" w14:textId="14F78DC2" w:rsidR="00C03548" w:rsidRPr="002B1A4E" w:rsidRDefault="002B1A4E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5.2.3.</w:t>
      </w:r>
      <w:r w:rsidR="00C03548">
        <w:t> </w:t>
      </w:r>
      <w:r w:rsidR="00C03548" w:rsidRPr="002B1A4E">
        <w:t>Получателями данных могут являться банк, платежный провайдер, оператор онлайн-кассы, бухгалтерский сервис, CRM-система, служба доставки, типография и иные подрядчики, фактически участвующие в исполнении заказа.</w:t>
      </w:r>
    </w:p>
    <w:p w14:paraId="39D99635" w14:textId="77777777" w:rsidR="002B1A4E" w:rsidRPr="002B1A4E" w:rsidRDefault="002B1A4E" w:rsidP="002B1A4E">
      <w:pPr>
        <w:pStyle w:val="31"/>
        <w:spacing w:before="0" w:line="300" w:lineRule="exact"/>
        <w:ind w:firstLine="567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2B1A4E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5.3. Организация и проведение интервью, создание результата</w:t>
      </w:r>
    </w:p>
    <w:p w14:paraId="6B6434A3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5.3.1.</w:t>
      </w:r>
      <w:r w:rsidRPr="002B1A4E">
        <w:t xml:space="preserve"> Оператор обрабатывает персональные данные Заказчиков, участников интервью, их законных представителей и иных лиц, сведения о которых правомерно включены в предоставленные материалы, в целях организации и проведения интервью, создания аудио- и видеозаписи, </w:t>
      </w:r>
      <w:proofErr w:type="spellStart"/>
      <w:r w:rsidRPr="002B1A4E">
        <w:t>транскрибации</w:t>
      </w:r>
      <w:proofErr w:type="spellEnd"/>
      <w:r w:rsidRPr="002B1A4E">
        <w:t>, редактирования, подготовки текста, макета, книги, цифрового портрета, семейного архива, капсулы времени и иного результата, предусмотренного Индивидуальным заказом.</w:t>
      </w:r>
    </w:p>
    <w:p w14:paraId="7E4432B1" w14:textId="60EBFDDE" w:rsidR="002B1A4E" w:rsidRPr="002B1A4E" w:rsidRDefault="002B1A4E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5.3.2.</w:t>
      </w:r>
      <w:r w:rsidR="00C03548">
        <w:t> </w:t>
      </w:r>
      <w:r w:rsidR="00C03548" w:rsidRPr="002B1A4E">
        <w:t>Обработка данных участника интервью осуществляется на основании его письменного согласия, договора с субъектом либо иного прямо предусмотренного законом основания. Обработка специальных категорий персональных данных допускается только при наличии письменного согласия или иного основания, прямо установленного законодательством Российской Федерации.</w:t>
      </w:r>
    </w:p>
    <w:p w14:paraId="60D1A882" w14:textId="0729AC6F" w:rsidR="00C03548" w:rsidRPr="002B1A4E" w:rsidRDefault="002B1A4E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5.3.3.</w:t>
      </w:r>
      <w:r w:rsidR="00C03548">
        <w:t> </w:t>
      </w:r>
      <w:r w:rsidR="00C03548" w:rsidRPr="002B1A4E">
        <w:t xml:space="preserve">Для создания результата Оператор может предоставлять необходимый объем данных интервьюерам, редакторам, корректорам, дизайнерам, верстальщикам, монтажерам, типографиям, хостинг-провайдерам, облачным хранилищам, сервисам видеосвязи, </w:t>
      </w:r>
      <w:proofErr w:type="spellStart"/>
      <w:r w:rsidR="00C03548" w:rsidRPr="002B1A4E">
        <w:t>транскрибации</w:t>
      </w:r>
      <w:proofErr w:type="spellEnd"/>
      <w:r w:rsidR="00C03548" w:rsidRPr="002B1A4E">
        <w:t xml:space="preserve"> и искусственного интеллекта.</w:t>
      </w:r>
    </w:p>
    <w:p w14:paraId="663A763D" w14:textId="77777777" w:rsidR="00C03548" w:rsidRPr="002B1A4E" w:rsidRDefault="00C03548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Доступ предоставляется только в объеме, необходимом для выполнения конкретной операции.</w:t>
      </w:r>
    </w:p>
    <w:p w14:paraId="430B2697" w14:textId="6BFF1A35" w:rsidR="002B1A4E" w:rsidRPr="002B1A4E" w:rsidRDefault="002B1A4E" w:rsidP="002B1A4E">
      <w:pPr>
        <w:pStyle w:val="31"/>
        <w:spacing w:before="0" w:line="300" w:lineRule="exact"/>
        <w:ind w:firstLine="567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2B1A4E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5.4.</w:t>
      </w:r>
      <w:r w:rsidR="00C03548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 </w:t>
      </w:r>
      <w:r w:rsidRPr="002B1A4E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Доставка товаров и материальных носителей</w:t>
      </w:r>
    </w:p>
    <w:p w14:paraId="1DD43A89" w14:textId="103D67E2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5.4.1.</w:t>
      </w:r>
      <w:r w:rsidR="00C03548">
        <w:t> </w:t>
      </w:r>
      <w:r w:rsidRPr="002B1A4E">
        <w:t>Оператор обрабатывает персональные данные Заказчиков и получателей товаров в целях оформления, организации и подтверждения доставки.</w:t>
      </w:r>
    </w:p>
    <w:p w14:paraId="2D23B688" w14:textId="4139133A" w:rsidR="00C03548" w:rsidRPr="002B1A4E" w:rsidRDefault="002B1A4E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5.4.2.</w:t>
      </w:r>
      <w:r w:rsidR="00C03548">
        <w:t> </w:t>
      </w:r>
      <w:r w:rsidR="00C03548" w:rsidRPr="002B1A4E">
        <w:t xml:space="preserve">Правовым основанием обработки является исполнение договора, стороной или </w:t>
      </w:r>
      <w:proofErr w:type="gramStart"/>
      <w:r w:rsidR="00C03548" w:rsidRPr="002B1A4E">
        <w:t>выгодоприобретателем</w:t>
      </w:r>
      <w:proofErr w:type="gramEnd"/>
      <w:r w:rsidR="00C03548" w:rsidRPr="002B1A4E">
        <w:t xml:space="preserve"> по которому является субъект, а также совершение действий по запросу субъекта до заключения договора.</w:t>
      </w:r>
    </w:p>
    <w:p w14:paraId="43854613" w14:textId="2CB6E4E1" w:rsidR="00C03548" w:rsidRPr="002B1A4E" w:rsidRDefault="002B1A4E" w:rsidP="00C03548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5.4.3.</w:t>
      </w:r>
      <w:r w:rsidR="00C03548">
        <w:t> </w:t>
      </w:r>
      <w:r w:rsidR="00C03548" w:rsidRPr="002B1A4E">
        <w:t>Необходимые сведения предоставляются выбранной службе доставки, перевозчику или иному лицу, непосредственно осуществляющему вручение товара.</w:t>
      </w:r>
    </w:p>
    <w:p w14:paraId="07C2947B" w14:textId="77777777" w:rsidR="002B1A4E" w:rsidRPr="002B1A4E" w:rsidRDefault="002B1A4E" w:rsidP="002B1A4E">
      <w:pPr>
        <w:pStyle w:val="31"/>
        <w:spacing w:before="0" w:line="300" w:lineRule="exact"/>
        <w:ind w:firstLine="567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2B1A4E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5.5. Рекламные и информационные коммуникации</w:t>
      </w:r>
    </w:p>
    <w:p w14:paraId="4EC6E46F" w14:textId="27D2E899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5.5.1.</w:t>
      </w:r>
      <w:r w:rsidR="009858A4">
        <w:t> </w:t>
      </w:r>
      <w:r w:rsidRPr="002B1A4E">
        <w:t>Оператор обрабатывает персональные данные для направления рекламы только в отношении лиц, которые отдельно предоставили согласие на обработку персональных данных в рекламных целях и предварительное согласие на получение рекламы по соответствующему каналу связи.</w:t>
      </w:r>
    </w:p>
    <w:p w14:paraId="7EE9FA0E" w14:textId="09C2C29D" w:rsidR="009858A4" w:rsidRPr="002B1A4E" w:rsidRDefault="002B1A4E" w:rsidP="009858A4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5.5.2.</w:t>
      </w:r>
      <w:r w:rsidR="009858A4">
        <w:t> </w:t>
      </w:r>
      <w:r w:rsidR="009858A4" w:rsidRPr="002B1A4E">
        <w:t>Активная рекламная обработка прекращается после отзыва согласия или получения требования о прекращении рекламы.</w:t>
      </w:r>
    </w:p>
    <w:p w14:paraId="1584B98C" w14:textId="50653280" w:rsidR="009858A4" w:rsidRDefault="002B1A4E" w:rsidP="009858A4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5.5.3.</w:t>
      </w:r>
      <w:r w:rsidR="009858A4">
        <w:t> </w:t>
      </w:r>
      <w:r w:rsidR="009858A4" w:rsidRPr="002B1A4E">
        <w:t>Техническое направление сообщений может быть поручено фактически используемым сервисам электронной почты, SMS, телефонии, социальных сетей и мессенджеров.</w:t>
      </w:r>
    </w:p>
    <w:p w14:paraId="554F3B68" w14:textId="5BA6D5A1" w:rsidR="00AF7FAF" w:rsidRDefault="00AF7FAF" w:rsidP="009858A4">
      <w:pPr>
        <w:pStyle w:val="aff8"/>
        <w:spacing w:before="0" w:beforeAutospacing="0" w:after="0" w:afterAutospacing="0" w:line="300" w:lineRule="exact"/>
        <w:ind w:firstLine="567"/>
        <w:jc w:val="both"/>
      </w:pPr>
    </w:p>
    <w:p w14:paraId="2A5E5AF4" w14:textId="77777777" w:rsidR="00AF7FAF" w:rsidRDefault="00AF7FAF" w:rsidP="009858A4">
      <w:pPr>
        <w:pStyle w:val="aff8"/>
        <w:spacing w:before="0" w:beforeAutospacing="0" w:after="0" w:afterAutospacing="0" w:line="300" w:lineRule="exact"/>
        <w:ind w:firstLine="567"/>
        <w:jc w:val="both"/>
      </w:pPr>
    </w:p>
    <w:p w14:paraId="28B08EB3" w14:textId="5C8FBBF3" w:rsidR="002B1A4E" w:rsidRPr="009858A4" w:rsidRDefault="002B1A4E" w:rsidP="009858A4">
      <w:pPr>
        <w:pStyle w:val="aff8"/>
        <w:spacing w:before="0" w:beforeAutospacing="0" w:after="0" w:afterAutospacing="0" w:line="300" w:lineRule="exact"/>
        <w:ind w:firstLine="567"/>
        <w:jc w:val="both"/>
      </w:pPr>
      <w:r w:rsidRPr="009858A4">
        <w:rPr>
          <w:rStyle w:val="af6"/>
        </w:rPr>
        <w:t xml:space="preserve">5.6. Обеспечение работы Сайта, использование </w:t>
      </w:r>
      <w:proofErr w:type="spellStart"/>
      <w:r w:rsidRPr="009858A4">
        <w:rPr>
          <w:rStyle w:val="af6"/>
        </w:rPr>
        <w:t>cookie</w:t>
      </w:r>
      <w:proofErr w:type="spellEnd"/>
      <w:r w:rsidRPr="009858A4">
        <w:rPr>
          <w:rStyle w:val="af6"/>
        </w:rPr>
        <w:t xml:space="preserve"> и аналитики</w:t>
      </w:r>
    </w:p>
    <w:p w14:paraId="185F2C8A" w14:textId="5DE31833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5.6.1.</w:t>
      </w:r>
      <w:r w:rsidR="009858A4">
        <w:t> </w:t>
      </w:r>
      <w:r w:rsidRPr="002B1A4E">
        <w:t>Оператор обрабатывает технические сведения, необходимые для загрузки страниц, работы форм, обеспечения безопасности, предотвращения злоупотреблений, сохранения выбора Пользователя и выполнения непосредственно запрошенных им действий.</w:t>
      </w:r>
    </w:p>
    <w:p w14:paraId="163C76DD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К таким сведениям могут относиться IP-адрес, идентификатор сессии, дата и время посещения, тип устройства, браузер, операционная система, источник перехода и сведения о совершенных действиях.</w:t>
      </w:r>
    </w:p>
    <w:p w14:paraId="28A8AFC3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5.6.2.</w:t>
      </w:r>
      <w:r w:rsidRPr="002B1A4E">
        <w:t xml:space="preserve"> Обязательные </w:t>
      </w:r>
      <w:proofErr w:type="spellStart"/>
      <w:r w:rsidRPr="002B1A4E">
        <w:t>cookie</w:t>
      </w:r>
      <w:proofErr w:type="spellEnd"/>
      <w:r w:rsidRPr="002B1A4E">
        <w:t xml:space="preserve"> используются в объеме, необходимом для функционирования и безопасности Сайта. Функциональные, аналитические, рекламные и иные необязательные </w:t>
      </w:r>
      <w:proofErr w:type="spellStart"/>
      <w:r w:rsidRPr="002B1A4E">
        <w:t>cookie</w:t>
      </w:r>
      <w:proofErr w:type="spellEnd"/>
      <w:r w:rsidRPr="002B1A4E">
        <w:t xml:space="preserve"> применяются только после совершения Пользователем соответствующего выбора.</w:t>
      </w:r>
    </w:p>
    <w:p w14:paraId="6A6B9D82" w14:textId="45631904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5.6.3.</w:t>
      </w:r>
      <w:r w:rsidR="009858A4">
        <w:t> </w:t>
      </w:r>
      <w:r w:rsidRPr="002B1A4E">
        <w:t xml:space="preserve">Наименование, назначение, поставщик и срок действия каждого </w:t>
      </w:r>
      <w:proofErr w:type="spellStart"/>
      <w:r w:rsidRPr="002B1A4E">
        <w:t>cookie</w:t>
      </w:r>
      <w:proofErr w:type="spellEnd"/>
      <w:r w:rsidRPr="002B1A4E">
        <w:t xml:space="preserve"> указываются в </w:t>
      </w:r>
      <w:proofErr w:type="spellStart"/>
      <w:r w:rsidRPr="002B1A4E">
        <w:t>Cookie</w:t>
      </w:r>
      <w:proofErr w:type="spellEnd"/>
      <w:r w:rsidRPr="002B1A4E">
        <w:t>-политике или связанном с ней реестре.</w:t>
      </w:r>
    </w:p>
    <w:p w14:paraId="6C820268" w14:textId="77777777" w:rsidR="002B1A4E" w:rsidRPr="002B1A4E" w:rsidRDefault="002B1A4E" w:rsidP="002B1A4E">
      <w:pPr>
        <w:pStyle w:val="31"/>
        <w:spacing w:before="0" w:line="300" w:lineRule="exact"/>
        <w:ind w:firstLine="567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2B1A4E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5.7. Публикация отзывов, портфолио и иных материалов</w:t>
      </w:r>
    </w:p>
    <w:p w14:paraId="52A341E5" w14:textId="3B5B9F62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5.7.1.</w:t>
      </w:r>
      <w:r w:rsidR="009858A4">
        <w:t> </w:t>
      </w:r>
      <w:r w:rsidRPr="002B1A4E">
        <w:t>Размещение персональных данных, отзывов, цитат, изображений, аудио- и видеоматериалов на Сайте, в социальных сетях, портфолио, презентациях или рекламных материалах осуществляется только при наличии отдельного согласия на обработку персональных данных, разрешенных субъектом для распространения.</w:t>
      </w:r>
    </w:p>
    <w:p w14:paraId="5C23E09B" w14:textId="678B81F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5.7.2.</w:t>
      </w:r>
      <w:r w:rsidR="009858A4">
        <w:t> </w:t>
      </w:r>
      <w:r w:rsidRPr="002B1A4E">
        <w:t>Использование изображения, голоса, исполнения и материалов интервью осуществляется при наличии отдельного разрешения, если такое разрешение необходимо в соответствии с законодательством Российской Федерации.</w:t>
      </w:r>
    </w:p>
    <w:p w14:paraId="676C8228" w14:textId="7225C768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5.7.3.</w:t>
      </w:r>
      <w:r w:rsidR="009858A4">
        <w:t> </w:t>
      </w:r>
      <w:r w:rsidRPr="002B1A4E">
        <w:t>Публикация осуществляется в пределах перечня данных, целей, способов, срока и установленных субъектом ограничений. Данные удаляются или доступ к ним прекращается после истечения срока согласия либо получения требования субъекта в порядке, установленном законом.</w:t>
      </w:r>
    </w:p>
    <w:p w14:paraId="0F852644" w14:textId="77777777" w:rsidR="002B1A4E" w:rsidRPr="002B1A4E" w:rsidRDefault="002B1A4E" w:rsidP="002B1A4E">
      <w:pPr>
        <w:pStyle w:val="31"/>
        <w:spacing w:before="0" w:line="300" w:lineRule="exact"/>
        <w:ind w:firstLine="567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2B1A4E">
        <w:rPr>
          <w:rStyle w:val="af6"/>
          <w:rFonts w:ascii="Times New Roman" w:hAnsi="Times New Roman" w:cs="Times New Roman"/>
          <w:b/>
          <w:bCs/>
          <w:color w:val="auto"/>
          <w:szCs w:val="24"/>
          <w:lang w:val="ru-RU"/>
        </w:rPr>
        <w:t>5.8. Рассмотрение требований, защита прав и обеспечение безопасности</w:t>
      </w:r>
    </w:p>
    <w:p w14:paraId="0219C644" w14:textId="2FAE70A4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5.8.1.</w:t>
      </w:r>
      <w:r w:rsidR="009858A4">
        <w:t> </w:t>
      </w:r>
      <w:r w:rsidRPr="002B1A4E">
        <w:t>Оператор обрабатывает персональные данные, содержащиеся в обращениях, претензиях, требованиях, доказательствах, документах о возвратах, событиях информационной безопасности и материалах проверок, в целях исполнения обязанностей, установленных законом, рассмотрения требований субъектов, предотвращения нарушений и защиты прав и законных интересов Оператора и иных лиц.</w:t>
      </w:r>
    </w:p>
    <w:p w14:paraId="31D7BDBA" w14:textId="4A8731B6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5.8.2.</w:t>
      </w:r>
      <w:r w:rsidR="009858A4">
        <w:t> </w:t>
      </w:r>
      <w:r w:rsidRPr="002B1A4E">
        <w:t>Правовым основанием являются исполнение обязанностей Оператора, установленных законодательством Российской Федерации, а также осуществление его прав и законных интересов при условии, что такая обработка не нарушает права и свободы субъекта.</w:t>
      </w:r>
    </w:p>
    <w:p w14:paraId="4CE01EA2" w14:textId="71E7E08D" w:rsidR="002B1A4E" w:rsidRPr="006D711A" w:rsidRDefault="002B1A4E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</w:p>
    <w:p w14:paraId="4D041D52" w14:textId="77777777" w:rsidR="002B1A4E" w:rsidRPr="002B1A4E" w:rsidRDefault="002B1A4E" w:rsidP="009858A4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6. ПРАВОВЫЕ ОСНОВАНИЯ ОБРАБОТКИ</w:t>
      </w:r>
    </w:p>
    <w:p w14:paraId="31E59EEB" w14:textId="453A16F8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6.1.</w:t>
      </w:r>
      <w:r w:rsidR="009858A4">
        <w:t> </w:t>
      </w:r>
      <w:r w:rsidRPr="002B1A4E">
        <w:t>Оператор осуществляет обработку персональных данных только при наличии применимого к соответствующей цели правового основания.</w:t>
      </w:r>
    </w:p>
    <w:p w14:paraId="510E65D3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Такими основаниями могут являться:</w:t>
      </w:r>
    </w:p>
    <w:p w14:paraId="3065424B" w14:textId="0D93376D" w:rsidR="002B1A4E" w:rsidRPr="002B1A4E" w:rsidRDefault="009858A4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="002B1A4E" w:rsidRPr="002B1A4E">
        <w:t>согласие субъекта персональных данных;</w:t>
      </w:r>
    </w:p>
    <w:p w14:paraId="37AD0DA4" w14:textId="2B436A6D" w:rsidR="002B1A4E" w:rsidRPr="002B1A4E" w:rsidRDefault="009858A4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="002B1A4E" w:rsidRPr="002B1A4E">
        <w:t xml:space="preserve">необходимость обработки для заключения или исполнения договора, стороной, выгодоприобретателем или </w:t>
      </w:r>
      <w:r w:rsidRPr="002B1A4E">
        <w:t>поручителем,</w:t>
      </w:r>
      <w:r w:rsidR="002B1A4E" w:rsidRPr="002B1A4E">
        <w:t xml:space="preserve"> по которому является субъект;</w:t>
      </w:r>
    </w:p>
    <w:p w14:paraId="04F1109E" w14:textId="31A4E993" w:rsidR="002B1A4E" w:rsidRPr="002B1A4E" w:rsidRDefault="009858A4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="002B1A4E" w:rsidRPr="002B1A4E">
        <w:t>необходимость совершения действий по запросу субъекта до заключения договора;</w:t>
      </w:r>
    </w:p>
    <w:p w14:paraId="2F172E2E" w14:textId="1A60E434" w:rsidR="002B1A4E" w:rsidRPr="002B1A4E" w:rsidRDefault="009858A4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="002B1A4E" w:rsidRPr="002B1A4E">
        <w:t>исполнение обязанностей и полномочий, возложенных на Оператора законодательством Российской Федерации;</w:t>
      </w:r>
    </w:p>
    <w:p w14:paraId="275357B4" w14:textId="56545592" w:rsidR="002B1A4E" w:rsidRPr="002B1A4E" w:rsidRDefault="009858A4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="002B1A4E" w:rsidRPr="002B1A4E">
        <w:t>осуществление прав и законных интересов Оператора или третьих лиц при условии, что такая обработка не нарушает права и свободы субъекта;</w:t>
      </w:r>
    </w:p>
    <w:p w14:paraId="435868AF" w14:textId="14F8318F" w:rsidR="002B1A4E" w:rsidRPr="002B1A4E" w:rsidRDefault="009858A4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="002B1A4E" w:rsidRPr="002B1A4E">
        <w:t>иные основания, прямо предусмотренные законодательством Российской Федерации.</w:t>
      </w:r>
    </w:p>
    <w:p w14:paraId="31B4E8AD" w14:textId="4B29899D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6.2.</w:t>
      </w:r>
      <w:r w:rsidR="009858A4">
        <w:t> </w:t>
      </w:r>
      <w:r w:rsidRPr="002B1A4E">
        <w:t>Согласие используется как правовое основание только в тех случаях, когда обработка не может осуществляться на основании договора, закона или иного самостоятельного правового основания либо когда необходимость получения согласия прямо установлена законодательством Российской Федерации.</w:t>
      </w:r>
    </w:p>
    <w:p w14:paraId="044F0C4B" w14:textId="4072AA8D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6.3.</w:t>
      </w:r>
      <w:r w:rsidR="009858A4">
        <w:t> </w:t>
      </w:r>
      <w:r w:rsidRPr="002B1A4E">
        <w:t>Отзыв согласия не влечет прекращения обработки, если Оператор вправе или обязан продолжить ее на основании договора, закона, необходимости защиты прав либо иного предусмотренного законодательством основания.</w:t>
      </w:r>
    </w:p>
    <w:p w14:paraId="20B7FE8D" w14:textId="2ABEF85F" w:rsidR="002B1A4E" w:rsidRPr="006D711A" w:rsidRDefault="002B1A4E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</w:p>
    <w:p w14:paraId="4DAD3094" w14:textId="77777777" w:rsidR="002B1A4E" w:rsidRPr="002B1A4E" w:rsidRDefault="002B1A4E" w:rsidP="009858A4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7. ОСОБЕННОСТИ ОБРАБОТКИ ОТДЕЛЬНЫХ КАТЕГОРИЙ ПЕРСОНАЛЬНЫХ ДАННЫХ</w:t>
      </w:r>
    </w:p>
    <w:p w14:paraId="082D70F1" w14:textId="090B2040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7.1.</w:t>
      </w:r>
      <w:r w:rsidR="009858A4">
        <w:t> </w:t>
      </w:r>
      <w:r w:rsidRPr="002B1A4E">
        <w:t>Сведения о расовой или национальной принадлежности, политических взглядах, религиозных или философских убеждениях, состоянии здоровья, интимной жизни и иные специальные категории персональных данных обрабатываются только при наличии письменного согласия субъекта либо иного основания, прямо предусмотренного законодательством Российской Федерации.</w:t>
      </w:r>
    </w:p>
    <w:p w14:paraId="5252727D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Оператор обрабатывает такие сведения только в объеме, необходимом для согласованной цели, и не осуществляет их целенаправленный сбор, если это не требуется содержанием Индивидуального заказа.</w:t>
      </w:r>
    </w:p>
    <w:p w14:paraId="3FFF144E" w14:textId="70074558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7.2.</w:t>
      </w:r>
      <w:r w:rsidR="009858A4">
        <w:t> </w:t>
      </w:r>
      <w:r w:rsidRPr="002B1A4E">
        <w:t>Фотография, видеозапись и запись голоса не признаются биометрическими персональными данными только в силу их содержания. Такие материалы обрабатываются как биометрические персональные данные, если Оператор использует их физиологические или биологические особенности для установления личности субъекта.</w:t>
      </w:r>
    </w:p>
    <w:p w14:paraId="13877167" w14:textId="258544EC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7.3.</w:t>
      </w:r>
      <w:r w:rsidR="009858A4">
        <w:t> </w:t>
      </w:r>
      <w:r w:rsidRPr="002B1A4E">
        <w:t>Согласие на обработку персональных данных, разрешенных субъектом для распространения, оформляется отдельно от иных согласий и договорных документов.</w:t>
      </w:r>
    </w:p>
    <w:p w14:paraId="46C1D8A3" w14:textId="0227D6FC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7.4.</w:t>
      </w:r>
      <w:r w:rsidR="001F46FA">
        <w:t> </w:t>
      </w:r>
      <w:r w:rsidRPr="002B1A4E">
        <w:t>Персональные данные несовершеннолетнего обрабатываются после получения согласия его законного представителя и проверки полномочий такого представителя, если иное не предусмотрено законом.</w:t>
      </w:r>
    </w:p>
    <w:p w14:paraId="15A0B3F8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При проведении интервью и создании результата Оператор учитывает мнение несовершеннолетнего с учетом его возраста и способности понимать характер и последствия обработки. Несовершеннолетний вправе отказаться от ответа на отдельный вопрос или прекратить участие в интервью.</w:t>
      </w:r>
    </w:p>
    <w:p w14:paraId="0ED4AD0D" w14:textId="4D6F3732" w:rsidR="002B1A4E" w:rsidRPr="006D711A" w:rsidRDefault="002B1A4E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</w:p>
    <w:p w14:paraId="0FFF88DE" w14:textId="77777777" w:rsidR="002B1A4E" w:rsidRPr="002B1A4E" w:rsidRDefault="002B1A4E" w:rsidP="00FA7C85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8. ПОЛУЧАТЕЛИ ПЕРСОНАЛЬНЫХ ДАННЫХ, ПОРУЧЕНИЕ ОБРАБОТКИ И ДАННЫЕ, ПОЛУЧЕННЫЕ ОТ ТРЕТЬИХ ЛИЦ</w:t>
      </w:r>
    </w:p>
    <w:p w14:paraId="59326884" w14:textId="310BC08E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8.1.</w:t>
      </w:r>
      <w:r w:rsidR="00FA7C85">
        <w:t> </w:t>
      </w:r>
      <w:r w:rsidRPr="002B1A4E">
        <w:t>Оператор вправе предоставлять персональные данные работникам, подрядчикам и владельцам внешних информационных систем только в объеме, необходимом для достижения конкретной цели обработки.</w:t>
      </w:r>
    </w:p>
    <w:p w14:paraId="1B053303" w14:textId="7426DE01" w:rsidR="002B1A4E" w:rsidRPr="002B1A4E" w:rsidRDefault="002B1A4E" w:rsidP="00D65386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8.2.</w:t>
      </w:r>
      <w:r w:rsidR="00FA7C85">
        <w:t> </w:t>
      </w:r>
      <w:r w:rsidRPr="002B1A4E">
        <w:t>Поручение на обработку персональных данных должно определять перечень передаваемых данных, категории субъектов, разрешенные операции, цель обработки, требования к конфиденциальности и безопасности, порядок привлечения субподрядчиков, правила локализации и трансграничной передачи, сроки обработки, порядок удаления или возврата данных, а также обязанность уведомлять Оператора об инцидентах и предоставлять документы, подтверждающие соблюдение требований законодательства.</w:t>
      </w:r>
    </w:p>
    <w:p w14:paraId="3182C206" w14:textId="4C868561" w:rsidR="002B1A4E" w:rsidRPr="00D65386" w:rsidRDefault="002B1A4E" w:rsidP="00D65386">
      <w:pPr>
        <w:pStyle w:val="aff8"/>
        <w:spacing w:before="0" w:beforeAutospacing="0" w:after="0" w:afterAutospacing="0" w:line="300" w:lineRule="exact"/>
        <w:ind w:firstLine="567"/>
        <w:jc w:val="both"/>
      </w:pPr>
      <w:r w:rsidRPr="00D65386">
        <w:rPr>
          <w:rStyle w:val="af6"/>
        </w:rPr>
        <w:t>8.3.</w:t>
      </w:r>
      <w:r w:rsidR="00FA7C85" w:rsidRPr="00D65386">
        <w:t> </w:t>
      </w:r>
      <w:r w:rsidRPr="00D65386">
        <w:t xml:space="preserve">Если персональные данные передаются Оператору не самим субъектом, лицо, передающее такие данные, обязано до начала их обработки </w:t>
      </w:r>
      <w:r w:rsidR="007930B8" w:rsidRPr="00D65386">
        <w:t>Оператор</w:t>
      </w:r>
      <w:r w:rsidR="007930B8" w:rsidRPr="00D65386">
        <w:t xml:space="preserve">ом </w:t>
      </w:r>
      <w:r w:rsidR="007930B8" w:rsidRPr="00D65386">
        <w:t>непосредственно проинформировать субъекта и получить его согласие</w:t>
      </w:r>
      <w:r w:rsidR="007930B8" w:rsidRPr="00D65386">
        <w:t xml:space="preserve"> на такую обработку </w:t>
      </w:r>
      <w:r w:rsidR="007930B8" w:rsidRPr="00D65386">
        <w:t>Оператором</w:t>
      </w:r>
      <w:r w:rsidR="007930B8" w:rsidRPr="00D65386">
        <w:t xml:space="preserve">. </w:t>
      </w:r>
    </w:p>
    <w:p w14:paraId="1C269848" w14:textId="782D846F" w:rsidR="00AF7FAF" w:rsidRPr="00AF7FAF" w:rsidRDefault="00AF7FAF" w:rsidP="00D65386">
      <w:pPr>
        <w:pStyle w:val="aff8"/>
        <w:spacing w:before="0" w:beforeAutospacing="0" w:after="0" w:line="300" w:lineRule="exact"/>
        <w:ind w:firstLine="567"/>
        <w:jc w:val="both"/>
      </w:pPr>
      <w:r w:rsidRPr="00D65386">
        <w:t>Л</w:t>
      </w:r>
      <w:r w:rsidRPr="00D65386">
        <w:t>ицо, передающее такие данные</w:t>
      </w:r>
      <w:r w:rsidR="00D65386" w:rsidRPr="00D65386">
        <w:t>,</w:t>
      </w:r>
      <w:r w:rsidRPr="00D65386">
        <w:t xml:space="preserve"> </w:t>
      </w:r>
      <w:r w:rsidRPr="00AF7FAF">
        <w:t>обязан</w:t>
      </w:r>
      <w:r w:rsidRPr="00D65386">
        <w:t>о:</w:t>
      </w:r>
      <w:r w:rsidRPr="00AF7FAF">
        <w:t xml:space="preserve"> </w:t>
      </w:r>
    </w:p>
    <w:p w14:paraId="0FACBEED" w14:textId="77777777" w:rsidR="00AF7FAF" w:rsidRPr="00AF7FAF" w:rsidRDefault="00AF7FAF" w:rsidP="00D65386">
      <w:pPr>
        <w:pStyle w:val="aff8"/>
        <w:numPr>
          <w:ilvl w:val="0"/>
          <w:numId w:val="10"/>
        </w:numPr>
        <w:spacing w:before="0" w:beforeAutospacing="0" w:line="300" w:lineRule="exact"/>
        <w:ind w:left="0" w:firstLine="567"/>
        <w:jc w:val="both"/>
      </w:pPr>
      <w:r w:rsidRPr="00AF7FAF">
        <w:t>организовать взаимодействие Оператора с субъектом персональных данных;</w:t>
      </w:r>
    </w:p>
    <w:p w14:paraId="7125497C" w14:textId="77777777" w:rsidR="00AF7FAF" w:rsidRPr="00AF7FAF" w:rsidRDefault="00AF7FAF" w:rsidP="00D65386">
      <w:pPr>
        <w:pStyle w:val="aff8"/>
        <w:numPr>
          <w:ilvl w:val="0"/>
          <w:numId w:val="10"/>
        </w:numPr>
        <w:spacing w:before="0" w:beforeAutospacing="0" w:line="300" w:lineRule="exact"/>
        <w:ind w:left="0" w:firstLine="567"/>
        <w:jc w:val="both"/>
      </w:pPr>
      <w:bookmarkStart w:id="0" w:name="_Hlk236222206"/>
      <w:r w:rsidRPr="00AF7FAF">
        <w:t>передать субъекту предоставленную Оператором форму согласия на обработку персональных данных;</w:t>
      </w:r>
    </w:p>
    <w:p w14:paraId="3E810D83" w14:textId="5AA8B7BB" w:rsidR="00AF7FAF" w:rsidRPr="00AF7FAF" w:rsidRDefault="00AF7FAF" w:rsidP="00D65386">
      <w:pPr>
        <w:pStyle w:val="aff8"/>
        <w:numPr>
          <w:ilvl w:val="0"/>
          <w:numId w:val="10"/>
        </w:numPr>
        <w:spacing w:before="0" w:beforeAutospacing="0" w:line="300" w:lineRule="exact"/>
        <w:ind w:left="0" w:firstLine="567"/>
        <w:jc w:val="both"/>
      </w:pPr>
      <w:bookmarkStart w:id="1" w:name="_Hlk236222356"/>
      <w:bookmarkEnd w:id="0"/>
      <w:r w:rsidRPr="00AF7FAF">
        <w:t>обеспечить подписание субъектом указанной формы согласия (собственноручно на бумажном носителе</w:t>
      </w:r>
      <w:r w:rsidR="00D24D72" w:rsidRPr="00D65386">
        <w:t>,</w:t>
      </w:r>
      <w:r w:rsidRPr="00AF7FAF">
        <w:t xml:space="preserve"> либо с использованием </w:t>
      </w:r>
      <w:r w:rsidR="007930B8" w:rsidRPr="00D65386">
        <w:t xml:space="preserve">усиленной </w:t>
      </w:r>
      <w:r w:rsidRPr="00AF7FAF">
        <w:t>электронной подписи);</w:t>
      </w:r>
    </w:p>
    <w:p w14:paraId="1AAD1AEF" w14:textId="54A6E32D" w:rsidR="00AF7FAF" w:rsidRPr="00D65386" w:rsidRDefault="00AF7FAF" w:rsidP="00D65386">
      <w:pPr>
        <w:pStyle w:val="aff8"/>
        <w:numPr>
          <w:ilvl w:val="0"/>
          <w:numId w:val="10"/>
        </w:numPr>
        <w:spacing w:before="0" w:beforeAutospacing="0" w:line="300" w:lineRule="exact"/>
        <w:ind w:left="0" w:firstLine="567"/>
        <w:jc w:val="both"/>
      </w:pPr>
      <w:r w:rsidRPr="00AF7FAF">
        <w:t>направить Оператору подписанную скан-копию согласия</w:t>
      </w:r>
      <w:r w:rsidR="00D24D72" w:rsidRPr="00D65386">
        <w:t xml:space="preserve"> третьего лица </w:t>
      </w:r>
      <w:r w:rsidRPr="00AF7FAF">
        <w:t>на адрес электронной почты Оператора, указанный на Сайте</w:t>
      </w:r>
      <w:r w:rsidR="00D24D72" w:rsidRPr="00D65386">
        <w:t>, с последующей отправкой почтой России оригинала документа в адрес Оператора</w:t>
      </w:r>
      <w:r w:rsidRPr="00AF7FAF">
        <w:t>;</w:t>
      </w:r>
      <w:r w:rsidR="007930B8" w:rsidRPr="00D65386">
        <w:t xml:space="preserve"> </w:t>
      </w:r>
      <w:r w:rsidRPr="00AF7FAF">
        <w:t xml:space="preserve">либо предоставить документы, подтверждающие наличие иного законного основания для обработки персональных данных, предусмотренного Федеральным законом </w:t>
      </w:r>
      <w:r w:rsidR="007930B8" w:rsidRPr="00D65386">
        <w:t>«О персональных данных» от 27.07.2006 № 152-ФЗ</w:t>
      </w:r>
      <w:r w:rsidRPr="00AF7FAF">
        <w:t>.</w:t>
      </w:r>
    </w:p>
    <w:p w14:paraId="595064B3" w14:textId="6A8A5B63" w:rsidR="00784A50" w:rsidRPr="00784A50" w:rsidRDefault="00784A50" w:rsidP="00D65386">
      <w:pPr>
        <w:pStyle w:val="aff8"/>
        <w:numPr>
          <w:ilvl w:val="0"/>
          <w:numId w:val="10"/>
        </w:numPr>
        <w:tabs>
          <w:tab w:val="clear" w:pos="720"/>
          <w:tab w:val="num" w:pos="426"/>
        </w:tabs>
        <w:ind w:left="0" w:firstLine="567"/>
        <w:jc w:val="both"/>
      </w:pPr>
      <w:r w:rsidRPr="00784A50">
        <w:t xml:space="preserve">в случаях, когда требуется письменное согласие в соответствии с пунктом </w:t>
      </w:r>
      <w:r w:rsidR="00D65386">
        <w:t>8</w:t>
      </w:r>
      <w:r w:rsidRPr="00784A50">
        <w:t>.</w:t>
      </w:r>
      <w:r w:rsidR="00D65386">
        <w:t>3</w:t>
      </w:r>
      <w:r w:rsidRPr="00784A50">
        <w:t>.</w:t>
      </w:r>
      <w:r w:rsidRPr="00D65386">
        <w:t>1</w:t>
      </w:r>
      <w:r w:rsidRPr="00784A50">
        <w:t xml:space="preserve">, обеспечить направление третьим лицом такого согласия в письменной форме на бумажном носителе по почтовому адресу </w:t>
      </w:r>
      <w:r w:rsidRPr="00AF7FAF">
        <w:t>Оператор</w:t>
      </w:r>
      <w:r w:rsidRPr="00D65386">
        <w:t>а</w:t>
      </w:r>
      <w:r w:rsidRPr="00784A50">
        <w:t xml:space="preserve">, указанному на Сайте, с одновременным дублированием информации об отправке (скан-копия отправленного документа или уведомление об отправке) на адрес электронной почты </w:t>
      </w:r>
      <w:r w:rsidRPr="00AF7FAF">
        <w:t>Оператор</w:t>
      </w:r>
      <w:r w:rsidRPr="00D65386">
        <w:t>а</w:t>
      </w:r>
      <w:r w:rsidRPr="00784A50">
        <w:t xml:space="preserve">, либо обеспечить предоставление согласия в форме электронного документа, подписанного собственноручной электронной подписью в соответствии с Федеральным законом № 63-ФЗ, и направление его на адрес электронной почты </w:t>
      </w:r>
      <w:r w:rsidRPr="00AF7FAF">
        <w:t>Оператору</w:t>
      </w:r>
      <w:r w:rsidRPr="00D65386">
        <w:t>, указанный на Сайте</w:t>
      </w:r>
      <w:r w:rsidRPr="00784A50">
        <w:t xml:space="preserve">. Обязанность </w:t>
      </w:r>
      <w:r w:rsidRPr="00D65386">
        <w:t>лиц</w:t>
      </w:r>
      <w:r w:rsidRPr="00D65386">
        <w:t>а</w:t>
      </w:r>
      <w:r w:rsidRPr="00D65386">
        <w:t>, передающе</w:t>
      </w:r>
      <w:r w:rsidRPr="00D65386">
        <w:t>го</w:t>
      </w:r>
      <w:r w:rsidRPr="00D65386">
        <w:t xml:space="preserve"> данные</w:t>
      </w:r>
      <w:r w:rsidRPr="00D65386">
        <w:t xml:space="preserve"> третьих лиц</w:t>
      </w:r>
      <w:r w:rsidRPr="00784A50">
        <w:t xml:space="preserve"> по обеспечению </w:t>
      </w:r>
      <w:r w:rsidRPr="00D65386">
        <w:t>получения согласия,</w:t>
      </w:r>
      <w:r w:rsidRPr="00784A50">
        <w:t xml:space="preserve"> считается исполненной с момента получения </w:t>
      </w:r>
      <w:r w:rsidRPr="00AF7FAF">
        <w:t>Оператор</w:t>
      </w:r>
      <w:r w:rsidRPr="00D65386">
        <w:t xml:space="preserve">ом </w:t>
      </w:r>
      <w:r w:rsidRPr="00784A50">
        <w:t>бумажного документа или электронного документа с электронной подписью, содержащего все необходимые сведения для исполнения обязательств Исполнителем.</w:t>
      </w:r>
    </w:p>
    <w:p w14:paraId="3D3CDF37" w14:textId="689DE3D8" w:rsidR="00784A50" w:rsidRPr="00D65386" w:rsidRDefault="00D65386" w:rsidP="00D65386">
      <w:pPr>
        <w:pStyle w:val="aff8"/>
        <w:tabs>
          <w:tab w:val="num" w:pos="426"/>
        </w:tabs>
        <w:ind w:firstLine="567"/>
        <w:jc w:val="both"/>
      </w:pPr>
      <w:r>
        <w:rPr>
          <w:b/>
          <w:bCs/>
        </w:rPr>
        <w:t>8</w:t>
      </w:r>
      <w:r w:rsidR="00784A50" w:rsidRPr="00784A50">
        <w:rPr>
          <w:b/>
          <w:bCs/>
        </w:rPr>
        <w:t>.</w:t>
      </w:r>
      <w:r>
        <w:rPr>
          <w:b/>
          <w:bCs/>
        </w:rPr>
        <w:t>3</w:t>
      </w:r>
      <w:r w:rsidR="00784A50" w:rsidRPr="00784A50">
        <w:rPr>
          <w:b/>
          <w:bCs/>
        </w:rPr>
        <w:t>.</w:t>
      </w:r>
      <w:r w:rsidR="00784A50" w:rsidRPr="00D65386">
        <w:rPr>
          <w:b/>
          <w:bCs/>
        </w:rPr>
        <w:t>1</w:t>
      </w:r>
      <w:r>
        <w:rPr>
          <w:b/>
          <w:bCs/>
        </w:rPr>
        <w:t>.</w:t>
      </w:r>
      <w:r w:rsidR="00784A50" w:rsidRPr="00784A50">
        <w:t xml:space="preserve"> В случаях, когда обработка персональных данных третьего лица относится к специальным категориям </w:t>
      </w:r>
      <w:r w:rsidR="00F07904" w:rsidRPr="00D65386">
        <w:rPr>
          <w:lang w:val="en-US"/>
        </w:rPr>
        <w:t> </w:t>
      </w:r>
      <w:r w:rsidR="00F07904" w:rsidRPr="00D65386">
        <w:t>касающихся расовой, национальной принадлежности, политических взглядов, религиозных или философских убеждений, состояния здоровья, интимной жизни</w:t>
      </w:r>
      <w:r w:rsidR="00F07904" w:rsidRPr="00D65386">
        <w:t xml:space="preserve"> </w:t>
      </w:r>
      <w:r w:rsidR="00784A50" w:rsidRPr="00784A50">
        <w:t>(статья 10 Закона № 152-ФЗ)</w:t>
      </w:r>
      <w:r w:rsidR="00F07904" w:rsidRPr="00D65386">
        <w:t>,</w:t>
      </w:r>
      <w:r w:rsidR="00784A50" w:rsidRPr="00784A50">
        <w:t xml:space="preserve"> либо предполагает распространение персональных данных (статья 10.1 Закона № 152-ФЗ), согласие должно быть получено в письменной форме, в том числе в форме электронного документа, подписанного электронной подписью в соответствии с федеральным законом. Такое согласие предоставляется субъектом персональных данных лично и оформляется в письменной форме на бумажном носителе с собственноручной подписью, направляемом по почтовому адресу </w:t>
      </w:r>
      <w:r w:rsidR="00784A50" w:rsidRPr="00D65386">
        <w:t>Оператора</w:t>
      </w:r>
      <w:r w:rsidR="00784A50" w:rsidRPr="00784A50">
        <w:t>, указанно</w:t>
      </w:r>
      <w:r w:rsidR="00784A50" w:rsidRPr="00D65386">
        <w:t>го</w:t>
      </w:r>
      <w:r w:rsidR="00784A50" w:rsidRPr="00784A50">
        <w:t xml:space="preserve"> на Сайте, с одновременным дублированием скан-копии такого согласия или уведомления об отправке на адрес электронной почты </w:t>
      </w:r>
      <w:r w:rsidR="00784A50" w:rsidRPr="00D65386">
        <w:t>Оператора</w:t>
      </w:r>
      <w:r w:rsidR="00784A50" w:rsidRPr="00784A50">
        <w:t xml:space="preserve">, либо предоставляется в форме электронного документа, подписанного электронной подписью в соответствии с Федеральным законом № 63-ФЗ, и направляется на адрес электронной почты </w:t>
      </w:r>
      <w:r w:rsidR="00784A50" w:rsidRPr="00D65386">
        <w:t>Оператора</w:t>
      </w:r>
      <w:r w:rsidR="00784A50" w:rsidRPr="00784A50">
        <w:t>, указанной на Сайте.</w:t>
      </w:r>
    </w:p>
    <w:bookmarkEnd w:id="1"/>
    <w:p w14:paraId="1CD8CCE0" w14:textId="1CCB8451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8.4.</w:t>
      </w:r>
      <w:r w:rsidR="00FA7C85">
        <w:t> </w:t>
      </w:r>
      <w:r w:rsidRPr="002B1A4E">
        <w:t>Оператор не обязан самостоятельно разыскивать субъекта персональных данных, устанавливать его место жительства или контактные сведения.</w:t>
      </w:r>
    </w:p>
    <w:p w14:paraId="44386ECA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До получения согласия, подтверждения информирования субъекта или документов о наличии иного законного основания Оператор вправе не начинать либо приостановить обработку соответствующих данных, ограничить доступ к материалам, исключить их из результата или удалить.</w:t>
      </w:r>
    </w:p>
    <w:p w14:paraId="2B9060DF" w14:textId="469FDD8F" w:rsidR="002B1A4E" w:rsidRPr="006D711A" w:rsidRDefault="002B1A4E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</w:p>
    <w:p w14:paraId="5CE12094" w14:textId="7E039CE3" w:rsidR="002B1A4E" w:rsidRPr="002B1A4E" w:rsidRDefault="002B1A4E" w:rsidP="00FA7C85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 xml:space="preserve">9. ЛОКАЛИЗАЦИЯ </w:t>
      </w:r>
    </w:p>
    <w:p w14:paraId="43ABB83D" w14:textId="6FA86D0D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9.1.</w:t>
      </w:r>
      <w:r w:rsidR="00FA7C85">
        <w:t> </w:t>
      </w:r>
      <w:r w:rsidRPr="002B1A4E">
        <w:t>При сборе персональных данных граждан Российской Федерации посредством сети Интернет запись, систематизация, накопление, хранение, уточнение и извлечение таких данных осуществляются с использованием баз данных, находящихся на территории Российской Федерации.</w:t>
      </w:r>
    </w:p>
    <w:p w14:paraId="2DC7DA46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Конкретные сведения о месте нахождения баз данных, провайдерах и используемых информационных системах фиксируются во внутренних документах Оператора и указываются в уведомлении Роскомнадзора в предусмотренном законом объеме.</w:t>
      </w:r>
    </w:p>
    <w:p w14:paraId="17D5B70D" w14:textId="6BA6A234" w:rsidR="002B1A4E" w:rsidRPr="006D711A" w:rsidRDefault="002B1A4E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</w:p>
    <w:p w14:paraId="7CDC3C05" w14:textId="77777777" w:rsidR="002B1A4E" w:rsidRPr="002B1A4E" w:rsidRDefault="002B1A4E" w:rsidP="00FA7C85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10. ХРАНЕНИЕ, ПРЕКРАЩЕНИЕ ОБРАБОТКИ И УНИЧТОЖЕНИЕ</w:t>
      </w:r>
    </w:p>
    <w:p w14:paraId="27F784E7" w14:textId="7CFEE353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10.1.</w:t>
      </w:r>
      <w:r w:rsidR="00FA7C85">
        <w:t> </w:t>
      </w:r>
      <w:r w:rsidRPr="002B1A4E">
        <w:t>Персональные данные хранятся не дольше, чем этого требуют цели обработки, если иной срок не установлен законодательством Российской Федерации, договором с субъектом либо отдельным согласием.</w:t>
      </w:r>
    </w:p>
    <w:p w14:paraId="1E2AE230" w14:textId="69D7728F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10.2.</w:t>
      </w:r>
      <w:r w:rsidR="00FA7C85">
        <w:t> </w:t>
      </w:r>
      <w:r w:rsidRPr="002B1A4E">
        <w:t>Если после достижения первоначальной цели данные необходимы для исполнения установленной законом обязанности, рассмотрения претензии, проведения проверки или защиты прав Оператора либо иных лиц, такие данные изолируются от текущей операционной обработки и используются только для соответствующей цели.</w:t>
      </w:r>
    </w:p>
    <w:p w14:paraId="6E341C6F" w14:textId="4621F10B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10.3.</w:t>
      </w:r>
      <w:r w:rsidR="00FA7C85">
        <w:t> </w:t>
      </w:r>
      <w:r w:rsidRPr="002B1A4E">
        <w:t>При достижении цели обработки, истечении установленного срока, отзыве согласия или поступлении обоснованного требования субъекта Оператор прекращает обработку и уничтожает персональные данные в сроки, установленные Федеральным законом № 152-ФЗ, если отсутствует иное законное основание для их дальнейшей обработки.</w:t>
      </w:r>
    </w:p>
    <w:p w14:paraId="6033B5B9" w14:textId="14E6AB52" w:rsid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10.4.</w:t>
      </w:r>
      <w:r w:rsidR="00FA7C85">
        <w:t> </w:t>
      </w:r>
      <w:r w:rsidRPr="002B1A4E">
        <w:t>Уничтожение персональных данных осуществляется способом, исключающим возможность восстановления их содержания, и подтверждается актом, записью в журнале либо техническим отчетом информационной системы.</w:t>
      </w:r>
    </w:p>
    <w:p w14:paraId="70472361" w14:textId="74254216" w:rsidR="006E3166" w:rsidRDefault="006E3166" w:rsidP="002B1A4E">
      <w:pPr>
        <w:pStyle w:val="aff8"/>
        <w:spacing w:before="0" w:beforeAutospacing="0" w:after="0" w:afterAutospacing="0" w:line="300" w:lineRule="exact"/>
        <w:ind w:firstLine="567"/>
        <w:jc w:val="both"/>
      </w:pPr>
    </w:p>
    <w:p w14:paraId="54653DF4" w14:textId="77777777" w:rsidR="006E3166" w:rsidRPr="002B1A4E" w:rsidRDefault="006E3166" w:rsidP="002B1A4E">
      <w:pPr>
        <w:pStyle w:val="aff8"/>
        <w:spacing w:before="0" w:beforeAutospacing="0" w:after="0" w:afterAutospacing="0" w:line="300" w:lineRule="exact"/>
        <w:ind w:firstLine="567"/>
        <w:jc w:val="both"/>
      </w:pPr>
    </w:p>
    <w:p w14:paraId="2D21C4C7" w14:textId="4836DBAD" w:rsidR="002B1A4E" w:rsidRPr="006D711A" w:rsidRDefault="002B1A4E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</w:p>
    <w:p w14:paraId="0386C9F5" w14:textId="77777777" w:rsidR="002B1A4E" w:rsidRPr="002B1A4E" w:rsidRDefault="002B1A4E" w:rsidP="00FA7C85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11. МЕРЫ ПО ОБЕСПЕЧЕНИЮ БЕЗОПАСНОСТИ И РЕАГИРОВАНИЕ НА ИНЦИДЕНТЫ</w:t>
      </w:r>
    </w:p>
    <w:p w14:paraId="64FE704D" w14:textId="53A0F8BE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11.1.</w:t>
      </w:r>
      <w:r w:rsidR="00FA7C85">
        <w:t> </w:t>
      </w:r>
      <w:r w:rsidRPr="002B1A4E">
        <w:t>Оператор самостоятельно организует обработку персональных данных либо назначает лицо, ответственное за ее организацию, принимает необходимые локальные акты, ведет учет целей и операций обработки, определяет категории субъектов и данных, оценивает возможный вред, устанавливает угрозы безопасности и применяет меры защиты, соответствующие характеру обработки.</w:t>
      </w:r>
    </w:p>
    <w:p w14:paraId="05CDC48C" w14:textId="77777777" w:rsidR="00FA7C85" w:rsidRPr="002B1A4E" w:rsidRDefault="002B1A4E" w:rsidP="00FA7C85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11.2.</w:t>
      </w:r>
      <w:r w:rsidR="00FA7C85">
        <w:t> </w:t>
      </w:r>
      <w:r w:rsidR="00FA7C85" w:rsidRPr="002B1A4E">
        <w:t>Доступ к персональным данным предоставляется только тем лицам, которым он необходим для выполнения трудовых или договорных обязанностей. Такие лица обязаны соблюдать конфиденциальность и использовать данные исключительно в пределах предоставленных полномочий.</w:t>
      </w:r>
    </w:p>
    <w:p w14:paraId="51659585" w14:textId="38F56204" w:rsidR="002B1A4E" w:rsidRDefault="002B1A4E" w:rsidP="00FA7C85">
      <w:pPr>
        <w:spacing w:after="0" w:line="300" w:lineRule="exact"/>
        <w:jc w:val="both"/>
        <w:rPr>
          <w:rFonts w:cs="Times New Roman"/>
          <w:color w:val="auto"/>
          <w:szCs w:val="24"/>
          <w:lang w:val="ru-RU"/>
        </w:rPr>
      </w:pPr>
    </w:p>
    <w:p w14:paraId="38BDFF22" w14:textId="77777777" w:rsidR="00D65386" w:rsidRPr="006D711A" w:rsidRDefault="00D65386" w:rsidP="00FA7C85">
      <w:pPr>
        <w:spacing w:after="0" w:line="300" w:lineRule="exact"/>
        <w:jc w:val="both"/>
        <w:rPr>
          <w:rFonts w:cs="Times New Roman"/>
          <w:color w:val="auto"/>
          <w:szCs w:val="24"/>
          <w:lang w:val="ru-RU"/>
        </w:rPr>
      </w:pPr>
      <w:bookmarkStart w:id="2" w:name="_GoBack"/>
      <w:bookmarkEnd w:id="2"/>
    </w:p>
    <w:p w14:paraId="4125F272" w14:textId="77777777" w:rsidR="002B1A4E" w:rsidRPr="002B1A4E" w:rsidRDefault="002B1A4E" w:rsidP="00FA7C85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12. ПРАВА СУБЪЕКТА И ПОРЯДОК НАПРАВЛЕНИЯ ОБРАЩЕНИЙ</w:t>
      </w:r>
    </w:p>
    <w:p w14:paraId="67D2E52A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12.1.</w:t>
      </w:r>
      <w:r w:rsidRPr="002B1A4E">
        <w:t xml:space="preserve"> Субъект персональных данных вправе получить подтверждение факта обработки его данных, сведения о целях, правовых основаниях, способах и сроках обработки, составе обрабатываемых данных, источнике их получения, лицах, имеющих доступ к данным, а также иные сведения, предусмотренные законодательством Российской Федерации.</w:t>
      </w:r>
    </w:p>
    <w:p w14:paraId="20AE6FB9" w14:textId="5A5E687A" w:rsidR="002B1A4E" w:rsidRPr="002B1A4E" w:rsidRDefault="002B1A4E" w:rsidP="00EE47D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12.2.</w:t>
      </w:r>
      <w:r w:rsidR="00EE47DE">
        <w:t> </w:t>
      </w:r>
      <w:r w:rsidR="00EE47DE" w:rsidRPr="002B1A4E">
        <w:t>Запрос субъекта или его представителя направляется регистрируемым почтовым отправлением по адресу</w:t>
      </w:r>
      <w:r w:rsidR="00EE47DE">
        <w:t xml:space="preserve"> местонахождения Оператора.</w:t>
      </w:r>
    </w:p>
    <w:p w14:paraId="2C2D0A89" w14:textId="4AF955D3" w:rsidR="00EE47DE" w:rsidRPr="002B1A4E" w:rsidRDefault="002B1A4E" w:rsidP="00EE47D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12.3.</w:t>
      </w:r>
      <w:r w:rsidR="00EE47DE">
        <w:t> </w:t>
      </w:r>
      <w:r w:rsidR="00EE47DE" w:rsidRPr="002B1A4E">
        <w:t>Запрос должен содержать сведения, позволяющие идентифицировать субъекта, информацию о его взаимоотношениях с Оператором либо сведения, подтверждающие факт обработки данных, описание требования и подпись субъекта или его представителя.</w:t>
      </w:r>
    </w:p>
    <w:p w14:paraId="56F9FA04" w14:textId="77777777" w:rsidR="00EE47DE" w:rsidRPr="002B1A4E" w:rsidRDefault="00EE47DE" w:rsidP="00EE47D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Оператор вправе запросить дополнительные сведения исключительно в объеме, необходимом для подтверждения личности заявителя и предотвращения неправомерного доступа к данным.</w:t>
      </w:r>
    </w:p>
    <w:p w14:paraId="6CF8892C" w14:textId="72DAEE94" w:rsidR="002B1A4E" w:rsidRPr="006D711A" w:rsidRDefault="002B1A4E" w:rsidP="002B1A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/>
        </w:rPr>
      </w:pPr>
    </w:p>
    <w:p w14:paraId="15B34630" w14:textId="77777777" w:rsidR="002B1A4E" w:rsidRPr="002B1A4E" w:rsidRDefault="002B1A4E" w:rsidP="00EE47DE">
      <w:pPr>
        <w:pStyle w:val="aff8"/>
        <w:spacing w:before="0" w:beforeAutospacing="0" w:after="0" w:afterAutospacing="0" w:line="300" w:lineRule="exact"/>
        <w:jc w:val="center"/>
      </w:pPr>
      <w:r w:rsidRPr="002B1A4E">
        <w:rPr>
          <w:rStyle w:val="af6"/>
        </w:rPr>
        <w:t>13. УВЕДОМЛЕНИЕ РОСКОМНАДЗОРА И ИЗМЕНЕНИЕ ПОЛИТИКИ</w:t>
      </w:r>
    </w:p>
    <w:p w14:paraId="199853D1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13.1.</w:t>
      </w:r>
      <w:r w:rsidRPr="002B1A4E">
        <w:t xml:space="preserve"> Оператор до начала обработки направляет в Роскомнадзор уведомление об обработке персональных данных, кроме случаев, когда законодательством Российской Федерации допускается обработка без такого уведомления.</w:t>
      </w:r>
    </w:p>
    <w:p w14:paraId="03D42B22" w14:textId="77777777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t>Оператор обеспечивает полноту и актуальность сведений, включенных в реестр операторов персональных данных.</w:t>
      </w:r>
    </w:p>
    <w:p w14:paraId="7D875F49" w14:textId="0E6813B1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13.2.</w:t>
      </w:r>
      <w:r w:rsidR="00EE47DE">
        <w:t> </w:t>
      </w:r>
      <w:r w:rsidRPr="002B1A4E">
        <w:t>При изменении наименования или адреса Оператора, целей обработки, категорий субъектов и данных, правовых оснований, перечня действий, используемых информационных систем, места нахождения баз данных, мер безопасности, сведений о трансграничной передаче или иных данных, включенных в уведомление, Оператор сообщает об изменениях Роскомнадзору в установленном законом порядке.</w:t>
      </w:r>
    </w:p>
    <w:p w14:paraId="4D5F6C9A" w14:textId="513D9926" w:rsidR="002B1A4E" w:rsidRPr="002B1A4E" w:rsidRDefault="002B1A4E" w:rsidP="002B1A4E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A4E">
        <w:rPr>
          <w:rStyle w:val="af6"/>
        </w:rPr>
        <w:t>13.3.</w:t>
      </w:r>
      <w:r w:rsidR="00EE47DE">
        <w:t xml:space="preserve"> Оператор имеет право публиковать новую редакцию Политики. </w:t>
      </w:r>
      <w:r w:rsidRPr="002B1A4E">
        <w:t>Новая редакция Политики публикуется на Сайте</w:t>
      </w:r>
      <w:r w:rsidR="00EE47DE">
        <w:t>.</w:t>
      </w:r>
    </w:p>
    <w:p w14:paraId="663A5E28" w14:textId="48928ECA" w:rsidR="00B8508B" w:rsidRPr="002B1A4E" w:rsidRDefault="00B8508B" w:rsidP="002B1A4E">
      <w:pPr>
        <w:pStyle w:val="1"/>
        <w:spacing w:before="0" w:after="0" w:line="300" w:lineRule="exact"/>
        <w:jc w:val="center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sectPr w:rsidR="00B8508B" w:rsidRPr="002B1A4E" w:rsidSect="00EB19F0">
      <w:headerReference w:type="default" r:id="rId8"/>
      <w:footerReference w:type="default" r:id="rId9"/>
      <w:pgSz w:w="12240" w:h="15840"/>
      <w:pgMar w:top="1134" w:right="1020" w:bottom="1020" w:left="1247" w:header="454" w:footer="1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F2FE1C" w14:textId="77777777" w:rsidR="00E67E3C" w:rsidRDefault="00E67E3C">
      <w:pPr>
        <w:spacing w:after="0" w:line="240" w:lineRule="auto"/>
      </w:pPr>
      <w:r>
        <w:separator/>
      </w:r>
    </w:p>
  </w:endnote>
  <w:endnote w:type="continuationSeparator" w:id="0">
    <w:p w14:paraId="2624AE6F" w14:textId="77777777" w:rsidR="00E67E3C" w:rsidRDefault="00E6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4795128"/>
      <w:docPartObj>
        <w:docPartGallery w:val="Page Numbers (Bottom of Page)"/>
        <w:docPartUnique/>
      </w:docPartObj>
    </w:sdtPr>
    <w:sdtEndPr>
      <w:rPr>
        <w:sz w:val="22"/>
        <w:szCs w:val="20"/>
      </w:rPr>
    </w:sdtEndPr>
    <w:sdtContent>
      <w:p w14:paraId="56F89A58" w14:textId="5530C8D3" w:rsidR="00EB19F0" w:rsidRPr="00EB19F0" w:rsidRDefault="00EB19F0">
        <w:pPr>
          <w:pStyle w:val="a7"/>
          <w:jc w:val="center"/>
          <w:rPr>
            <w:sz w:val="22"/>
            <w:szCs w:val="20"/>
          </w:rPr>
        </w:pPr>
        <w:r w:rsidRPr="00EB19F0">
          <w:rPr>
            <w:sz w:val="22"/>
            <w:szCs w:val="20"/>
            <w:lang w:val="ru-RU"/>
          </w:rPr>
          <w:t xml:space="preserve">Страница </w:t>
        </w:r>
        <w:r w:rsidRPr="00EB19F0">
          <w:rPr>
            <w:b/>
            <w:bCs/>
            <w:sz w:val="22"/>
            <w:szCs w:val="20"/>
          </w:rPr>
          <w:fldChar w:fldCharType="begin"/>
        </w:r>
        <w:r w:rsidRPr="00EB19F0">
          <w:rPr>
            <w:b/>
            <w:bCs/>
            <w:sz w:val="22"/>
            <w:szCs w:val="20"/>
          </w:rPr>
          <w:instrText>PAGE   \* MERGEFORMAT</w:instrText>
        </w:r>
        <w:r w:rsidRPr="00EB19F0">
          <w:rPr>
            <w:b/>
            <w:bCs/>
            <w:sz w:val="22"/>
            <w:szCs w:val="20"/>
          </w:rPr>
          <w:fldChar w:fldCharType="separate"/>
        </w:r>
        <w:r w:rsidRPr="00EB19F0">
          <w:rPr>
            <w:b/>
            <w:bCs/>
            <w:sz w:val="22"/>
            <w:szCs w:val="20"/>
            <w:lang w:val="ru-RU"/>
          </w:rPr>
          <w:t>2</w:t>
        </w:r>
        <w:r w:rsidRPr="00EB19F0">
          <w:rPr>
            <w:b/>
            <w:bCs/>
            <w:sz w:val="22"/>
            <w:szCs w:val="20"/>
          </w:rPr>
          <w:fldChar w:fldCharType="end"/>
        </w:r>
        <w:r w:rsidRPr="00EB19F0">
          <w:rPr>
            <w:sz w:val="22"/>
            <w:szCs w:val="20"/>
            <w:lang w:val="ru-RU"/>
          </w:rPr>
          <w:t xml:space="preserve"> из </w:t>
        </w:r>
        <w:r w:rsidR="003071BF">
          <w:rPr>
            <w:b/>
            <w:bCs/>
            <w:sz w:val="22"/>
            <w:szCs w:val="20"/>
            <w:lang w:val="ru-RU"/>
          </w:rPr>
          <w:t>9</w:t>
        </w:r>
      </w:p>
    </w:sdtContent>
  </w:sdt>
  <w:p w14:paraId="0B6E0477" w14:textId="5689DB8D" w:rsidR="00B8508B" w:rsidRDefault="00B8508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B002A8" w14:textId="77777777" w:rsidR="00E67E3C" w:rsidRDefault="00E67E3C">
      <w:pPr>
        <w:spacing w:after="0" w:line="240" w:lineRule="auto"/>
      </w:pPr>
      <w:r>
        <w:separator/>
      </w:r>
    </w:p>
  </w:footnote>
  <w:footnote w:type="continuationSeparator" w:id="0">
    <w:p w14:paraId="205DA16A" w14:textId="77777777" w:rsidR="00E67E3C" w:rsidRDefault="00E67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4BD12" w14:textId="62DAE95F" w:rsidR="00B8508B" w:rsidRDefault="00B8508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B45B54"/>
    <w:multiLevelType w:val="multilevel"/>
    <w:tmpl w:val="B96E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40456F"/>
    <w:multiLevelType w:val="multilevel"/>
    <w:tmpl w:val="0A40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46FA"/>
    <w:rsid w:val="0029639D"/>
    <w:rsid w:val="002B1A4E"/>
    <w:rsid w:val="003071BF"/>
    <w:rsid w:val="00326F90"/>
    <w:rsid w:val="006D711A"/>
    <w:rsid w:val="006E3166"/>
    <w:rsid w:val="00755E0B"/>
    <w:rsid w:val="00784A50"/>
    <w:rsid w:val="007930B8"/>
    <w:rsid w:val="009858A4"/>
    <w:rsid w:val="00AA1D8D"/>
    <w:rsid w:val="00AF7FAF"/>
    <w:rsid w:val="00B47730"/>
    <w:rsid w:val="00B8508B"/>
    <w:rsid w:val="00C03548"/>
    <w:rsid w:val="00CB0664"/>
    <w:rsid w:val="00D24D72"/>
    <w:rsid w:val="00D26545"/>
    <w:rsid w:val="00D65386"/>
    <w:rsid w:val="00E67E3C"/>
    <w:rsid w:val="00EB19F0"/>
    <w:rsid w:val="00ED4C12"/>
    <w:rsid w:val="00EE47DE"/>
    <w:rsid w:val="00F07904"/>
    <w:rsid w:val="00FA7C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3A3FD4B"/>
  <w14:defaultImageDpi w14:val="300"/>
  <w15:docId w15:val="{214382AF-29BD-4FF0-B21B-5AA3FCE1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2B1A4E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9">
    <w:name w:val="Balloon Text"/>
    <w:basedOn w:val="a1"/>
    <w:link w:val="affa"/>
    <w:uiPriority w:val="99"/>
    <w:semiHidden/>
    <w:unhideWhenUsed/>
    <w:rsid w:val="00AF7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AF7FA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291F60-7B8C-4C5E-AA0D-4C41DDAF3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3784</Words>
  <Characters>21574</Characters>
  <Application>Microsoft Office Word</Application>
  <DocSecurity>0</DocSecurity>
  <Lines>179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ur29</cp:lastModifiedBy>
  <cp:revision>15</cp:revision>
  <cp:lastPrinted>2026-07-29T10:09:00Z</cp:lastPrinted>
  <dcterms:created xsi:type="dcterms:W3CDTF">2013-12-23T23:15:00Z</dcterms:created>
  <dcterms:modified xsi:type="dcterms:W3CDTF">2026-07-29T11:27:00Z</dcterms:modified>
  <cp:category/>
</cp:coreProperties>
</file>