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DF4BB5" w14:textId="5BFC3875" w:rsidR="0068443D" w:rsidRDefault="0068443D" w:rsidP="00927628">
      <w:pPr>
        <w:spacing w:after="0" w:line="300" w:lineRule="atLeast"/>
        <w:jc w:val="center"/>
        <w:rPr>
          <w:b/>
          <w:bCs/>
          <w:color w:val="auto"/>
          <w:lang w:val="ru-RU"/>
        </w:rPr>
      </w:pPr>
      <w:r w:rsidRPr="00927628">
        <w:rPr>
          <w:b/>
          <w:bCs/>
          <w:color w:val="auto"/>
          <w:lang w:val="ru-RU"/>
        </w:rPr>
        <w:t xml:space="preserve">СОГЛАСИЕ НА </w:t>
      </w:r>
      <w:r w:rsidR="00927628" w:rsidRPr="00927628">
        <w:rPr>
          <w:b/>
          <w:bCs/>
          <w:color w:val="auto"/>
          <w:lang w:val="ru-RU"/>
        </w:rPr>
        <w:t xml:space="preserve">ОБРАБОТКУ </w:t>
      </w:r>
      <w:r w:rsidR="00F675CB">
        <w:rPr>
          <w:b/>
          <w:bCs/>
          <w:color w:val="auto"/>
          <w:lang w:val="ru-RU"/>
        </w:rPr>
        <w:t xml:space="preserve">СПЕЦИАЛЬНЫХ </w:t>
      </w:r>
      <w:r w:rsidR="00927628" w:rsidRPr="00927628">
        <w:rPr>
          <w:b/>
          <w:bCs/>
          <w:color w:val="auto"/>
          <w:lang w:val="ru-RU"/>
        </w:rPr>
        <w:t>ПЕРСОНАЛЬНЫХ ДАННЫХ ДЛЯ СОЗДАНИЯ ЗАПИСИ ИНТЕРВЬЮ</w:t>
      </w:r>
    </w:p>
    <w:p w14:paraId="03D98DD8" w14:textId="77777777" w:rsidR="00927628" w:rsidRPr="00927628" w:rsidRDefault="00927628" w:rsidP="00927628">
      <w:pPr>
        <w:spacing w:after="0" w:line="300" w:lineRule="atLeast"/>
        <w:jc w:val="center"/>
        <w:rPr>
          <w:color w:val="auto"/>
          <w:lang w:val="ru-RU"/>
        </w:rPr>
      </w:pPr>
    </w:p>
    <w:p w14:paraId="0B5DE1E1" w14:textId="32F69A1B" w:rsidR="00680BAB" w:rsidRPr="003D79BD" w:rsidRDefault="00680BAB" w:rsidP="0068443D">
      <w:pPr>
        <w:spacing w:after="0" w:line="300" w:lineRule="atLeast"/>
        <w:ind w:firstLine="567"/>
        <w:jc w:val="both"/>
        <w:rPr>
          <w:rFonts w:cs="Times New Roman"/>
          <w:szCs w:val="24"/>
          <w:lang w:val="ru-RU"/>
        </w:rPr>
      </w:pPr>
      <w:r w:rsidRPr="003D79BD">
        <w:rPr>
          <w:rFonts w:cs="Times New Roman"/>
          <w:szCs w:val="24"/>
          <w:lang w:val="ru-RU"/>
        </w:rPr>
        <w:t xml:space="preserve">Я, пользователь сайта </w:t>
      </w:r>
      <w:hyperlink r:id="rId8" w:history="1">
        <w:r w:rsidR="000412B3" w:rsidRPr="004B2999">
          <w:rPr>
            <w:rStyle w:val="aff9"/>
            <w:rFonts w:cs="Times New Roman"/>
            <w:szCs w:val="24"/>
          </w:rPr>
          <w:t>https</w:t>
        </w:r>
        <w:r w:rsidR="000412B3" w:rsidRPr="004B2999">
          <w:rPr>
            <w:rStyle w:val="aff9"/>
            <w:rFonts w:cs="Times New Roman"/>
            <w:szCs w:val="24"/>
            <w:lang w:val="ru-RU"/>
          </w:rPr>
          <w:t>://это-моя-жизнь.рф</w:t>
        </w:r>
      </w:hyperlink>
      <w:r w:rsidR="000412B3">
        <w:rPr>
          <w:rFonts w:cs="Times New Roman"/>
          <w:szCs w:val="24"/>
          <w:lang w:val="ru-RU"/>
        </w:rPr>
        <w:t xml:space="preserve"> </w:t>
      </w:r>
      <w:r w:rsidR="00ED68C6">
        <w:rPr>
          <w:rFonts w:cs="Times New Roman"/>
          <w:szCs w:val="24"/>
          <w:lang w:val="ru-RU"/>
        </w:rPr>
        <w:t>(далее – Пользователь)</w:t>
      </w:r>
      <w:r w:rsidRPr="003D79BD">
        <w:rPr>
          <w:rFonts w:cs="Times New Roman"/>
          <w:szCs w:val="24"/>
          <w:lang w:val="ru-RU"/>
        </w:rPr>
        <w:t>, действуя свободно, своей волей и в своем интересе, предоставляю Индивидуальн</w:t>
      </w:r>
      <w:r>
        <w:rPr>
          <w:rFonts w:cs="Times New Roman"/>
          <w:szCs w:val="24"/>
          <w:lang w:val="ru-RU"/>
        </w:rPr>
        <w:t>ому</w:t>
      </w:r>
      <w:r w:rsidRPr="003D79BD">
        <w:rPr>
          <w:rFonts w:cs="Times New Roman"/>
          <w:szCs w:val="24"/>
          <w:lang w:val="ru-RU"/>
        </w:rPr>
        <w:t xml:space="preserve"> предпринимател</w:t>
      </w:r>
      <w:r>
        <w:rPr>
          <w:rFonts w:cs="Times New Roman"/>
          <w:szCs w:val="24"/>
          <w:lang w:val="ru-RU"/>
        </w:rPr>
        <w:t>ю</w:t>
      </w:r>
      <w:r w:rsidRPr="003D79BD">
        <w:rPr>
          <w:rFonts w:cs="Times New Roman"/>
          <w:szCs w:val="24"/>
          <w:lang w:val="ru-RU"/>
        </w:rPr>
        <w:t xml:space="preserve"> Елин</w:t>
      </w:r>
      <w:r>
        <w:rPr>
          <w:rFonts w:cs="Times New Roman"/>
          <w:szCs w:val="24"/>
          <w:lang w:val="ru-RU"/>
        </w:rPr>
        <w:t>у</w:t>
      </w:r>
      <w:r w:rsidRPr="003D79BD">
        <w:rPr>
          <w:rFonts w:cs="Times New Roman"/>
          <w:szCs w:val="24"/>
          <w:lang w:val="ru-RU"/>
        </w:rPr>
        <w:t xml:space="preserve"> Серге</w:t>
      </w:r>
      <w:r>
        <w:rPr>
          <w:rFonts w:cs="Times New Roman"/>
          <w:szCs w:val="24"/>
          <w:lang w:val="ru-RU"/>
        </w:rPr>
        <w:t>ю</w:t>
      </w:r>
      <w:r w:rsidRPr="003D79BD">
        <w:rPr>
          <w:rFonts w:cs="Times New Roman"/>
          <w:szCs w:val="24"/>
          <w:lang w:val="ru-RU"/>
        </w:rPr>
        <w:t xml:space="preserve"> Викторович</w:t>
      </w:r>
      <w:r>
        <w:rPr>
          <w:rFonts w:cs="Times New Roman"/>
          <w:szCs w:val="24"/>
          <w:lang w:val="ru-RU"/>
        </w:rPr>
        <w:t>у</w:t>
      </w:r>
      <w:r w:rsidRPr="003D79BD">
        <w:rPr>
          <w:rFonts w:cs="Times New Roman"/>
          <w:szCs w:val="24"/>
          <w:lang w:val="ru-RU"/>
        </w:rPr>
        <w:t>, ИНН 772641471093, ОГРНИП 317774600428123</w:t>
      </w:r>
      <w:r>
        <w:rPr>
          <w:rFonts w:cs="Times New Roman"/>
          <w:szCs w:val="24"/>
          <w:lang w:val="ru-RU"/>
        </w:rPr>
        <w:t xml:space="preserve"> </w:t>
      </w:r>
      <w:r w:rsidRPr="003D79BD">
        <w:rPr>
          <w:rFonts w:cs="Times New Roman"/>
          <w:szCs w:val="24"/>
          <w:lang w:val="ru-RU"/>
        </w:rPr>
        <w:t>(далее — Оператор), согласие на обработку моих персональных данных</w:t>
      </w:r>
      <w:r w:rsidR="00F675CB" w:rsidRPr="00F675CB">
        <w:rPr>
          <w:lang w:val="ru-RU"/>
        </w:rPr>
        <w:t xml:space="preserve"> </w:t>
      </w:r>
      <w:r w:rsidR="00F675CB" w:rsidRPr="00F675CB">
        <w:rPr>
          <w:rFonts w:cs="Times New Roman"/>
          <w:szCs w:val="24"/>
          <w:lang w:val="ru-RU"/>
        </w:rPr>
        <w:t>, относящихся к специальным категориям,</w:t>
      </w:r>
      <w:r w:rsidRPr="003D79BD">
        <w:rPr>
          <w:rFonts w:cs="Times New Roman"/>
          <w:szCs w:val="24"/>
          <w:lang w:val="ru-RU"/>
        </w:rPr>
        <w:t xml:space="preserve"> на следующих условиях</w:t>
      </w:r>
      <w:r>
        <w:rPr>
          <w:rFonts w:cs="Times New Roman"/>
          <w:szCs w:val="24"/>
          <w:lang w:val="ru-RU"/>
        </w:rPr>
        <w:t>:</w:t>
      </w:r>
    </w:p>
    <w:p w14:paraId="2BAF375A" w14:textId="77777777" w:rsidR="00680BAB" w:rsidRDefault="00680BAB" w:rsidP="00680BAB">
      <w:pPr>
        <w:pStyle w:val="isselectedend"/>
        <w:spacing w:before="0" w:beforeAutospacing="0" w:after="0" w:afterAutospacing="0" w:line="300" w:lineRule="exact"/>
        <w:jc w:val="center"/>
      </w:pPr>
    </w:p>
    <w:p w14:paraId="7BEB3D86" w14:textId="77777777" w:rsidR="00680BAB" w:rsidRPr="00AA0F50" w:rsidRDefault="00680BAB" w:rsidP="00680BAB">
      <w:pPr>
        <w:pStyle w:val="isselectedend"/>
        <w:spacing w:before="0" w:beforeAutospacing="0" w:after="0" w:afterAutospacing="0" w:line="300" w:lineRule="exact"/>
        <w:jc w:val="center"/>
        <w:rPr>
          <w:b/>
          <w:bCs/>
        </w:rPr>
      </w:pPr>
      <w:r w:rsidRPr="00AA0F50">
        <w:rPr>
          <w:b/>
          <w:bCs/>
        </w:rPr>
        <w:t>1. ОПЕРАТОР И ПОРЯДОК ПРЕДОСТАВЛЕНИЯ СОГЛАСИЯ</w:t>
      </w:r>
    </w:p>
    <w:p w14:paraId="0AA448FA" w14:textId="77777777" w:rsidR="00680BAB" w:rsidRPr="00AA0F50" w:rsidRDefault="00680BAB" w:rsidP="00680BAB">
      <w:pPr>
        <w:pStyle w:val="isselectedend"/>
        <w:spacing w:before="0" w:beforeAutospacing="0" w:after="0" w:afterAutospacing="0" w:line="300" w:lineRule="exact"/>
        <w:ind w:firstLine="567"/>
        <w:jc w:val="both"/>
      </w:pPr>
      <w:r w:rsidRPr="00AA0F50">
        <w:rPr>
          <w:rStyle w:val="af6"/>
        </w:rPr>
        <w:t>1.</w:t>
      </w:r>
      <w:r>
        <w:rPr>
          <w:rStyle w:val="af6"/>
        </w:rPr>
        <w:t>1</w:t>
      </w:r>
      <w:r w:rsidRPr="00AA0F50">
        <w:rPr>
          <w:rStyle w:val="af6"/>
        </w:rPr>
        <w:t>.</w:t>
      </w:r>
      <w:r>
        <w:t> </w:t>
      </w:r>
      <w:r w:rsidRPr="00AA0F50">
        <w:t>Настоящее согласие является предметным, сознательным и однозначным и оформляется отдельно от Пользовательского соглашения, условий заключения и исполнения договора, согласия на получение рекламы и иных документов, подтверждаемых Пользователем.</w:t>
      </w:r>
    </w:p>
    <w:p w14:paraId="5B9045B5" w14:textId="56FF962F" w:rsidR="00680BAB" w:rsidRPr="00AA0F50" w:rsidRDefault="00680BAB" w:rsidP="00680BAB">
      <w:pPr>
        <w:pStyle w:val="isselectedend"/>
        <w:spacing w:before="0" w:beforeAutospacing="0" w:after="0" w:afterAutospacing="0" w:line="300" w:lineRule="exact"/>
        <w:ind w:firstLine="567"/>
        <w:jc w:val="both"/>
      </w:pPr>
      <w:r w:rsidRPr="00AA0F50">
        <w:rPr>
          <w:rStyle w:val="af6"/>
        </w:rPr>
        <w:t>1.</w:t>
      </w:r>
      <w:r>
        <w:rPr>
          <w:rStyle w:val="af6"/>
        </w:rPr>
        <w:t>2</w:t>
      </w:r>
      <w:r w:rsidRPr="00AA0F50">
        <w:rPr>
          <w:rStyle w:val="af6"/>
        </w:rPr>
        <w:t>.</w:t>
      </w:r>
      <w:r>
        <w:t> </w:t>
      </w:r>
      <w:r w:rsidR="00F675CB" w:rsidRPr="00F675CB">
        <w:t>Согласие даётся в письменной форме: на бумажном носителе с собственноручной подписью субъекта либо в виде электронного документа, подписанного усиленной квалифицированной электронной подписью (УКЭП) в соответствии с Федеральным законом № 63-ФЗ.</w:t>
      </w:r>
    </w:p>
    <w:p w14:paraId="48CF1502" w14:textId="4EEEC537" w:rsidR="00680BAB" w:rsidRPr="00AA0F50" w:rsidRDefault="00680BAB" w:rsidP="00680BAB">
      <w:pPr>
        <w:pStyle w:val="isselectedend"/>
        <w:spacing w:before="0" w:beforeAutospacing="0" w:after="0" w:afterAutospacing="0" w:line="300" w:lineRule="exact"/>
        <w:ind w:firstLine="567"/>
        <w:jc w:val="both"/>
      </w:pPr>
      <w:r w:rsidRPr="00AA0F50">
        <w:rPr>
          <w:rStyle w:val="af6"/>
        </w:rPr>
        <w:t>1.</w:t>
      </w:r>
      <w:r>
        <w:rPr>
          <w:rStyle w:val="af6"/>
        </w:rPr>
        <w:t>3</w:t>
      </w:r>
      <w:r w:rsidRPr="00AA0F50">
        <w:rPr>
          <w:rStyle w:val="af6"/>
        </w:rPr>
        <w:t>.</w:t>
      </w:r>
      <w:r w:rsidRPr="00AA0F50">
        <w:t xml:space="preserve"> До предоставления согласия Пользователю обеспеч</w:t>
      </w:r>
      <w:r>
        <w:t>ена</w:t>
      </w:r>
      <w:r w:rsidRPr="00AA0F50">
        <w:t xml:space="preserve"> возможность ознакомиться с полным текстом настоящего документа и Политикой обработки персональных данных. Согласие предоставляется путем проставления отдельной, заранее не установленной отметки рядом с текстом согласия и последующего направления соответствующей формы Оператору.</w:t>
      </w:r>
    </w:p>
    <w:p w14:paraId="04805707" w14:textId="2D0A7B1F" w:rsidR="003F3CD4" w:rsidRPr="003F3CD4" w:rsidRDefault="00680BAB" w:rsidP="0068443D">
      <w:pPr>
        <w:pStyle w:val="isselectedend"/>
        <w:spacing w:before="0" w:beforeAutospacing="0" w:after="0" w:afterAutospacing="0" w:line="300" w:lineRule="exact"/>
        <w:ind w:firstLine="567"/>
        <w:jc w:val="both"/>
      </w:pPr>
      <w:r w:rsidRPr="00AA0F50">
        <w:rPr>
          <w:rStyle w:val="af6"/>
        </w:rPr>
        <w:t>1.</w:t>
      </w:r>
      <w:r>
        <w:rPr>
          <w:rStyle w:val="af6"/>
        </w:rPr>
        <w:t>4</w:t>
      </w:r>
      <w:r w:rsidRPr="00AA0F50">
        <w:rPr>
          <w:rStyle w:val="af6"/>
        </w:rPr>
        <w:t>.</w:t>
      </w:r>
      <w:r>
        <w:t> </w:t>
      </w:r>
      <w:r w:rsidRPr="00AA0F50">
        <w:t>Оператор фиксирует и хранит сведения, позволяющие подтвердить факт и содержание волеизъявления Пользователя, включая применявшуюся редакцию согласия, наименование и идентификатор формы, дату и время ее направления, IP-адрес, идентификатор сессии и иные технические сведения, формируемые информационными системами Оператора.</w:t>
      </w:r>
    </w:p>
    <w:p w14:paraId="2DD6061B" w14:textId="06B51680" w:rsidR="003F3CD4" w:rsidRPr="00ED68C6" w:rsidRDefault="003F3CD4" w:rsidP="003F3CD4">
      <w:pPr>
        <w:spacing w:after="0" w:line="300" w:lineRule="exact"/>
        <w:ind w:firstLine="567"/>
        <w:jc w:val="both"/>
        <w:rPr>
          <w:rFonts w:cs="Times New Roman"/>
          <w:color w:val="auto"/>
          <w:lang w:val="ru-RU"/>
        </w:rPr>
      </w:pPr>
    </w:p>
    <w:p w14:paraId="7572A07B" w14:textId="02AC3D0F" w:rsidR="00177516" w:rsidRPr="00177516" w:rsidRDefault="003F3CD4" w:rsidP="00177516">
      <w:pPr>
        <w:pStyle w:val="31"/>
        <w:spacing w:before="0" w:line="300" w:lineRule="exact"/>
        <w:jc w:val="center"/>
        <w:rPr>
          <w:rFonts w:ascii="Times New Roman" w:hAnsi="Times New Roman" w:cs="Times New Roman"/>
          <w:color w:val="auto"/>
          <w:sz w:val="27"/>
          <w:lang w:val="ru-RU"/>
        </w:rPr>
      </w:pPr>
      <w:r w:rsidRPr="00ED68C6">
        <w:rPr>
          <w:rFonts w:ascii="Times New Roman" w:hAnsi="Times New Roman" w:cs="Times New Roman"/>
          <w:color w:val="auto"/>
          <w:lang w:val="ru-RU"/>
        </w:rPr>
        <w:t>2. ОБЪЕМ И ЦЕЛЬ ОБРАБОТКИ</w:t>
      </w:r>
    </w:p>
    <w:p w14:paraId="7786A878" w14:textId="12DEB80B" w:rsidR="00177516" w:rsidRDefault="00177516" w:rsidP="00177516">
      <w:pPr>
        <w:spacing w:after="0" w:line="300" w:lineRule="exact"/>
        <w:ind w:firstLine="567"/>
        <w:jc w:val="both"/>
        <w:rPr>
          <w:rFonts w:cs="Times New Roman"/>
          <w:color w:val="auto"/>
          <w:szCs w:val="24"/>
          <w:lang w:val="ru-RU" w:eastAsia="ru-RU"/>
        </w:rPr>
      </w:pPr>
      <w:r w:rsidRPr="00177516">
        <w:rPr>
          <w:rFonts w:cs="Times New Roman"/>
          <w:b/>
          <w:bCs/>
          <w:color w:val="auto"/>
          <w:szCs w:val="24"/>
          <w:lang w:val="ru-RU" w:eastAsia="ru-RU"/>
        </w:rPr>
        <w:t>2.1.</w:t>
      </w:r>
      <w:r>
        <w:rPr>
          <w:rFonts w:cs="Times New Roman"/>
          <w:color w:val="auto"/>
          <w:szCs w:val="24"/>
          <w:lang w:val="ru-RU" w:eastAsia="ru-RU"/>
        </w:rPr>
        <w:t> </w:t>
      </w:r>
      <w:r w:rsidRPr="00177516">
        <w:rPr>
          <w:rFonts w:cs="Times New Roman"/>
          <w:color w:val="auto"/>
          <w:szCs w:val="24"/>
          <w:lang w:val="ru-RU" w:eastAsia="ru-RU"/>
        </w:rPr>
        <w:t xml:space="preserve">Для создания записи интервью Оператор вправе обрабатывать следующие </w:t>
      </w:r>
      <w:r w:rsidR="004C7620">
        <w:rPr>
          <w:rFonts w:cs="Times New Roman"/>
          <w:color w:val="auto"/>
          <w:szCs w:val="24"/>
          <w:lang w:val="ru-RU" w:eastAsia="ru-RU"/>
        </w:rPr>
        <w:t xml:space="preserve">специальные </w:t>
      </w:r>
      <w:bookmarkStart w:id="0" w:name="_GoBack"/>
      <w:bookmarkEnd w:id="0"/>
      <w:r w:rsidRPr="00177516">
        <w:rPr>
          <w:rFonts w:cs="Times New Roman"/>
          <w:color w:val="auto"/>
          <w:szCs w:val="24"/>
          <w:lang w:val="ru-RU" w:eastAsia="ru-RU"/>
        </w:rPr>
        <w:t xml:space="preserve">персональные данные </w:t>
      </w:r>
      <w:r w:rsidR="00556418">
        <w:rPr>
          <w:rFonts w:cs="Times New Roman"/>
          <w:color w:val="auto"/>
          <w:szCs w:val="24"/>
          <w:lang w:val="ru-RU" w:eastAsia="ru-RU"/>
        </w:rPr>
        <w:t>Пользователя</w:t>
      </w:r>
      <w:r w:rsidRPr="00177516">
        <w:rPr>
          <w:rFonts w:cs="Times New Roman"/>
          <w:color w:val="auto"/>
          <w:szCs w:val="24"/>
          <w:lang w:val="ru-RU" w:eastAsia="ru-RU"/>
        </w:rPr>
        <w:t>:</w:t>
      </w:r>
    </w:p>
    <w:p w14:paraId="14276105" w14:textId="1FAA8450" w:rsidR="00F675CB" w:rsidRDefault="00F675CB" w:rsidP="00F675CB">
      <w:pPr>
        <w:spacing w:after="0" w:line="300" w:lineRule="exact"/>
        <w:ind w:firstLine="720"/>
        <w:jc w:val="both"/>
        <w:rPr>
          <w:rFonts w:cs="Times New Roman"/>
          <w:color w:val="auto"/>
          <w:szCs w:val="24"/>
          <w:lang w:val="ru-RU" w:eastAsia="ru-RU"/>
        </w:rPr>
      </w:pPr>
      <w:r>
        <w:rPr>
          <w:rFonts w:cs="Times New Roman"/>
          <w:color w:val="auto"/>
          <w:szCs w:val="24"/>
          <w:lang w:val="ru-RU" w:eastAsia="ru-RU"/>
        </w:rPr>
        <w:t>-</w:t>
      </w:r>
      <w:r>
        <w:rPr>
          <w:rFonts w:cs="Times New Roman"/>
          <w:color w:val="auto"/>
          <w:szCs w:val="24"/>
          <w:lang w:val="ru-RU" w:eastAsia="ru-RU"/>
        </w:rPr>
        <w:t xml:space="preserve"> </w:t>
      </w:r>
      <w:r w:rsidRPr="00F675CB">
        <w:rPr>
          <w:rFonts w:cs="Times New Roman"/>
          <w:color w:val="auto"/>
          <w:szCs w:val="24"/>
          <w:lang w:val="ru-RU" w:eastAsia="ru-RU"/>
        </w:rPr>
        <w:t>сведения о расовой и национальной принадлежности, политических взглядах, религиозных или философских убеждениях, состоянии здоровья, интимной жизни, если такие сведения добровольно сообщены в ходе интервью</w:t>
      </w:r>
      <w:r>
        <w:rPr>
          <w:rFonts w:cs="Times New Roman"/>
          <w:color w:val="auto"/>
          <w:szCs w:val="24"/>
          <w:lang w:val="ru-RU" w:eastAsia="ru-RU"/>
        </w:rPr>
        <w:t>.</w:t>
      </w:r>
    </w:p>
    <w:p w14:paraId="5CEA32C5" w14:textId="77777777" w:rsidR="00F675CB" w:rsidRPr="00F675CB" w:rsidRDefault="00F675CB" w:rsidP="00F675CB">
      <w:pPr>
        <w:spacing w:after="0" w:line="300" w:lineRule="exact"/>
        <w:ind w:firstLine="720"/>
        <w:jc w:val="both"/>
        <w:rPr>
          <w:rFonts w:cs="Times New Roman"/>
          <w:color w:val="auto"/>
          <w:szCs w:val="24"/>
          <w:lang w:val="ru-RU" w:eastAsia="ru-RU"/>
        </w:rPr>
      </w:pPr>
    </w:p>
    <w:p w14:paraId="6B4DDA10" w14:textId="028AC9A2" w:rsidR="00177516" w:rsidRPr="00177516" w:rsidRDefault="00177516" w:rsidP="00F675CB">
      <w:pPr>
        <w:spacing w:after="0" w:line="300" w:lineRule="exact"/>
        <w:ind w:firstLine="567"/>
        <w:jc w:val="both"/>
        <w:rPr>
          <w:rFonts w:cs="Times New Roman"/>
          <w:color w:val="auto"/>
          <w:szCs w:val="24"/>
          <w:lang w:val="ru-RU" w:eastAsia="ru-RU"/>
        </w:rPr>
      </w:pPr>
      <w:r w:rsidRPr="00177516">
        <w:rPr>
          <w:rFonts w:cs="Times New Roman"/>
          <w:b/>
          <w:bCs/>
          <w:color w:val="auto"/>
          <w:szCs w:val="24"/>
          <w:lang w:val="ru-RU" w:eastAsia="ru-RU"/>
        </w:rPr>
        <w:t>2.2.</w:t>
      </w:r>
      <w:r w:rsidRPr="00177516">
        <w:rPr>
          <w:rFonts w:cs="Times New Roman"/>
          <w:color w:val="auto"/>
          <w:szCs w:val="24"/>
          <w:lang w:val="ru-RU" w:eastAsia="ru-RU"/>
        </w:rPr>
        <w:t xml:space="preserve"> Персональные данные обрабатываются в целях создания, сохранения и технической подготовки аудиозаписи или видеозаписи интервью, проводимого в рамках Индивидуального заказа.</w:t>
      </w:r>
    </w:p>
    <w:p w14:paraId="24B38D74" w14:textId="5653745E" w:rsidR="00177516" w:rsidRPr="00177516" w:rsidRDefault="00177516" w:rsidP="00177516">
      <w:pPr>
        <w:spacing w:after="0" w:line="300" w:lineRule="exact"/>
        <w:ind w:firstLine="567"/>
        <w:jc w:val="both"/>
        <w:rPr>
          <w:rFonts w:cs="Times New Roman"/>
          <w:color w:val="auto"/>
          <w:szCs w:val="24"/>
          <w:lang w:val="ru-RU" w:eastAsia="ru-RU"/>
        </w:rPr>
      </w:pPr>
      <w:r w:rsidRPr="00177516">
        <w:rPr>
          <w:rFonts w:cs="Times New Roman"/>
          <w:color w:val="auto"/>
          <w:szCs w:val="24"/>
          <w:lang w:val="ru-RU" w:eastAsia="ru-RU"/>
        </w:rPr>
        <w:t>Запись создается для ее последующего использования на этапах транскрибации, редактирования или создания итогового результата.</w:t>
      </w:r>
    </w:p>
    <w:p w14:paraId="17465583" w14:textId="0F9E45C7" w:rsidR="00177516" w:rsidRPr="00177516" w:rsidRDefault="00177516" w:rsidP="00177516">
      <w:pPr>
        <w:spacing w:after="0" w:line="300" w:lineRule="exact"/>
        <w:ind w:firstLine="567"/>
        <w:jc w:val="both"/>
        <w:rPr>
          <w:rFonts w:cs="Times New Roman"/>
          <w:color w:val="auto"/>
          <w:szCs w:val="24"/>
          <w:lang w:val="ru-RU" w:eastAsia="ru-RU"/>
        </w:rPr>
      </w:pPr>
      <w:r w:rsidRPr="00177516">
        <w:rPr>
          <w:rFonts w:cs="Times New Roman"/>
          <w:b/>
          <w:bCs/>
          <w:color w:val="auto"/>
          <w:szCs w:val="24"/>
          <w:lang w:val="ru-RU" w:eastAsia="ru-RU"/>
        </w:rPr>
        <w:t>2.3.</w:t>
      </w:r>
      <w:r w:rsidRPr="00177516">
        <w:rPr>
          <w:rFonts w:cs="Times New Roman"/>
          <w:color w:val="auto"/>
          <w:szCs w:val="24"/>
          <w:lang w:val="ru-RU" w:eastAsia="ru-RU"/>
        </w:rPr>
        <w:t xml:space="preserve"> Правовым основанием обработки является настоящее письменное согласие </w:t>
      </w:r>
      <w:r w:rsidR="00556418">
        <w:rPr>
          <w:rFonts w:cs="Times New Roman"/>
          <w:color w:val="auto"/>
          <w:szCs w:val="24"/>
          <w:lang w:val="ru-RU" w:eastAsia="ru-RU"/>
        </w:rPr>
        <w:t>Пользователя</w:t>
      </w:r>
      <w:r w:rsidRPr="00177516">
        <w:rPr>
          <w:rFonts w:cs="Times New Roman"/>
          <w:color w:val="auto"/>
          <w:szCs w:val="24"/>
          <w:lang w:val="ru-RU" w:eastAsia="ru-RU"/>
        </w:rPr>
        <w:t>.</w:t>
      </w:r>
    </w:p>
    <w:p w14:paraId="004B492D" w14:textId="471BA4D2" w:rsidR="00177516" w:rsidRPr="00177516" w:rsidRDefault="00177516" w:rsidP="00177516">
      <w:pPr>
        <w:spacing w:after="0" w:line="300" w:lineRule="exact"/>
        <w:ind w:firstLine="567"/>
        <w:jc w:val="both"/>
        <w:rPr>
          <w:rFonts w:cs="Times New Roman"/>
          <w:color w:val="auto"/>
          <w:szCs w:val="24"/>
          <w:lang w:val="ru-RU" w:eastAsia="ru-RU"/>
        </w:rPr>
      </w:pPr>
      <w:r w:rsidRPr="00177516">
        <w:rPr>
          <w:rFonts w:cs="Times New Roman"/>
          <w:color w:val="auto"/>
          <w:szCs w:val="24"/>
          <w:lang w:val="ru-RU" w:eastAsia="ru-RU"/>
        </w:rPr>
        <w:t xml:space="preserve">Изображение и голос не используются Оператором для автоматического распознавания, биометрической идентификации или установления личности </w:t>
      </w:r>
      <w:r w:rsidR="00556418">
        <w:rPr>
          <w:rFonts w:cs="Times New Roman"/>
          <w:color w:val="auto"/>
          <w:szCs w:val="24"/>
          <w:lang w:val="ru-RU" w:eastAsia="ru-RU"/>
        </w:rPr>
        <w:t>Пользователя</w:t>
      </w:r>
      <w:r w:rsidRPr="00177516">
        <w:rPr>
          <w:rFonts w:cs="Times New Roman"/>
          <w:color w:val="auto"/>
          <w:szCs w:val="24"/>
          <w:lang w:val="ru-RU" w:eastAsia="ru-RU"/>
        </w:rPr>
        <w:t xml:space="preserve">. </w:t>
      </w:r>
    </w:p>
    <w:p w14:paraId="6342FADE" w14:textId="77777777" w:rsidR="00177516" w:rsidRPr="00177516" w:rsidRDefault="00177516" w:rsidP="00177516">
      <w:pPr>
        <w:spacing w:after="0" w:line="300" w:lineRule="exact"/>
        <w:ind w:firstLine="567"/>
        <w:jc w:val="both"/>
        <w:rPr>
          <w:rFonts w:cs="Times New Roman"/>
          <w:color w:val="auto"/>
          <w:szCs w:val="24"/>
          <w:lang w:val="ru-RU" w:eastAsia="ru-RU"/>
        </w:rPr>
      </w:pPr>
      <w:r w:rsidRPr="00177516">
        <w:rPr>
          <w:rFonts w:cs="Times New Roman"/>
          <w:b/>
          <w:bCs/>
          <w:color w:val="auto"/>
          <w:szCs w:val="24"/>
          <w:lang w:val="ru-RU" w:eastAsia="ru-RU"/>
        </w:rPr>
        <w:lastRenderedPageBreak/>
        <w:t>2.4.</w:t>
      </w:r>
      <w:r w:rsidRPr="00177516">
        <w:rPr>
          <w:rFonts w:cs="Times New Roman"/>
          <w:color w:val="auto"/>
          <w:szCs w:val="24"/>
          <w:lang w:val="ru-RU" w:eastAsia="ru-RU"/>
        </w:rPr>
        <w:t xml:space="preserve"> Активная обработка записи осуществляется в течение срока, необходимого для достижения указанной цели. Исходная запись хранится до завершения согласованных работ, но не более шести месяцев после приемки итогового результата, если иной срок прямо не предусмотрен Индивидуальным заказом или законодательством Российской Федерации.</w:t>
      </w:r>
    </w:p>
    <w:p w14:paraId="1B9F0758" w14:textId="77777777" w:rsidR="00177516" w:rsidRPr="00177516" w:rsidRDefault="00177516" w:rsidP="00177516">
      <w:pPr>
        <w:spacing w:after="0" w:line="300" w:lineRule="exact"/>
        <w:ind w:firstLine="567"/>
        <w:jc w:val="both"/>
        <w:rPr>
          <w:rFonts w:cs="Times New Roman"/>
          <w:color w:val="auto"/>
          <w:szCs w:val="24"/>
          <w:lang w:val="ru-RU" w:eastAsia="ru-RU"/>
        </w:rPr>
      </w:pPr>
      <w:r w:rsidRPr="00177516">
        <w:rPr>
          <w:rFonts w:cs="Times New Roman"/>
          <w:color w:val="auto"/>
          <w:szCs w:val="24"/>
          <w:lang w:val="ru-RU" w:eastAsia="ru-RU"/>
        </w:rPr>
        <w:t>По истечении срока хранения запись уничтожается, если отсутствует иное законное основание для ее дальнейшей обработки.</w:t>
      </w:r>
    </w:p>
    <w:p w14:paraId="68B4F844" w14:textId="77777777" w:rsidR="00177516" w:rsidRPr="001F701C" w:rsidRDefault="00177516" w:rsidP="001F701C">
      <w:pPr>
        <w:spacing w:after="0" w:line="300" w:lineRule="exact"/>
        <w:jc w:val="both"/>
        <w:rPr>
          <w:rFonts w:cs="Times New Roman"/>
          <w:color w:val="auto"/>
          <w:szCs w:val="24"/>
          <w:lang w:val="ru-RU"/>
        </w:rPr>
      </w:pPr>
    </w:p>
    <w:p w14:paraId="79FA0660" w14:textId="77777777" w:rsidR="001F701C" w:rsidRPr="001F701C" w:rsidRDefault="001F701C" w:rsidP="001F701C">
      <w:pPr>
        <w:pStyle w:val="31"/>
        <w:spacing w:before="0" w:line="300" w:lineRule="exact"/>
        <w:jc w:val="center"/>
        <w:rPr>
          <w:rFonts w:ascii="Times New Roman" w:hAnsi="Times New Roman" w:cs="Times New Roman"/>
          <w:color w:val="auto"/>
          <w:szCs w:val="24"/>
          <w:lang w:val="ru-RU"/>
        </w:rPr>
      </w:pPr>
      <w:r w:rsidRPr="001F701C">
        <w:rPr>
          <w:rFonts w:ascii="Times New Roman" w:hAnsi="Times New Roman" w:cs="Times New Roman"/>
          <w:color w:val="auto"/>
          <w:szCs w:val="24"/>
          <w:lang w:val="ru-RU"/>
        </w:rPr>
        <w:t>3. ДЕЙСТВИЯ С ПЕРСОНАЛЬНЫМИ ДАННЫМИ И СПОСОБЫ ОБРАБОТКИ</w:t>
      </w:r>
    </w:p>
    <w:p w14:paraId="07D39B1F"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3.1.</w:t>
      </w:r>
      <w:r w:rsidRPr="001F701C">
        <w:t xml:space="preserve"> В пределах цели соответствующей формы Оператор вправе осуществлять сбор, запись, систематизацию, накопление, хранение, уточнение, обновление, изменение, извлечение, использование, сопоставление, предоставление лицам, осуществляющим обработку по поручению Оператора, блокирование, удаление и уничтожение персональных данных.</w:t>
      </w:r>
    </w:p>
    <w:p w14:paraId="5BF2ACAE"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3.2.</w:t>
      </w:r>
      <w:r w:rsidRPr="001F701C">
        <w:rPr>
          <w:lang w:val="en-US"/>
        </w:rPr>
        <w:t> </w:t>
      </w:r>
      <w:r w:rsidRPr="001F701C">
        <w:t>Обработка может осуществляться с использованием средств автоматизации, без использования таких средств либо смешанным способом, включая обработку в информационных системах, посредством электронной почты, телефонии, мессенджеров и иных согласованных каналов связи.</w:t>
      </w:r>
    </w:p>
    <w:p w14:paraId="07D786CD"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3.3.</w:t>
      </w:r>
      <w:r w:rsidRPr="001F701C">
        <w:rPr>
          <w:lang w:val="en-US"/>
        </w:rPr>
        <w:t> </w:t>
      </w:r>
      <w:r w:rsidRPr="001F701C">
        <w:t>Оператор обрабатывает только те персональные данные, которые необходимы для цели соответствующей формы, и не использует их для несовместимых целей без получения нового согласия или возникновения иного законного основания.</w:t>
      </w:r>
    </w:p>
    <w:p w14:paraId="725B160D"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3.4.</w:t>
      </w:r>
      <w:r w:rsidRPr="001F701C">
        <w:t xml:space="preserve"> Настоящее согласие не предоставляет Оператору право распространять персональные данные, то есть раскрывать их неопределенному кругу лиц.</w:t>
      </w:r>
    </w:p>
    <w:p w14:paraId="2B69D7AD" w14:textId="77777777" w:rsidR="001F701C" w:rsidRPr="001F701C" w:rsidRDefault="001F701C" w:rsidP="001F701C">
      <w:pPr>
        <w:pStyle w:val="31"/>
        <w:spacing w:before="0" w:line="300" w:lineRule="exact"/>
        <w:rPr>
          <w:rFonts w:ascii="Times New Roman" w:hAnsi="Times New Roman" w:cs="Times New Roman"/>
          <w:color w:val="auto"/>
          <w:szCs w:val="24"/>
          <w:lang w:val="ru-RU"/>
        </w:rPr>
      </w:pPr>
    </w:p>
    <w:p w14:paraId="1683D181" w14:textId="77777777" w:rsidR="001F701C" w:rsidRPr="001F701C" w:rsidRDefault="001F701C" w:rsidP="001F701C">
      <w:pPr>
        <w:pStyle w:val="31"/>
        <w:spacing w:before="0" w:line="300" w:lineRule="exact"/>
        <w:jc w:val="center"/>
        <w:rPr>
          <w:rFonts w:ascii="Times New Roman" w:hAnsi="Times New Roman" w:cs="Times New Roman"/>
          <w:color w:val="auto"/>
          <w:szCs w:val="24"/>
          <w:lang w:val="ru-RU"/>
        </w:rPr>
      </w:pPr>
      <w:r w:rsidRPr="001F701C">
        <w:rPr>
          <w:rFonts w:ascii="Times New Roman" w:hAnsi="Times New Roman" w:cs="Times New Roman"/>
          <w:color w:val="auto"/>
          <w:szCs w:val="24"/>
          <w:lang w:val="ru-RU"/>
        </w:rPr>
        <w:t>4. ПРИВЛЕЧЕНИЕ ЛИЦ, ОСУЩЕСТВЛЯЮЩИХ ОБРАБОТКУ ПО ПОРУЧЕНИЮ ОПЕРАТОРА</w:t>
      </w:r>
    </w:p>
    <w:p w14:paraId="423F787C" w14:textId="77777777" w:rsidR="00A238C2" w:rsidRDefault="00A238C2" w:rsidP="00A238C2">
      <w:pPr>
        <w:spacing w:after="0" w:line="300" w:lineRule="exact"/>
        <w:ind w:firstLine="567"/>
        <w:jc w:val="both"/>
        <w:rPr>
          <w:rFonts w:cs="Times New Roman"/>
          <w:color w:val="auto"/>
          <w:szCs w:val="24"/>
          <w:lang w:val="ru-RU" w:eastAsia="ru-RU"/>
        </w:rPr>
      </w:pPr>
      <w:r w:rsidRPr="00A238C2">
        <w:rPr>
          <w:rFonts w:cs="Times New Roman"/>
          <w:b/>
          <w:bCs/>
          <w:color w:val="auto"/>
          <w:szCs w:val="24"/>
          <w:lang w:val="ru-RU" w:eastAsia="ru-RU"/>
        </w:rPr>
        <w:t>4.1.</w:t>
      </w:r>
      <w:r w:rsidRPr="00A238C2">
        <w:rPr>
          <w:rFonts w:cs="Times New Roman"/>
          <w:color w:val="auto"/>
          <w:szCs w:val="24"/>
          <w:lang w:val="ru-RU" w:eastAsia="ru-RU"/>
        </w:rPr>
        <w:t xml:space="preserve"> Для создания, сохранения и технической подготовки записи интервью Оператор вправе поручать отдельные операции с персональными данными следующим категориям лиц:</w:t>
      </w:r>
    </w:p>
    <w:p w14:paraId="6C4C4FBA" w14:textId="4AA716B6" w:rsid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 xml:space="preserve">интервьюерам, операторам аудио- и видеозаписи, и иным специалистам, непосредственно участвующим в создании записи; </w:t>
      </w:r>
    </w:p>
    <w:p w14:paraId="3E2D88AD" w14:textId="77777777" w:rsid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 xml:space="preserve">владельцам сервисов видеосвязи и программного обеспечения, посредством которых проводится и записывается интервью; </w:t>
      </w:r>
    </w:p>
    <w:p w14:paraId="6C51F380" w14:textId="77777777" w:rsid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 xml:space="preserve">хостинг-провайдерам и поставщикам защищенных облачных хранилищ; </w:t>
      </w:r>
    </w:p>
    <w:p w14:paraId="6A653FD6" w14:textId="77777777" w:rsid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 xml:space="preserve">поставщикам систем резервного копирования и восстановления данных; </w:t>
      </w:r>
    </w:p>
    <w:p w14:paraId="3BABB942" w14:textId="77777777" w:rsid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 xml:space="preserve">лицам, осуществляющим техническую обработку файлов, включая изменение формата, сжатие и устранение технических дефектов записи; </w:t>
      </w:r>
    </w:p>
    <w:p w14:paraId="0FEE9E39" w14:textId="61D5E5D1" w:rsidR="00A238C2" w:rsidRP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лицам, обеспечивающим техническое сопровождение, информационную безопасность и защиту персональных данных.</w:t>
      </w:r>
    </w:p>
    <w:p w14:paraId="513E3C09" w14:textId="77777777" w:rsidR="00814F8F" w:rsidRDefault="00814F8F" w:rsidP="00814F8F">
      <w:pPr>
        <w:spacing w:after="0" w:line="300" w:lineRule="exact"/>
        <w:ind w:firstLine="567"/>
        <w:jc w:val="both"/>
        <w:rPr>
          <w:rFonts w:cs="Times New Roman"/>
          <w:color w:val="auto"/>
          <w:szCs w:val="24"/>
          <w:lang w:val="ru-RU" w:eastAsia="ru-RU"/>
        </w:rPr>
      </w:pPr>
      <w:r>
        <w:rPr>
          <w:rFonts w:cs="Times New Roman"/>
          <w:b/>
          <w:bCs/>
          <w:color w:val="auto"/>
          <w:szCs w:val="24"/>
          <w:lang w:val="ru-RU" w:eastAsia="ru-RU"/>
        </w:rPr>
        <w:t>4.2.</w:t>
      </w:r>
      <w:r>
        <w:rPr>
          <w:rFonts w:cs="Times New Roman"/>
          <w:color w:val="auto"/>
          <w:szCs w:val="24"/>
          <w:lang w:val="ru-RU" w:eastAsia="ru-RU"/>
        </w:rPr>
        <w:t> Указанным лицам предоставляются только те персональные данные и материалы, которые необходимы для выполнения конкретной порученной операции. Такие лица обязаны соблюдать конфиденциальность, обеспечивать безопасность персональных данных, выполнять требования Оператора и не использовать полученные сведения в собственных целях.</w:t>
      </w:r>
    </w:p>
    <w:p w14:paraId="5F9F80EC" w14:textId="77777777" w:rsidR="001F701C" w:rsidRPr="001F701C" w:rsidRDefault="001F701C" w:rsidP="001F701C">
      <w:pPr>
        <w:pStyle w:val="31"/>
        <w:spacing w:before="0" w:line="300" w:lineRule="exact"/>
        <w:jc w:val="center"/>
        <w:rPr>
          <w:rFonts w:ascii="Times New Roman" w:hAnsi="Times New Roman" w:cs="Times New Roman"/>
          <w:color w:val="auto"/>
          <w:szCs w:val="24"/>
          <w:lang w:val="ru-RU"/>
        </w:rPr>
      </w:pPr>
    </w:p>
    <w:p w14:paraId="0521D2B4" w14:textId="77777777" w:rsidR="001F701C" w:rsidRPr="001F701C" w:rsidRDefault="001F701C" w:rsidP="001F701C">
      <w:pPr>
        <w:pStyle w:val="31"/>
        <w:spacing w:before="0" w:line="300" w:lineRule="exact"/>
        <w:jc w:val="center"/>
        <w:rPr>
          <w:rFonts w:ascii="Times New Roman" w:hAnsi="Times New Roman" w:cs="Times New Roman"/>
          <w:color w:val="auto"/>
          <w:szCs w:val="24"/>
          <w:lang w:val="ru-RU"/>
        </w:rPr>
      </w:pPr>
      <w:r w:rsidRPr="001F701C">
        <w:rPr>
          <w:rFonts w:ascii="Times New Roman" w:hAnsi="Times New Roman" w:cs="Times New Roman"/>
          <w:color w:val="auto"/>
          <w:szCs w:val="24"/>
          <w:lang w:val="ru-RU"/>
        </w:rPr>
        <w:t>5. ПОДТВЕРЖДЕНИЯ ПОЛЬЗОВАТЕЛЯ</w:t>
      </w:r>
    </w:p>
    <w:p w14:paraId="7D9CE541"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5.1.</w:t>
      </w:r>
      <w:r w:rsidRPr="001F701C">
        <w:rPr>
          <w:lang w:val="en-US"/>
        </w:rPr>
        <w:t> </w:t>
      </w:r>
      <w:r w:rsidRPr="001F701C">
        <w:t>Предоставляя настоящее согласие, я подтверждаю, что ознакомился(лась) с Политикой обработки персональных данных в редакции, действующей на момент предоставления согласия и размещенной на Сайте.</w:t>
      </w:r>
    </w:p>
    <w:p w14:paraId="0713F2B7"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lastRenderedPageBreak/>
        <w:t>5.2.</w:t>
      </w:r>
      <w:r w:rsidRPr="001F701C">
        <w:t xml:space="preserve"> Я подтверждаю, что содержание настоящего согласия мне понятно, указанные мной персональные данные являются достоверными и относятся ко мне, а согласие предоставляется без принуждения и отдельно от иных документов.</w:t>
      </w:r>
    </w:p>
    <w:p w14:paraId="235312F3"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5.3.</w:t>
      </w:r>
      <w:r w:rsidRPr="001F701C">
        <w:t xml:space="preserve"> Я понимаю, что непредоставление согласия может повлечь невозможность обработки и рассмотрения соответствующей формы в той части, для которой у Оператора отсутствует иное законное основание.</w:t>
      </w:r>
    </w:p>
    <w:p w14:paraId="450ABE28" w14:textId="77777777" w:rsidR="001F701C" w:rsidRPr="001F701C" w:rsidRDefault="001F701C" w:rsidP="001F701C">
      <w:pPr>
        <w:spacing w:after="0" w:line="300" w:lineRule="atLeast"/>
        <w:ind w:firstLine="567"/>
        <w:rPr>
          <w:rFonts w:cs="Times New Roman"/>
          <w:b/>
          <w:bCs/>
          <w:color w:val="auto"/>
          <w:szCs w:val="24"/>
          <w:lang w:val="ru-RU"/>
        </w:rPr>
      </w:pPr>
    </w:p>
    <w:p w14:paraId="5C8874E9" w14:textId="77777777" w:rsidR="001F701C" w:rsidRPr="00680BAB" w:rsidRDefault="001F701C" w:rsidP="00680BAB">
      <w:pPr>
        <w:spacing w:after="0" w:line="300" w:lineRule="exact"/>
        <w:ind w:firstLine="567"/>
        <w:jc w:val="both"/>
        <w:rPr>
          <w:rFonts w:cs="Times New Roman"/>
          <w:szCs w:val="24"/>
          <w:lang w:val="ru-RU"/>
        </w:rPr>
      </w:pPr>
    </w:p>
    <w:sectPr w:rsidR="001F701C" w:rsidRPr="00680BAB" w:rsidSect="00F548B7">
      <w:footerReference w:type="default" r:id="rId9"/>
      <w:pgSz w:w="12240" w:h="15840"/>
      <w:pgMar w:top="993" w:right="1020" w:bottom="1134" w:left="124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D50178" w14:textId="77777777" w:rsidR="000246C2" w:rsidRDefault="000246C2">
      <w:pPr>
        <w:spacing w:after="0" w:line="240" w:lineRule="auto"/>
      </w:pPr>
      <w:r>
        <w:separator/>
      </w:r>
    </w:p>
  </w:endnote>
  <w:endnote w:type="continuationSeparator" w:id="0">
    <w:p w14:paraId="02622D0F" w14:textId="77777777" w:rsidR="000246C2" w:rsidRDefault="00024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684808"/>
      <w:docPartObj>
        <w:docPartGallery w:val="Page Numbers (Bottom of Page)"/>
        <w:docPartUnique/>
      </w:docPartObj>
    </w:sdtPr>
    <w:sdtEndPr/>
    <w:sdtContent>
      <w:p w14:paraId="0C99E767" w14:textId="7E2583C0" w:rsidR="00F548B7" w:rsidRDefault="00F548B7">
        <w:pPr>
          <w:pStyle w:val="a7"/>
          <w:jc w:val="center"/>
        </w:pPr>
        <w:r>
          <w:fldChar w:fldCharType="begin"/>
        </w:r>
        <w:r>
          <w:instrText>PAGE   \* MERGEFORMAT</w:instrText>
        </w:r>
        <w:r>
          <w:fldChar w:fldCharType="separate"/>
        </w:r>
        <w:r>
          <w:rPr>
            <w:lang w:val="ru-RU"/>
          </w:rPr>
          <w:t>2</w:t>
        </w:r>
        <w:r>
          <w:fldChar w:fldCharType="end"/>
        </w:r>
      </w:p>
    </w:sdtContent>
  </w:sdt>
  <w:p w14:paraId="3AAB9418" w14:textId="7FC398B2" w:rsidR="000F0CE5" w:rsidRDefault="000F0CE5">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2198D1" w14:textId="77777777" w:rsidR="000246C2" w:rsidRDefault="000246C2">
      <w:pPr>
        <w:spacing w:after="0" w:line="240" w:lineRule="auto"/>
      </w:pPr>
      <w:r>
        <w:separator/>
      </w:r>
    </w:p>
  </w:footnote>
  <w:footnote w:type="continuationSeparator" w:id="0">
    <w:p w14:paraId="4D5B45EF" w14:textId="77777777" w:rsidR="000246C2" w:rsidRDefault="000246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2AA623F"/>
    <w:multiLevelType w:val="multilevel"/>
    <w:tmpl w:val="D1AC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8D2CFA"/>
    <w:multiLevelType w:val="multilevel"/>
    <w:tmpl w:val="4724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3308A0"/>
    <w:multiLevelType w:val="multilevel"/>
    <w:tmpl w:val="2D6C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615A13"/>
    <w:multiLevelType w:val="multilevel"/>
    <w:tmpl w:val="AC2A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9F3148"/>
    <w:multiLevelType w:val="multilevel"/>
    <w:tmpl w:val="AFAA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C8124D"/>
    <w:multiLevelType w:val="multilevel"/>
    <w:tmpl w:val="953E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9"/>
  </w:num>
  <w:num w:numId="12">
    <w:abstractNumId w:val="11"/>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46C2"/>
    <w:rsid w:val="00034616"/>
    <w:rsid w:val="000412B3"/>
    <w:rsid w:val="0006063C"/>
    <w:rsid w:val="000F0CE5"/>
    <w:rsid w:val="0015074B"/>
    <w:rsid w:val="00177516"/>
    <w:rsid w:val="001F701C"/>
    <w:rsid w:val="0029639D"/>
    <w:rsid w:val="00326F90"/>
    <w:rsid w:val="003F3CD4"/>
    <w:rsid w:val="004C7620"/>
    <w:rsid w:val="00556418"/>
    <w:rsid w:val="00680BAB"/>
    <w:rsid w:val="0068443D"/>
    <w:rsid w:val="00814F8F"/>
    <w:rsid w:val="008970B6"/>
    <w:rsid w:val="00927628"/>
    <w:rsid w:val="0099513A"/>
    <w:rsid w:val="00A238C2"/>
    <w:rsid w:val="00AA1D8D"/>
    <w:rsid w:val="00B47730"/>
    <w:rsid w:val="00CB0664"/>
    <w:rsid w:val="00E53E07"/>
    <w:rsid w:val="00ED68C6"/>
    <w:rsid w:val="00F548B7"/>
    <w:rsid w:val="00F675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3302CF"/>
  <w14:defaultImageDpi w14:val="300"/>
  <w15:docId w15:val="{0C9E953D-410E-47AC-9C7C-98F5DB985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9" w:lineRule="auto"/>
    </w:pPr>
    <w:rPr>
      <w:rFonts w:ascii="Times New Roman" w:eastAsia="Times New Roman" w:hAnsi="Times New Roman"/>
      <w:color w:val="000000"/>
      <w:sz w:val="24"/>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after="1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00" w:line="240" w:lineRule="auto"/>
      <w:contextualSpacing/>
    </w:pPr>
    <w:rPr>
      <w:rFonts w:asciiTheme="majorHAnsi" w:eastAsiaTheme="majorEastAsia" w:hAnsiTheme="majorHAnsi" w:cstheme="majorBidi"/>
      <w:b/>
      <w:spacing w:val="5"/>
      <w:kern w:val="28"/>
      <w:sz w:val="3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a1"/>
    <w:rsid w:val="00680BAB"/>
    <w:pPr>
      <w:spacing w:before="100" w:beforeAutospacing="1" w:after="100" w:afterAutospacing="1" w:line="240" w:lineRule="auto"/>
    </w:pPr>
    <w:rPr>
      <w:rFonts w:cs="Times New Roman"/>
      <w:color w:val="auto"/>
      <w:szCs w:val="24"/>
      <w:lang w:val="ru-RU" w:eastAsia="ru-RU"/>
    </w:rPr>
  </w:style>
  <w:style w:type="paragraph" w:styleId="aff8">
    <w:name w:val="Normal (Web)"/>
    <w:basedOn w:val="a1"/>
    <w:uiPriority w:val="99"/>
    <w:unhideWhenUsed/>
    <w:rsid w:val="003F3CD4"/>
    <w:pPr>
      <w:spacing w:before="100" w:beforeAutospacing="1" w:after="100" w:afterAutospacing="1" w:line="240" w:lineRule="auto"/>
    </w:pPr>
    <w:rPr>
      <w:rFonts w:cs="Times New Roman"/>
      <w:color w:val="auto"/>
      <w:szCs w:val="24"/>
      <w:lang w:val="ru-RU" w:eastAsia="ru-RU"/>
    </w:rPr>
  </w:style>
  <w:style w:type="character" w:styleId="aff9">
    <w:name w:val="Hyperlink"/>
    <w:basedOn w:val="a2"/>
    <w:uiPriority w:val="99"/>
    <w:unhideWhenUsed/>
    <w:rsid w:val="000412B3"/>
    <w:rPr>
      <w:color w:val="0000FF" w:themeColor="hyperlink"/>
      <w:u w:val="single"/>
    </w:rPr>
  </w:style>
  <w:style w:type="character" w:styleId="affa">
    <w:name w:val="Unresolved Mention"/>
    <w:basedOn w:val="a2"/>
    <w:uiPriority w:val="99"/>
    <w:semiHidden/>
    <w:unhideWhenUsed/>
    <w:rsid w:val="000412B3"/>
    <w:rPr>
      <w:color w:val="605E5C"/>
      <w:shd w:val="clear" w:color="auto" w:fill="E1DFDD"/>
    </w:rPr>
  </w:style>
  <w:style w:type="paragraph" w:customStyle="1" w:styleId="pdq2pgselectionanchorcontainer">
    <w:name w:val="pdq2pg_selectionanchorcontainer"/>
    <w:basedOn w:val="a1"/>
    <w:rsid w:val="00177516"/>
    <w:pPr>
      <w:spacing w:before="100" w:beforeAutospacing="1" w:after="100" w:afterAutospacing="1" w:line="240" w:lineRule="auto"/>
    </w:pPr>
    <w:rPr>
      <w:rFonts w:cs="Times New Roman"/>
      <w:color w:val="auto"/>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7935776">
      <w:bodyDiv w:val="1"/>
      <w:marLeft w:val="0"/>
      <w:marRight w:val="0"/>
      <w:marTop w:val="0"/>
      <w:marBottom w:val="0"/>
      <w:divBdr>
        <w:top w:val="none" w:sz="0" w:space="0" w:color="auto"/>
        <w:left w:val="none" w:sz="0" w:space="0" w:color="auto"/>
        <w:bottom w:val="none" w:sz="0" w:space="0" w:color="auto"/>
        <w:right w:val="none" w:sz="0" w:space="0" w:color="auto"/>
      </w:divBdr>
    </w:div>
    <w:div w:id="536820643">
      <w:bodyDiv w:val="1"/>
      <w:marLeft w:val="0"/>
      <w:marRight w:val="0"/>
      <w:marTop w:val="0"/>
      <w:marBottom w:val="0"/>
      <w:divBdr>
        <w:top w:val="none" w:sz="0" w:space="0" w:color="auto"/>
        <w:left w:val="none" w:sz="0" w:space="0" w:color="auto"/>
        <w:bottom w:val="none" w:sz="0" w:space="0" w:color="auto"/>
        <w:right w:val="none" w:sz="0" w:space="0" w:color="auto"/>
      </w:divBdr>
    </w:div>
    <w:div w:id="702631441">
      <w:bodyDiv w:val="1"/>
      <w:marLeft w:val="0"/>
      <w:marRight w:val="0"/>
      <w:marTop w:val="0"/>
      <w:marBottom w:val="0"/>
      <w:divBdr>
        <w:top w:val="none" w:sz="0" w:space="0" w:color="auto"/>
        <w:left w:val="none" w:sz="0" w:space="0" w:color="auto"/>
        <w:bottom w:val="none" w:sz="0" w:space="0" w:color="auto"/>
        <w:right w:val="none" w:sz="0" w:space="0" w:color="auto"/>
      </w:divBdr>
    </w:div>
    <w:div w:id="738527461">
      <w:bodyDiv w:val="1"/>
      <w:marLeft w:val="0"/>
      <w:marRight w:val="0"/>
      <w:marTop w:val="0"/>
      <w:marBottom w:val="0"/>
      <w:divBdr>
        <w:top w:val="none" w:sz="0" w:space="0" w:color="auto"/>
        <w:left w:val="none" w:sz="0" w:space="0" w:color="auto"/>
        <w:bottom w:val="none" w:sz="0" w:space="0" w:color="auto"/>
        <w:right w:val="none" w:sz="0" w:space="0" w:color="auto"/>
      </w:divBdr>
    </w:div>
    <w:div w:id="1746998135">
      <w:bodyDiv w:val="1"/>
      <w:marLeft w:val="0"/>
      <w:marRight w:val="0"/>
      <w:marTop w:val="0"/>
      <w:marBottom w:val="0"/>
      <w:divBdr>
        <w:top w:val="none" w:sz="0" w:space="0" w:color="auto"/>
        <w:left w:val="none" w:sz="0" w:space="0" w:color="auto"/>
        <w:bottom w:val="none" w:sz="0" w:space="0" w:color="auto"/>
        <w:right w:val="none" w:sz="0" w:space="0" w:color="auto"/>
      </w:divBdr>
    </w:div>
    <w:div w:id="2073119227">
      <w:bodyDiv w:val="1"/>
      <w:marLeft w:val="0"/>
      <w:marRight w:val="0"/>
      <w:marTop w:val="0"/>
      <w:marBottom w:val="0"/>
      <w:divBdr>
        <w:top w:val="none" w:sz="0" w:space="0" w:color="auto"/>
        <w:left w:val="none" w:sz="0" w:space="0" w:color="auto"/>
        <w:bottom w:val="none" w:sz="0" w:space="0" w:color="auto"/>
        <w:right w:val="none" w:sz="0" w:space="0" w:color="auto"/>
      </w:divBdr>
    </w:div>
    <w:div w:id="2117020149">
      <w:bodyDiv w:val="1"/>
      <w:marLeft w:val="0"/>
      <w:marRight w:val="0"/>
      <w:marTop w:val="0"/>
      <w:marBottom w:val="0"/>
      <w:divBdr>
        <w:top w:val="none" w:sz="0" w:space="0" w:color="auto"/>
        <w:left w:val="none" w:sz="0" w:space="0" w:color="auto"/>
        <w:bottom w:val="none" w:sz="0" w:space="0" w:color="auto"/>
        <w:right w:val="none" w:sz="0" w:space="0" w:color="auto"/>
      </w:divBdr>
    </w:div>
    <w:div w:id="2131312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1101;&#1090;&#1086;-&#1084;&#1086;&#1103;-&#1078;&#1080;&#1079;&#1085;&#1100;.&#1088;&#1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1D2E3-8E05-4ADD-9967-2784BA9A8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880</Words>
  <Characters>5019</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ur29</cp:lastModifiedBy>
  <cp:revision>13</cp:revision>
  <dcterms:created xsi:type="dcterms:W3CDTF">2013-12-23T23:15:00Z</dcterms:created>
  <dcterms:modified xsi:type="dcterms:W3CDTF">2026-07-30T08:51:00Z</dcterms:modified>
  <cp:category/>
</cp:coreProperties>
</file>