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F4BB5" w14:textId="489664E2" w:rsidR="0068443D" w:rsidRDefault="0068443D" w:rsidP="00927628">
      <w:pPr>
        <w:spacing w:after="0" w:line="300" w:lineRule="atLeast"/>
        <w:jc w:val="center"/>
        <w:rPr>
          <w:b/>
          <w:bCs/>
          <w:color w:val="auto"/>
          <w:lang w:val="ru-RU"/>
        </w:rPr>
      </w:pPr>
      <w:r w:rsidRPr="00927628">
        <w:rPr>
          <w:b/>
          <w:bCs/>
          <w:color w:val="auto"/>
          <w:lang w:val="ru-RU"/>
        </w:rPr>
        <w:t xml:space="preserve">СОГЛАСИЕ НА </w:t>
      </w:r>
      <w:r w:rsidR="00927628" w:rsidRPr="00927628">
        <w:rPr>
          <w:b/>
          <w:bCs/>
          <w:color w:val="auto"/>
          <w:lang w:val="ru-RU"/>
        </w:rPr>
        <w:t xml:space="preserve">ОБРАБОТКУ </w:t>
      </w:r>
      <w:r w:rsidR="00A40C8F">
        <w:rPr>
          <w:b/>
          <w:bCs/>
          <w:color w:val="auto"/>
          <w:lang w:val="ru-RU"/>
        </w:rPr>
        <w:t xml:space="preserve">СПЕЦИАЛЬНЫХ </w:t>
      </w:r>
      <w:r w:rsidR="008B0F31" w:rsidRPr="00927628">
        <w:rPr>
          <w:b/>
          <w:bCs/>
          <w:color w:val="auto"/>
          <w:lang w:val="ru-RU"/>
        </w:rPr>
        <w:t xml:space="preserve">ПЕРСОНАЛЬНЫХ ДАННЫХ </w:t>
      </w:r>
      <w:r w:rsidR="008B0F31" w:rsidRPr="008B0F31">
        <w:rPr>
          <w:b/>
          <w:bCs/>
          <w:color w:val="auto"/>
          <w:lang w:val="ru-RU"/>
        </w:rPr>
        <w:t>ДЛЯ ТРАНСКРИБАЦИИ РЕЗУЛЬТАТОВ ИНТЕРВЬЮ</w:t>
      </w:r>
    </w:p>
    <w:p w14:paraId="03D98DD8" w14:textId="77777777" w:rsidR="00927628" w:rsidRPr="00927628" w:rsidRDefault="00927628" w:rsidP="00927628">
      <w:pPr>
        <w:spacing w:after="0" w:line="300" w:lineRule="atLeast"/>
        <w:jc w:val="center"/>
        <w:rPr>
          <w:color w:val="auto"/>
          <w:lang w:val="ru-RU"/>
        </w:rPr>
      </w:pPr>
    </w:p>
    <w:p w14:paraId="0B5DE1E1" w14:textId="75FBBB4C" w:rsidR="00680BAB" w:rsidRPr="003D79BD" w:rsidRDefault="00680BAB" w:rsidP="0068443D">
      <w:pPr>
        <w:spacing w:after="0" w:line="300" w:lineRule="atLeast"/>
        <w:ind w:firstLine="567"/>
        <w:jc w:val="both"/>
        <w:rPr>
          <w:rFonts w:cs="Times New Roman"/>
          <w:szCs w:val="24"/>
          <w:lang w:val="ru-RU"/>
        </w:rPr>
      </w:pPr>
      <w:r w:rsidRPr="003D79BD">
        <w:rPr>
          <w:rFonts w:cs="Times New Roman"/>
          <w:szCs w:val="24"/>
          <w:lang w:val="ru-RU"/>
        </w:rPr>
        <w:t xml:space="preserve">Я, пользователь сайта </w:t>
      </w:r>
      <w:hyperlink r:id="rId8" w:history="1">
        <w:r w:rsidR="000412B3" w:rsidRPr="004B2999">
          <w:rPr>
            <w:rStyle w:val="aff9"/>
            <w:rFonts w:cs="Times New Roman"/>
            <w:szCs w:val="24"/>
          </w:rPr>
          <w:t>https</w:t>
        </w:r>
        <w:r w:rsidR="000412B3" w:rsidRPr="004B2999">
          <w:rPr>
            <w:rStyle w:val="aff9"/>
            <w:rFonts w:cs="Times New Roman"/>
            <w:szCs w:val="24"/>
            <w:lang w:val="ru-RU"/>
          </w:rPr>
          <w:t>://это-моя-жизнь.рф</w:t>
        </w:r>
      </w:hyperlink>
      <w:r w:rsidR="000412B3">
        <w:rPr>
          <w:rFonts w:cs="Times New Roman"/>
          <w:szCs w:val="24"/>
          <w:lang w:val="ru-RU"/>
        </w:rPr>
        <w:t xml:space="preserve"> </w:t>
      </w:r>
      <w:r w:rsidR="00ED68C6">
        <w:rPr>
          <w:rFonts w:cs="Times New Roman"/>
          <w:szCs w:val="24"/>
          <w:lang w:val="ru-RU"/>
        </w:rPr>
        <w:t>(далее – Пользователь)</w:t>
      </w:r>
      <w:r w:rsidRPr="003D79BD">
        <w:rPr>
          <w:rFonts w:cs="Times New Roman"/>
          <w:szCs w:val="24"/>
          <w:lang w:val="ru-RU"/>
        </w:rPr>
        <w:t>, действуя свободно, своей волей и в своем интересе, предоставляю Индивидуальн</w:t>
      </w:r>
      <w:r>
        <w:rPr>
          <w:rFonts w:cs="Times New Roman"/>
          <w:szCs w:val="24"/>
          <w:lang w:val="ru-RU"/>
        </w:rPr>
        <w:t>ому</w:t>
      </w:r>
      <w:r w:rsidRPr="003D79BD">
        <w:rPr>
          <w:rFonts w:cs="Times New Roman"/>
          <w:szCs w:val="24"/>
          <w:lang w:val="ru-RU"/>
        </w:rPr>
        <w:t xml:space="preserve"> предпринимател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Елин</w:t>
      </w:r>
      <w:r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 xml:space="preserve"> Серге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Викторович</w:t>
      </w:r>
      <w:r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>, ИНН 772641471093, ОГРНИП 317774600428123</w:t>
      </w:r>
      <w:r>
        <w:rPr>
          <w:rFonts w:cs="Times New Roman"/>
          <w:szCs w:val="24"/>
          <w:lang w:val="ru-RU"/>
        </w:rPr>
        <w:t xml:space="preserve"> </w:t>
      </w:r>
      <w:r w:rsidRPr="003D79BD">
        <w:rPr>
          <w:rFonts w:cs="Times New Roman"/>
          <w:szCs w:val="24"/>
          <w:lang w:val="ru-RU"/>
        </w:rPr>
        <w:t>(далее — Оператор), согласие на обработку моих персональных данных</w:t>
      </w:r>
      <w:r w:rsidR="00A40C8F" w:rsidRPr="00A40C8F">
        <w:rPr>
          <w:rFonts w:cs="Times New Roman"/>
          <w:szCs w:val="24"/>
          <w:lang w:val="ru-RU"/>
        </w:rPr>
        <w:t>, относящихся к специальным категориям,</w:t>
      </w:r>
      <w:r w:rsidRPr="003D79BD">
        <w:rPr>
          <w:rFonts w:cs="Times New Roman"/>
          <w:szCs w:val="24"/>
          <w:lang w:val="ru-RU"/>
        </w:rPr>
        <w:t xml:space="preserve"> на следующих условиях</w:t>
      </w:r>
      <w:r>
        <w:rPr>
          <w:rFonts w:cs="Times New Roman"/>
          <w:szCs w:val="24"/>
          <w:lang w:val="ru-RU"/>
        </w:rPr>
        <w:t>:</w:t>
      </w:r>
    </w:p>
    <w:p w14:paraId="2BAF375A" w14:textId="77777777" w:rsidR="00680BAB" w:rsidRDefault="00680BAB" w:rsidP="00680BAB">
      <w:pPr>
        <w:pStyle w:val="isselectedend"/>
        <w:spacing w:before="0" w:beforeAutospacing="0" w:after="0" w:afterAutospacing="0" w:line="300" w:lineRule="exact"/>
        <w:jc w:val="center"/>
      </w:pPr>
    </w:p>
    <w:p w14:paraId="7BEB3D86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jc w:val="center"/>
        <w:rPr>
          <w:b/>
          <w:bCs/>
        </w:rPr>
      </w:pPr>
      <w:r w:rsidRPr="00AA0F50">
        <w:rPr>
          <w:b/>
          <w:bCs/>
        </w:rPr>
        <w:t>1. ОПЕРАТОР И ПОРЯДОК ПРЕДОСТАВЛЕНИЯ СОГЛАСИЯ</w:t>
      </w:r>
    </w:p>
    <w:p w14:paraId="0AA448FA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1</w:t>
      </w:r>
      <w:r w:rsidRPr="00AA0F50">
        <w:rPr>
          <w:rStyle w:val="af6"/>
        </w:rPr>
        <w:t>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 от Пользовательского соглашения, условий заключения и исполнения договора, согласия на получение рекламы и иных документов, подтверждаемых Пользователем.</w:t>
      </w:r>
    </w:p>
    <w:p w14:paraId="5B9045B5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2</w:t>
      </w:r>
      <w:r w:rsidRPr="00AA0F50">
        <w:rPr>
          <w:rStyle w:val="af6"/>
        </w:rPr>
        <w:t>.</w:t>
      </w:r>
      <w:r>
        <w:t> </w:t>
      </w:r>
      <w:r w:rsidRPr="00AA0F50">
        <w:t xml:space="preserve">Согласие распространяется исключительно на персональные данные, цели и срок обработки, предусмотренные для той формы Сайта, посредством которой оно предоставляется. </w:t>
      </w:r>
    </w:p>
    <w:p w14:paraId="48CF1502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3</w:t>
      </w:r>
      <w:r w:rsidRPr="00AA0F50">
        <w:rPr>
          <w:rStyle w:val="af6"/>
        </w:rPr>
        <w:t>.</w:t>
      </w:r>
      <w:r w:rsidRPr="00AA0F50">
        <w:t xml:space="preserve"> До предоставления согласия Пользователю обеспеч</w:t>
      </w:r>
      <w:r>
        <w:t>ена</w:t>
      </w:r>
      <w:r w:rsidRPr="00AA0F50">
        <w:t xml:space="preserve"> возможность ознакомиться с полным текстом 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рядом с текстом согласия и последующего направления соответствующей формы Оператору.</w:t>
      </w:r>
    </w:p>
    <w:p w14:paraId="04805707" w14:textId="2D0A7B1F" w:rsidR="003F3CD4" w:rsidRPr="003F3CD4" w:rsidRDefault="00680BAB" w:rsidP="0068443D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4</w:t>
      </w:r>
      <w:r w:rsidRPr="00AA0F50">
        <w:rPr>
          <w:rStyle w:val="af6"/>
        </w:rPr>
        <w:t>.</w:t>
      </w:r>
      <w:r>
        <w:t> </w:t>
      </w:r>
      <w:r w:rsidRPr="00AA0F50">
        <w:t>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наименование и идентификатор формы, дату и время ее направления, IP-адрес, идентификатор сессии и иные технические сведения, формируемые информационными системами Оператора.</w:t>
      </w:r>
    </w:p>
    <w:p w14:paraId="2DD6061B" w14:textId="06B51680" w:rsidR="003F3CD4" w:rsidRPr="00ED68C6" w:rsidRDefault="003F3CD4" w:rsidP="003F3CD4">
      <w:pPr>
        <w:spacing w:after="0" w:line="300" w:lineRule="exact"/>
        <w:ind w:firstLine="567"/>
        <w:jc w:val="both"/>
        <w:rPr>
          <w:rFonts w:cs="Times New Roman"/>
          <w:color w:val="auto"/>
          <w:lang w:val="ru-RU"/>
        </w:rPr>
      </w:pPr>
    </w:p>
    <w:p w14:paraId="02437003" w14:textId="7D8F45D2" w:rsidR="00436811" w:rsidRPr="00436811" w:rsidRDefault="003F3CD4" w:rsidP="00436811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 w:val="27"/>
          <w:lang w:val="ru-RU"/>
        </w:rPr>
      </w:pPr>
      <w:r w:rsidRPr="00ED68C6">
        <w:rPr>
          <w:rFonts w:ascii="Times New Roman" w:hAnsi="Times New Roman" w:cs="Times New Roman"/>
          <w:color w:val="auto"/>
          <w:lang w:val="ru-RU"/>
        </w:rPr>
        <w:t>2. ОБЪЕМ И ЦЕЛЬ ОБРАБОТКИ</w:t>
      </w:r>
    </w:p>
    <w:p w14:paraId="59B5D767" w14:textId="48F79183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b/>
          <w:bCs/>
          <w:color w:val="auto"/>
          <w:szCs w:val="24"/>
          <w:lang w:val="ru-RU" w:eastAsia="ru-RU"/>
        </w:rPr>
        <w:t>2.1.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Для транскрибации интервью Оператор вправе обрабатывать следующие </w:t>
      </w:r>
      <w:r w:rsidR="00A40C8F">
        <w:rPr>
          <w:rFonts w:cs="Times New Roman"/>
          <w:color w:val="auto"/>
          <w:szCs w:val="24"/>
          <w:lang w:val="ru-RU" w:eastAsia="ru-RU"/>
        </w:rPr>
        <w:t xml:space="preserve">специальные 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персональные данные </w:t>
      </w:r>
      <w:r>
        <w:rPr>
          <w:rFonts w:cs="Times New Roman"/>
          <w:color w:val="auto"/>
          <w:szCs w:val="24"/>
          <w:lang w:val="ru-RU" w:eastAsia="ru-RU"/>
        </w:rPr>
        <w:t>Пользователя</w:t>
      </w:r>
      <w:r w:rsidRPr="00436811">
        <w:rPr>
          <w:rFonts w:cs="Times New Roman"/>
          <w:color w:val="auto"/>
          <w:szCs w:val="24"/>
          <w:lang w:val="ru-RU" w:eastAsia="ru-RU"/>
        </w:rPr>
        <w:t>:</w:t>
      </w:r>
    </w:p>
    <w:p w14:paraId="6C1FD950" w14:textId="2A449A28" w:rsidR="00A40C8F" w:rsidRDefault="00A40C8F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 xml:space="preserve">– </w:t>
      </w:r>
      <w:r w:rsidRPr="00A40C8F">
        <w:rPr>
          <w:rFonts w:cs="Times New Roman"/>
          <w:color w:val="auto"/>
          <w:szCs w:val="24"/>
          <w:lang w:val="ru-RU" w:eastAsia="ru-RU"/>
        </w:rPr>
        <w:t>сведения о расовой и национальной принадлежности, политических взглядах, религиозных или философских убеждениях, состоянии здоровья, интимной жизни, если такие сведения добровольно сообщены</w:t>
      </w:r>
      <w:r>
        <w:rPr>
          <w:rFonts w:cs="Times New Roman"/>
          <w:color w:val="auto"/>
          <w:szCs w:val="24"/>
          <w:lang w:val="ru-RU" w:eastAsia="ru-RU"/>
        </w:rPr>
        <w:t>.</w:t>
      </w:r>
      <w:bookmarkStart w:id="0" w:name="_GoBack"/>
      <w:bookmarkEnd w:id="0"/>
    </w:p>
    <w:p w14:paraId="6BD8DE93" w14:textId="07DAB35E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b/>
          <w:bCs/>
          <w:color w:val="auto"/>
          <w:szCs w:val="24"/>
          <w:lang w:val="ru-RU" w:eastAsia="ru-RU"/>
        </w:rPr>
        <w:t>2.2.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436811">
        <w:rPr>
          <w:rFonts w:cs="Times New Roman"/>
          <w:color w:val="auto"/>
          <w:szCs w:val="24"/>
          <w:lang w:val="ru-RU" w:eastAsia="ru-RU"/>
        </w:rPr>
        <w:t>Персональные данные обрабатываются исключительно в целях преобразования содержания аудиозаписи или видеозаписи интервью в текстовую форму в рамках Индивидуального заказа</w:t>
      </w:r>
      <w:r>
        <w:rPr>
          <w:rFonts w:cs="Times New Roman"/>
          <w:color w:val="auto"/>
          <w:szCs w:val="24"/>
          <w:lang w:val="ru-RU" w:eastAsia="ru-RU"/>
        </w:rPr>
        <w:t>.</w:t>
      </w:r>
    </w:p>
    <w:p w14:paraId="79DF976C" w14:textId="77777777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color w:val="auto"/>
          <w:szCs w:val="24"/>
          <w:lang w:val="ru-RU" w:eastAsia="ru-RU"/>
        </w:rPr>
        <w:t xml:space="preserve">В рамках указанной цели допускаются распознавание речи, разделение текста по участникам, расстановка временных меток и исправление очевидных технических ошибок </w:t>
      </w:r>
      <w:r w:rsidRPr="00436811">
        <w:rPr>
          <w:rFonts w:cs="Times New Roman"/>
          <w:color w:val="auto"/>
          <w:szCs w:val="24"/>
          <w:lang w:val="ru-RU" w:eastAsia="ru-RU"/>
        </w:rPr>
        <w:lastRenderedPageBreak/>
        <w:t>автоматического распознавания без литературного или смыслового изменения содержания ответов.</w:t>
      </w:r>
    </w:p>
    <w:p w14:paraId="11C10B57" w14:textId="3D1A500D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b/>
          <w:bCs/>
          <w:color w:val="auto"/>
          <w:szCs w:val="24"/>
          <w:lang w:val="ru-RU" w:eastAsia="ru-RU"/>
        </w:rPr>
        <w:t>2.3.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 Правовым основанием обработки является настоящее письменное согласие </w:t>
      </w:r>
      <w:r w:rsidR="00501A82">
        <w:rPr>
          <w:rFonts w:cs="Times New Roman"/>
          <w:color w:val="auto"/>
          <w:szCs w:val="24"/>
          <w:lang w:val="ru-RU" w:eastAsia="ru-RU"/>
        </w:rPr>
        <w:t>Пользователя</w:t>
      </w:r>
      <w:r w:rsidRPr="00436811">
        <w:rPr>
          <w:rFonts w:cs="Times New Roman"/>
          <w:color w:val="auto"/>
          <w:szCs w:val="24"/>
          <w:lang w:val="ru-RU" w:eastAsia="ru-RU"/>
        </w:rPr>
        <w:t>.</w:t>
      </w:r>
    </w:p>
    <w:p w14:paraId="35DCBAE2" w14:textId="77777777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color w:val="auto"/>
          <w:szCs w:val="24"/>
          <w:lang w:val="ru-RU" w:eastAsia="ru-RU"/>
        </w:rPr>
        <w:t>Если транскрибация осуществляется с использованием привлеченного специалиста или программного сервиса, соответствующая обработка выполняется по поручению Оператора с соблюдением требований конфиденциальности и безопасности персональных данных.</w:t>
      </w:r>
    </w:p>
    <w:p w14:paraId="6FFA455E" w14:textId="28FC993B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b/>
          <w:bCs/>
          <w:color w:val="auto"/>
          <w:szCs w:val="24"/>
          <w:lang w:val="ru-RU" w:eastAsia="ru-RU"/>
        </w:rPr>
        <w:t>2.4.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436811">
        <w:rPr>
          <w:rFonts w:cs="Times New Roman"/>
          <w:color w:val="auto"/>
          <w:szCs w:val="24"/>
          <w:lang w:val="ru-RU" w:eastAsia="ru-RU"/>
        </w:rPr>
        <w:t>Активная обработка осуществляется до завершения транскрибации и передачи расшифровки для следующего отдельно согласованного этапа обработки.</w:t>
      </w:r>
    </w:p>
    <w:p w14:paraId="6F441C1C" w14:textId="77777777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color w:val="auto"/>
          <w:szCs w:val="24"/>
          <w:lang w:val="ru-RU" w:eastAsia="ru-RU"/>
        </w:rPr>
        <w:t>Исходная запись хранится не более шести месяцев после приемки итогового результата, а рабочая расшифровка — не более одного года после приемки итогового результата, если иной срок не предусмотрен Индивидуальным заказом, законодательством Российской Федерации или необходимостью разрешения спора.</w:t>
      </w:r>
    </w:p>
    <w:p w14:paraId="2B1EC7BB" w14:textId="77777777" w:rsidR="00436811" w:rsidRPr="00C5275C" w:rsidRDefault="00436811" w:rsidP="001F701C">
      <w:pPr>
        <w:spacing w:after="0" w:line="300" w:lineRule="exact"/>
        <w:jc w:val="both"/>
        <w:rPr>
          <w:rFonts w:cs="Times New Roman"/>
          <w:color w:val="FF0000"/>
          <w:szCs w:val="24"/>
          <w:lang w:val="ru-RU"/>
        </w:rPr>
      </w:pPr>
    </w:p>
    <w:p w14:paraId="79FA0660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3. ДЕЙСТВИЯ С ПЕРСОНАЛЬНЫМИ ДАННЫМИ И СПОСОБЫ ОБРАБОТКИ</w:t>
      </w:r>
    </w:p>
    <w:p w14:paraId="07D39B1F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3.1.</w:t>
      </w:r>
      <w:r w:rsidRPr="001F701C">
        <w:t xml:space="preserve"> В пределах цели соответствующей формы Оператор вправе осуществлять сбор, запись, систематизацию, накопление, хранение, уточнение, обновление, изменение, извлечение, использование, сопоставление,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5BF2ACAE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3.2.</w:t>
      </w:r>
      <w:r w:rsidRPr="001F701C">
        <w:rPr>
          <w:lang w:val="en-US"/>
        </w:rPr>
        <w:t> </w:t>
      </w:r>
      <w:r w:rsidRPr="001F701C">
        <w:t>Обработка может осуществляться с использованием средств автоматизации, без использования таких средств либо смешанным способом, включая обработку в информационных системах, посредством электронной почты, телефонии, мессенджеров и иных согласованных каналов связи.</w:t>
      </w:r>
    </w:p>
    <w:p w14:paraId="07D786C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3.3.</w:t>
      </w:r>
      <w:r w:rsidRPr="001F701C">
        <w:rPr>
          <w:lang w:val="en-US"/>
        </w:rPr>
        <w:t> </w:t>
      </w:r>
      <w:r w:rsidRPr="001F701C">
        <w:t>Оператор обрабатывает только те персональные данные, которые необходимы для цели соответствующей формы, и не использует их для несовместимых целей без получения нового согласия или возникновения иного законного основания.</w:t>
      </w:r>
    </w:p>
    <w:p w14:paraId="725B160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3.4.</w:t>
      </w:r>
      <w:r w:rsidRPr="001F701C">
        <w:t xml:space="preserve"> Настоящее согласие не предоставляет Оператору право распространять персональные данные, то есть раскрывать их неопределенному кругу лиц.</w:t>
      </w:r>
    </w:p>
    <w:p w14:paraId="2B69D7AD" w14:textId="77777777" w:rsidR="001F701C" w:rsidRPr="001F701C" w:rsidRDefault="001F701C" w:rsidP="001F701C">
      <w:pPr>
        <w:pStyle w:val="31"/>
        <w:spacing w:before="0" w:line="300" w:lineRule="exact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1683D181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4. ПРИВЛЕЧЕНИЕ ЛИЦ, ОСУЩЕСТВЛЯЮЩИХ ОБРАБОТКУ ПО ПОРУЧЕНИЮ ОПЕРАТОРА</w:t>
      </w:r>
    </w:p>
    <w:p w14:paraId="06624879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501A82">
        <w:rPr>
          <w:rFonts w:cs="Times New Roman"/>
          <w:b/>
          <w:bCs/>
          <w:color w:val="auto"/>
          <w:szCs w:val="24"/>
          <w:lang w:val="ru-RU" w:eastAsia="ru-RU"/>
        </w:rPr>
        <w:t>4.1.</w:t>
      </w:r>
      <w:r w:rsidRPr="00501A82">
        <w:rPr>
          <w:rFonts w:cs="Times New Roman"/>
          <w:color w:val="auto"/>
          <w:szCs w:val="24"/>
          <w:lang w:val="ru-RU" w:eastAsia="ru-RU"/>
        </w:rPr>
        <w:t xml:space="preserve"> Для преобразования аудио- или видеозаписи интервью в текстовую форму Оператор вправе поручать отдельные операции с персональными данными следующим категориям лиц:</w:t>
      </w:r>
    </w:p>
    <w:p w14:paraId="3C72DED3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501A82">
        <w:rPr>
          <w:rFonts w:cs="Times New Roman"/>
          <w:color w:val="auto"/>
          <w:szCs w:val="24"/>
          <w:lang w:val="ru-RU" w:eastAsia="ru-RU"/>
        </w:rPr>
        <w:t xml:space="preserve">транскрибаторам и специалистам по расшифровке аудио- и видеозаписей; </w:t>
      </w:r>
    </w:p>
    <w:p w14:paraId="3EA8B0BB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</w:t>
      </w:r>
      <w:r>
        <w:rPr>
          <w:lang w:val="ru-RU"/>
        </w:rPr>
        <w:t> </w:t>
      </w:r>
      <w:r w:rsidRPr="00501A82">
        <w:rPr>
          <w:rFonts w:cs="Times New Roman"/>
          <w:color w:val="auto"/>
          <w:szCs w:val="24"/>
          <w:lang w:val="ru-RU" w:eastAsia="ru-RU"/>
        </w:rPr>
        <w:t xml:space="preserve">специалистам, осуществляющим проверку и исправление технических ошибок расшифровки; </w:t>
      </w:r>
    </w:p>
    <w:p w14:paraId="715D7038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501A82">
        <w:rPr>
          <w:rFonts w:cs="Times New Roman"/>
          <w:color w:val="auto"/>
          <w:szCs w:val="24"/>
          <w:lang w:val="ru-RU" w:eastAsia="ru-RU"/>
        </w:rPr>
        <w:t xml:space="preserve">поставщикам программных средств и сервисов автоматического распознавания речи; </w:t>
      </w:r>
    </w:p>
    <w:p w14:paraId="1E6E7FF2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501A82">
        <w:rPr>
          <w:rFonts w:cs="Times New Roman"/>
          <w:color w:val="auto"/>
          <w:szCs w:val="24"/>
          <w:lang w:val="ru-RU" w:eastAsia="ru-RU"/>
        </w:rPr>
        <w:t xml:space="preserve">хостинг-провайдерам и поставщикам защищенных облачных хранилищ; </w:t>
      </w:r>
    </w:p>
    <w:p w14:paraId="6389F03C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501A82">
        <w:rPr>
          <w:rFonts w:cs="Times New Roman"/>
          <w:color w:val="auto"/>
          <w:szCs w:val="24"/>
          <w:lang w:val="ru-RU" w:eastAsia="ru-RU"/>
        </w:rPr>
        <w:t xml:space="preserve">поставщикам систем передачи, резервного копирования и восстановления файлов; </w:t>
      </w:r>
    </w:p>
    <w:p w14:paraId="464042CD" w14:textId="2DDEF301" w:rsidR="00501A82" w:rsidRP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501A82">
        <w:rPr>
          <w:rFonts w:cs="Times New Roman"/>
          <w:color w:val="auto"/>
          <w:szCs w:val="24"/>
          <w:lang w:val="ru-RU" w:eastAsia="ru-RU"/>
        </w:rPr>
        <w:t>лицам, обеспечивающим техническое сопровождение, информационную безопасность и защиту персональных данных.</w:t>
      </w:r>
    </w:p>
    <w:p w14:paraId="3B18D319" w14:textId="77777777" w:rsidR="00CD1711" w:rsidRDefault="00CD1711" w:rsidP="00CD17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b/>
          <w:bCs/>
          <w:color w:val="auto"/>
          <w:szCs w:val="24"/>
          <w:lang w:val="ru-RU" w:eastAsia="ru-RU"/>
        </w:rPr>
        <w:t>4.2.</w:t>
      </w:r>
      <w:r>
        <w:rPr>
          <w:rFonts w:cs="Times New Roman"/>
          <w:color w:val="auto"/>
          <w:szCs w:val="24"/>
          <w:lang w:val="ru-RU" w:eastAsia="ru-RU"/>
        </w:rPr>
        <w:t> Указанным лицам предоставляются только те персональные данные и материалы, которые необходимы для выполнения конкретной порученной операции. Такие лица обязаны соблюдать конфиденциальность, обеспечивать безопасность персональных данных, выполнять требования Оператора и не использовать полученные сведения в собственных целях.</w:t>
      </w:r>
    </w:p>
    <w:p w14:paraId="5F9F80EC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0521D2B4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5. ПОДТВЕРЖДЕНИЯ ПОЛЬЗОВАТЕЛЯ</w:t>
      </w:r>
    </w:p>
    <w:p w14:paraId="7D9CE541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5.1.</w:t>
      </w:r>
      <w:r w:rsidRPr="001F701C">
        <w:rPr>
          <w:lang w:val="en-US"/>
        </w:rPr>
        <w:t> </w:t>
      </w:r>
      <w:r w:rsidRPr="001F701C">
        <w:t>Предоставляя настоящее согласие, я подтверждаю, что ознакомился(лась) с Политикой обработки персональных данных в редакции, действующей на момент предоставления согласия и размещенной на Сайте.</w:t>
      </w:r>
    </w:p>
    <w:p w14:paraId="0713F2B7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5.2.</w:t>
      </w:r>
      <w:r w:rsidRPr="001F701C">
        <w:t xml:space="preserve"> Я подтверждаю, что содержание настоящего согласия мне понятно, указанные мной персональные данные являются достоверными и относятся ко мне, а согласие предоставляется без принуждения и отдельно от иных документов.</w:t>
      </w:r>
    </w:p>
    <w:p w14:paraId="235312F3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5.3.</w:t>
      </w:r>
      <w:r w:rsidRPr="001F701C">
        <w:t xml:space="preserve"> Я понимаю, что непредоставление согласия может повлечь невозможность обработки и рассмотрения соответствующей формы в той части, для которой у Оператора отсутствует иное законное основание.</w:t>
      </w:r>
    </w:p>
    <w:p w14:paraId="450ABE28" w14:textId="77777777" w:rsidR="001F701C" w:rsidRPr="001F701C" w:rsidRDefault="001F701C" w:rsidP="001F701C">
      <w:pPr>
        <w:spacing w:after="0" w:line="300" w:lineRule="atLeast"/>
        <w:ind w:firstLine="567"/>
        <w:rPr>
          <w:rFonts w:cs="Times New Roman"/>
          <w:b/>
          <w:bCs/>
          <w:color w:val="auto"/>
          <w:szCs w:val="24"/>
          <w:lang w:val="ru-RU"/>
        </w:rPr>
      </w:pPr>
    </w:p>
    <w:p w14:paraId="5C8874E9" w14:textId="77777777" w:rsidR="001F701C" w:rsidRPr="00680BAB" w:rsidRDefault="001F701C" w:rsidP="00680BAB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sectPr w:rsidR="001F701C" w:rsidRPr="00680BAB" w:rsidSect="00F548B7">
      <w:footerReference w:type="default" r:id="rId9"/>
      <w:pgSz w:w="12240" w:h="15840"/>
      <w:pgMar w:top="993" w:right="1020" w:bottom="1134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94AC14" w14:textId="77777777" w:rsidR="007A724E" w:rsidRDefault="007A724E">
      <w:pPr>
        <w:spacing w:after="0" w:line="240" w:lineRule="auto"/>
      </w:pPr>
      <w:r>
        <w:separator/>
      </w:r>
    </w:p>
  </w:endnote>
  <w:endnote w:type="continuationSeparator" w:id="0">
    <w:p w14:paraId="706B5D2B" w14:textId="77777777" w:rsidR="007A724E" w:rsidRDefault="007A7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6684808"/>
      <w:docPartObj>
        <w:docPartGallery w:val="Page Numbers (Bottom of Page)"/>
        <w:docPartUnique/>
      </w:docPartObj>
    </w:sdtPr>
    <w:sdtEndPr/>
    <w:sdtContent>
      <w:p w14:paraId="0C99E767" w14:textId="7E2583C0" w:rsidR="00F548B7" w:rsidRDefault="00F548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AAB9418" w14:textId="7FC398B2" w:rsidR="000F0CE5" w:rsidRDefault="000F0CE5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34180C" w14:textId="77777777" w:rsidR="007A724E" w:rsidRDefault="007A724E">
      <w:pPr>
        <w:spacing w:after="0" w:line="240" w:lineRule="auto"/>
      </w:pPr>
      <w:r>
        <w:separator/>
      </w:r>
    </w:p>
  </w:footnote>
  <w:footnote w:type="continuationSeparator" w:id="0">
    <w:p w14:paraId="4E836468" w14:textId="77777777" w:rsidR="007A724E" w:rsidRDefault="007A7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9687B"/>
    <w:multiLevelType w:val="multilevel"/>
    <w:tmpl w:val="0BCA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1A680C"/>
    <w:multiLevelType w:val="multilevel"/>
    <w:tmpl w:val="E448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AA623F"/>
    <w:multiLevelType w:val="multilevel"/>
    <w:tmpl w:val="D1AC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D2CFA"/>
    <w:multiLevelType w:val="multilevel"/>
    <w:tmpl w:val="4724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3308A0"/>
    <w:multiLevelType w:val="multilevel"/>
    <w:tmpl w:val="2D6C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9F3148"/>
    <w:multiLevelType w:val="multilevel"/>
    <w:tmpl w:val="AFAA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C8124D"/>
    <w:multiLevelType w:val="multilevel"/>
    <w:tmpl w:val="953E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1"/>
  </w:num>
  <w:num w:numId="12">
    <w:abstractNumId w:val="13"/>
  </w:num>
  <w:num w:numId="13">
    <w:abstractNumId w:val="14"/>
  </w:num>
  <w:num w:numId="14">
    <w:abstractNumId w:val="12"/>
  </w:num>
  <w:num w:numId="15">
    <w:abstractNumId w:val="1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2B3"/>
    <w:rsid w:val="0006063C"/>
    <w:rsid w:val="000F0CE5"/>
    <w:rsid w:val="0015074B"/>
    <w:rsid w:val="00177516"/>
    <w:rsid w:val="001F701C"/>
    <w:rsid w:val="0029639D"/>
    <w:rsid w:val="00326F90"/>
    <w:rsid w:val="003F3CD4"/>
    <w:rsid w:val="00436811"/>
    <w:rsid w:val="00501A82"/>
    <w:rsid w:val="00641BE1"/>
    <w:rsid w:val="00680BAB"/>
    <w:rsid w:val="0068443D"/>
    <w:rsid w:val="007A724E"/>
    <w:rsid w:val="008970B6"/>
    <w:rsid w:val="008B0F31"/>
    <w:rsid w:val="00927628"/>
    <w:rsid w:val="00990C48"/>
    <w:rsid w:val="0099513A"/>
    <w:rsid w:val="00A238C2"/>
    <w:rsid w:val="00A40C8F"/>
    <w:rsid w:val="00AA1D8D"/>
    <w:rsid w:val="00B47730"/>
    <w:rsid w:val="00C5275C"/>
    <w:rsid w:val="00CB0664"/>
    <w:rsid w:val="00CD1711"/>
    <w:rsid w:val="00ED68C6"/>
    <w:rsid w:val="00F548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302CF"/>
  <w14:defaultImageDpi w14:val="300"/>
  <w15:docId w15:val="{0C9E953D-410E-47AC-9C7C-98F5DB98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680BAB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paragraph" w:styleId="aff8">
    <w:name w:val="Normal (Web)"/>
    <w:basedOn w:val="a1"/>
    <w:uiPriority w:val="99"/>
    <w:unhideWhenUsed/>
    <w:rsid w:val="003F3CD4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0412B3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0412B3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177516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101;&#1090;&#1086;-&#1084;&#1086;&#1103;-&#1078;&#1080;&#1079;&#1085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88418B-77F3-4A02-AEEB-1F1235BAC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ur29</cp:lastModifiedBy>
  <cp:revision>15</cp:revision>
  <dcterms:created xsi:type="dcterms:W3CDTF">2013-12-23T23:15:00Z</dcterms:created>
  <dcterms:modified xsi:type="dcterms:W3CDTF">2026-07-30T08:54:00Z</dcterms:modified>
  <cp:category/>
</cp:coreProperties>
</file>