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B2613F" w14:textId="77777777" w:rsidR="006E16AC" w:rsidRPr="00A938B7" w:rsidRDefault="008072BD" w:rsidP="00A938B7">
      <w:pPr>
        <w:pStyle w:val="aa"/>
        <w:spacing w:after="0" w:line="300" w:lineRule="exact"/>
        <w:jc w:val="center"/>
        <w:rPr>
          <w:rFonts w:ascii="Times New Roman" w:hAnsi="Times New Roman" w:cs="Times New Roman"/>
          <w:sz w:val="28"/>
          <w:szCs w:val="28"/>
          <w:lang w:val="ru-RU"/>
        </w:rPr>
      </w:pPr>
      <w:r w:rsidRPr="00A938B7">
        <w:rPr>
          <w:rFonts w:ascii="Times New Roman" w:eastAsia="Times New Roman" w:hAnsi="Times New Roman" w:cs="Times New Roman"/>
          <w:sz w:val="28"/>
          <w:szCs w:val="28"/>
          <w:lang w:val="ru-RU"/>
        </w:rPr>
        <w:t>ПОЛЬЗОВАТЕЛЬСКОЕ СОГЛАШЕНИЕ</w:t>
      </w:r>
    </w:p>
    <w:p w14:paraId="173AD6A6" w14:textId="77777777" w:rsidR="00A938B7" w:rsidRDefault="00A938B7" w:rsidP="00A938B7">
      <w:pPr>
        <w:pStyle w:val="1"/>
        <w:spacing w:before="0" w:after="0" w:line="300" w:lineRule="exact"/>
        <w:ind w:firstLine="567"/>
        <w:jc w:val="both"/>
        <w:rPr>
          <w:rFonts w:ascii="Times New Roman" w:hAnsi="Times New Roman" w:cs="Times New Roman"/>
          <w:sz w:val="24"/>
          <w:szCs w:val="24"/>
          <w:lang w:val="ru-RU"/>
        </w:rPr>
      </w:pPr>
    </w:p>
    <w:p w14:paraId="3FEB4518" w14:textId="30285B14" w:rsidR="006E16AC" w:rsidRPr="00A938B7" w:rsidRDefault="008072BD" w:rsidP="00A938B7">
      <w:pPr>
        <w:pStyle w:val="1"/>
        <w:spacing w:before="0" w:after="0" w:line="300" w:lineRule="exact"/>
        <w:jc w:val="center"/>
        <w:rPr>
          <w:rFonts w:ascii="Times New Roman" w:hAnsi="Times New Roman" w:cs="Times New Roman"/>
          <w:sz w:val="24"/>
          <w:szCs w:val="24"/>
          <w:lang w:val="ru-RU"/>
        </w:rPr>
      </w:pPr>
      <w:r w:rsidRPr="00A938B7">
        <w:rPr>
          <w:rFonts w:ascii="Times New Roman" w:hAnsi="Times New Roman" w:cs="Times New Roman"/>
          <w:sz w:val="24"/>
          <w:szCs w:val="24"/>
          <w:lang w:val="ru-RU"/>
        </w:rPr>
        <w:t>1. ОБЩИЕ ПОЛОЖЕНИЯ</w:t>
      </w:r>
    </w:p>
    <w:p w14:paraId="4F285FD3" w14:textId="636CE1B9" w:rsidR="00A938B7" w:rsidRPr="000E2E74" w:rsidRDefault="00A938B7" w:rsidP="00B576A9">
      <w:pPr>
        <w:spacing w:after="0" w:line="300" w:lineRule="exact"/>
        <w:ind w:firstLine="567"/>
        <w:jc w:val="both"/>
        <w:rPr>
          <w:rFonts w:cs="Times New Roman"/>
          <w:szCs w:val="24"/>
          <w:lang w:val="ru-RU"/>
        </w:rPr>
      </w:pPr>
      <w:r w:rsidRPr="00D730A6">
        <w:rPr>
          <w:rFonts w:cs="Times New Roman"/>
          <w:szCs w:val="24"/>
          <w:lang w:val="ru-RU"/>
        </w:rPr>
        <w:t>1.1.</w:t>
      </w:r>
      <w:r>
        <w:rPr>
          <w:rFonts w:cs="Times New Roman"/>
          <w:szCs w:val="24"/>
          <w:lang w:val="ru-RU"/>
        </w:rPr>
        <w:t> </w:t>
      </w:r>
      <w:r w:rsidRPr="00D730A6">
        <w:rPr>
          <w:rFonts w:cs="Times New Roman"/>
          <w:szCs w:val="24"/>
          <w:lang w:val="ru-RU"/>
        </w:rPr>
        <w:t xml:space="preserve">Настоящее Пользовательское соглашение определяет условия использования сайта </w:t>
      </w:r>
      <w:r w:rsidRPr="00D730A6">
        <w:rPr>
          <w:rFonts w:cs="Times New Roman"/>
          <w:szCs w:val="24"/>
        </w:rPr>
        <w:t>https</w:t>
      </w:r>
      <w:r w:rsidRPr="00D730A6">
        <w:rPr>
          <w:rFonts w:cs="Times New Roman"/>
          <w:szCs w:val="24"/>
          <w:lang w:val="ru-RU"/>
        </w:rPr>
        <w:t>://это-моя-</w:t>
      </w:r>
      <w:proofErr w:type="spellStart"/>
      <w:r w:rsidRPr="000E2E74">
        <w:rPr>
          <w:rFonts w:cs="Times New Roman"/>
          <w:szCs w:val="24"/>
          <w:lang w:val="ru-RU"/>
        </w:rPr>
        <w:t>жизнь.рф</w:t>
      </w:r>
      <w:proofErr w:type="spellEnd"/>
      <w:r w:rsidRPr="000E2E74">
        <w:rPr>
          <w:rFonts w:cs="Times New Roman"/>
          <w:szCs w:val="24"/>
          <w:lang w:val="ru-RU"/>
        </w:rPr>
        <w:t xml:space="preserve"> (далее — «Сайт»), принадлежащего Индивидуальн</w:t>
      </w:r>
      <w:r w:rsidR="00B576A9" w:rsidRPr="000E2E74">
        <w:rPr>
          <w:rFonts w:cs="Times New Roman"/>
          <w:szCs w:val="24"/>
          <w:lang w:val="ru-RU"/>
        </w:rPr>
        <w:t>ому</w:t>
      </w:r>
      <w:r w:rsidRPr="000E2E74">
        <w:rPr>
          <w:rFonts w:cs="Times New Roman"/>
          <w:szCs w:val="24"/>
          <w:lang w:val="ru-RU"/>
        </w:rPr>
        <w:t xml:space="preserve"> предпринимате</w:t>
      </w:r>
      <w:r w:rsidR="00B576A9" w:rsidRPr="000E2E74">
        <w:rPr>
          <w:rFonts w:cs="Times New Roman"/>
          <w:szCs w:val="24"/>
          <w:lang w:val="ru-RU"/>
        </w:rPr>
        <w:t>лю</w:t>
      </w:r>
      <w:r w:rsidRPr="000E2E74">
        <w:rPr>
          <w:rFonts w:cs="Times New Roman"/>
          <w:szCs w:val="24"/>
          <w:lang w:val="ru-RU"/>
        </w:rPr>
        <w:t xml:space="preserve"> </w:t>
      </w:r>
      <w:proofErr w:type="spellStart"/>
      <w:r w:rsidRPr="000E2E74">
        <w:rPr>
          <w:rFonts w:cs="Times New Roman"/>
          <w:szCs w:val="24"/>
          <w:lang w:val="ru-RU"/>
        </w:rPr>
        <w:t>Елин</w:t>
      </w:r>
      <w:r w:rsidR="00B576A9" w:rsidRPr="000E2E74">
        <w:rPr>
          <w:rFonts w:cs="Times New Roman"/>
          <w:szCs w:val="24"/>
          <w:lang w:val="ru-RU"/>
        </w:rPr>
        <w:t>у</w:t>
      </w:r>
      <w:proofErr w:type="spellEnd"/>
      <w:r w:rsidRPr="000E2E74">
        <w:rPr>
          <w:rFonts w:cs="Times New Roman"/>
          <w:szCs w:val="24"/>
          <w:lang w:val="ru-RU"/>
        </w:rPr>
        <w:t xml:space="preserve"> Серге</w:t>
      </w:r>
      <w:r w:rsidR="00B576A9" w:rsidRPr="000E2E74">
        <w:rPr>
          <w:rFonts w:cs="Times New Roman"/>
          <w:szCs w:val="24"/>
          <w:lang w:val="ru-RU"/>
        </w:rPr>
        <w:t>ю</w:t>
      </w:r>
      <w:r w:rsidRPr="000E2E74">
        <w:rPr>
          <w:rFonts w:cs="Times New Roman"/>
          <w:szCs w:val="24"/>
          <w:lang w:val="ru-RU"/>
        </w:rPr>
        <w:t xml:space="preserve"> Викторович</w:t>
      </w:r>
      <w:r w:rsidR="00B576A9" w:rsidRPr="000E2E74">
        <w:rPr>
          <w:rFonts w:cs="Times New Roman"/>
          <w:szCs w:val="24"/>
          <w:lang w:val="ru-RU"/>
        </w:rPr>
        <w:t>у</w:t>
      </w:r>
      <w:r w:rsidRPr="000E2E74">
        <w:rPr>
          <w:rFonts w:cs="Times New Roman"/>
          <w:szCs w:val="24"/>
          <w:lang w:val="ru-RU"/>
        </w:rPr>
        <w:t>, ИНН 772641471093, ОГРНИП 317774600428123 (далее — «Администрация»).</w:t>
      </w:r>
    </w:p>
    <w:p w14:paraId="673F3813" w14:textId="10CDF5D5" w:rsidR="00A938B7" w:rsidRPr="000E2E74" w:rsidRDefault="00A938B7" w:rsidP="00B576A9">
      <w:pPr>
        <w:spacing w:after="0" w:line="300" w:lineRule="exact"/>
        <w:ind w:firstLine="567"/>
        <w:jc w:val="both"/>
        <w:rPr>
          <w:rFonts w:cs="Times New Roman"/>
          <w:szCs w:val="24"/>
          <w:lang w:val="ru-RU"/>
        </w:rPr>
      </w:pPr>
      <w:r w:rsidRPr="000E2E74">
        <w:rPr>
          <w:rFonts w:cs="Times New Roman"/>
          <w:szCs w:val="24"/>
          <w:lang w:val="ru-RU"/>
        </w:rPr>
        <w:t xml:space="preserve">1.2. Пользователем является любое физическое лицо, индивидуальный предприниматель или юридическое лицо, осуществляющее </w:t>
      </w:r>
      <w:r w:rsidR="00B576A9" w:rsidRPr="000E2E74">
        <w:rPr>
          <w:rFonts w:cs="Times New Roman"/>
          <w:szCs w:val="24"/>
          <w:lang w:val="ru-RU"/>
        </w:rPr>
        <w:t>использование</w:t>
      </w:r>
      <w:r w:rsidRPr="000E2E74">
        <w:rPr>
          <w:rFonts w:cs="Times New Roman"/>
          <w:szCs w:val="24"/>
          <w:lang w:val="ru-RU"/>
        </w:rPr>
        <w:t xml:space="preserve"> Сайт</w:t>
      </w:r>
      <w:r w:rsidR="00B576A9" w:rsidRPr="000E2E74">
        <w:rPr>
          <w:rFonts w:cs="Times New Roman"/>
          <w:szCs w:val="24"/>
          <w:lang w:val="ru-RU"/>
        </w:rPr>
        <w:t>а</w:t>
      </w:r>
      <w:r w:rsidRPr="000E2E74">
        <w:rPr>
          <w:rFonts w:cs="Times New Roman"/>
          <w:szCs w:val="24"/>
          <w:lang w:val="ru-RU"/>
        </w:rPr>
        <w:t xml:space="preserve"> и его функциональные возможности.</w:t>
      </w:r>
    </w:p>
    <w:p w14:paraId="7C1F7777" w14:textId="62847E42" w:rsidR="00A938B7" w:rsidRPr="000E2E74" w:rsidRDefault="00A938B7" w:rsidP="00B576A9">
      <w:pPr>
        <w:spacing w:after="0" w:line="300" w:lineRule="exact"/>
        <w:ind w:firstLine="567"/>
        <w:jc w:val="both"/>
        <w:rPr>
          <w:rFonts w:cs="Times New Roman"/>
          <w:szCs w:val="24"/>
          <w:lang w:val="ru-RU"/>
        </w:rPr>
      </w:pPr>
      <w:r w:rsidRPr="000E2E74">
        <w:rPr>
          <w:rFonts w:cs="Times New Roman"/>
          <w:szCs w:val="24"/>
          <w:lang w:val="ru-RU"/>
        </w:rPr>
        <w:t>1.3. Использование Сайта означает согласие Пользователя с настоящим Соглашением в части, относящейся к порядку доступа к Сайту.</w:t>
      </w:r>
    </w:p>
    <w:p w14:paraId="3907FC74" w14:textId="03526F05" w:rsidR="006E16AC" w:rsidRPr="000E2E74" w:rsidRDefault="008072BD" w:rsidP="00B576A9">
      <w:pPr>
        <w:spacing w:after="0" w:line="300" w:lineRule="exact"/>
        <w:ind w:firstLine="567"/>
        <w:jc w:val="both"/>
        <w:rPr>
          <w:rFonts w:cs="Times New Roman"/>
          <w:color w:val="auto"/>
          <w:szCs w:val="24"/>
          <w:lang w:val="ru-RU"/>
        </w:rPr>
      </w:pPr>
      <w:r w:rsidRPr="000E2E74">
        <w:rPr>
          <w:rFonts w:cs="Times New Roman"/>
          <w:color w:val="auto"/>
          <w:szCs w:val="24"/>
          <w:lang w:val="ru-RU"/>
        </w:rPr>
        <w:t>1.4.</w:t>
      </w:r>
      <w:r w:rsidR="00A938B7" w:rsidRPr="000E2E74">
        <w:rPr>
          <w:rFonts w:cs="Times New Roman"/>
          <w:color w:val="auto"/>
          <w:szCs w:val="24"/>
          <w:lang w:val="ru-RU"/>
        </w:rPr>
        <w:t> </w:t>
      </w:r>
      <w:r w:rsidRPr="000E2E74">
        <w:rPr>
          <w:rFonts w:cs="Times New Roman"/>
          <w:color w:val="auto"/>
          <w:szCs w:val="24"/>
          <w:lang w:val="ru-RU"/>
        </w:rPr>
        <w:t xml:space="preserve">Заказы регулируются Условиями заключения и исполнения договора; обработка персональных данных — Политикой и соответствующим отдельным согласием; </w:t>
      </w:r>
      <w:r w:rsidRPr="000E2E74">
        <w:rPr>
          <w:rFonts w:cs="Times New Roman"/>
          <w:color w:val="auto"/>
          <w:szCs w:val="24"/>
        </w:rPr>
        <w:t>cookie</w:t>
      </w:r>
      <w:r w:rsidRPr="000E2E74">
        <w:rPr>
          <w:rFonts w:cs="Times New Roman"/>
          <w:color w:val="auto"/>
          <w:szCs w:val="24"/>
          <w:lang w:val="ru-RU"/>
        </w:rPr>
        <w:t xml:space="preserve"> — </w:t>
      </w:r>
      <w:r w:rsidRPr="000E2E74">
        <w:rPr>
          <w:rFonts w:cs="Times New Roman"/>
          <w:color w:val="auto"/>
          <w:szCs w:val="24"/>
        </w:rPr>
        <w:t>Cookie</w:t>
      </w:r>
      <w:r w:rsidRPr="000E2E74">
        <w:rPr>
          <w:rFonts w:cs="Times New Roman"/>
          <w:color w:val="auto"/>
          <w:szCs w:val="24"/>
          <w:lang w:val="ru-RU"/>
        </w:rPr>
        <w:t>-политикой.</w:t>
      </w:r>
    </w:p>
    <w:p w14:paraId="473DA940" w14:textId="77777777" w:rsidR="00A938B7" w:rsidRPr="000E2E74" w:rsidRDefault="00A938B7" w:rsidP="00A938B7">
      <w:pPr>
        <w:pStyle w:val="1"/>
        <w:spacing w:before="0" w:after="0" w:line="300" w:lineRule="exact"/>
        <w:jc w:val="both"/>
        <w:rPr>
          <w:rFonts w:ascii="Times New Roman" w:hAnsi="Times New Roman" w:cs="Times New Roman"/>
          <w:color w:val="FF0000"/>
          <w:sz w:val="24"/>
          <w:szCs w:val="24"/>
          <w:lang w:val="ru-RU"/>
        </w:rPr>
      </w:pPr>
    </w:p>
    <w:p w14:paraId="026CC523" w14:textId="14CDB42A" w:rsidR="006E16AC" w:rsidRPr="000E2E74" w:rsidRDefault="008072BD" w:rsidP="00A938B7">
      <w:pPr>
        <w:pStyle w:val="1"/>
        <w:spacing w:before="0" w:after="0" w:line="300" w:lineRule="exact"/>
        <w:jc w:val="center"/>
        <w:rPr>
          <w:rFonts w:ascii="Times New Roman" w:hAnsi="Times New Roman" w:cs="Times New Roman"/>
          <w:color w:val="auto"/>
          <w:sz w:val="24"/>
          <w:szCs w:val="24"/>
          <w:lang w:val="ru-RU"/>
        </w:rPr>
      </w:pPr>
      <w:r w:rsidRPr="000E2E74">
        <w:rPr>
          <w:rFonts w:ascii="Times New Roman" w:hAnsi="Times New Roman" w:cs="Times New Roman"/>
          <w:color w:val="auto"/>
          <w:sz w:val="24"/>
          <w:szCs w:val="24"/>
          <w:lang w:val="ru-RU"/>
        </w:rPr>
        <w:t xml:space="preserve">2. </w:t>
      </w:r>
      <w:r w:rsidR="00A938B7" w:rsidRPr="000E2E74">
        <w:rPr>
          <w:rFonts w:ascii="Times New Roman" w:hAnsi="Times New Roman" w:cs="Times New Roman"/>
          <w:sz w:val="24"/>
          <w:szCs w:val="24"/>
          <w:lang w:val="ru-RU"/>
        </w:rPr>
        <w:t>НАЗНАЧЕНИЕ И ФУНКЦИОНАЛЬНЫЕ ВОЗМОЖНОСТИ САЙТА</w:t>
      </w:r>
    </w:p>
    <w:p w14:paraId="21D37EC6" w14:textId="5BBB5997" w:rsidR="006E16AC" w:rsidRPr="000E2E74" w:rsidRDefault="008072BD" w:rsidP="00A938B7">
      <w:pPr>
        <w:spacing w:after="0" w:line="300" w:lineRule="exact"/>
        <w:ind w:firstLine="567"/>
        <w:jc w:val="both"/>
        <w:rPr>
          <w:rFonts w:cs="Times New Roman"/>
          <w:color w:val="auto"/>
          <w:szCs w:val="24"/>
          <w:lang w:val="ru-RU"/>
        </w:rPr>
      </w:pPr>
      <w:r w:rsidRPr="000E2E74">
        <w:rPr>
          <w:rFonts w:cs="Times New Roman"/>
          <w:color w:val="auto"/>
          <w:szCs w:val="24"/>
          <w:lang w:val="ru-RU"/>
        </w:rPr>
        <w:t>2.1.</w:t>
      </w:r>
      <w:r w:rsidR="00A938B7" w:rsidRPr="000E2E74">
        <w:rPr>
          <w:rFonts w:cs="Times New Roman"/>
          <w:color w:val="auto"/>
          <w:szCs w:val="24"/>
          <w:lang w:val="ru-RU"/>
        </w:rPr>
        <w:t xml:space="preserve"> Сайт предназначен для предоставления информации о проекте «Это моя жизнь», </w:t>
      </w:r>
      <w:r w:rsidRPr="000E2E74">
        <w:rPr>
          <w:rFonts w:cs="Times New Roman"/>
          <w:color w:val="auto"/>
          <w:szCs w:val="24"/>
          <w:lang w:val="ru-RU"/>
        </w:rPr>
        <w:t>услугах, работах, товарах, цифровых материалах, сертификатах и способах связи.</w:t>
      </w:r>
    </w:p>
    <w:p w14:paraId="49B3281B" w14:textId="052F3D2F" w:rsidR="006E16AC" w:rsidRPr="000E2E74" w:rsidRDefault="008072BD" w:rsidP="00A938B7">
      <w:pPr>
        <w:spacing w:after="0" w:line="300" w:lineRule="exact"/>
        <w:ind w:firstLine="567"/>
        <w:jc w:val="both"/>
        <w:rPr>
          <w:rFonts w:cs="Times New Roman"/>
          <w:color w:val="auto"/>
          <w:szCs w:val="24"/>
          <w:lang w:val="ru-RU"/>
        </w:rPr>
      </w:pPr>
      <w:r w:rsidRPr="000E2E74">
        <w:rPr>
          <w:rFonts w:cs="Times New Roman"/>
          <w:color w:val="auto"/>
          <w:szCs w:val="24"/>
          <w:lang w:val="ru-RU"/>
        </w:rPr>
        <w:t>2.2.</w:t>
      </w:r>
      <w:r w:rsidR="00A938B7" w:rsidRPr="000E2E74">
        <w:rPr>
          <w:rFonts w:cs="Times New Roman"/>
          <w:color w:val="auto"/>
          <w:szCs w:val="24"/>
          <w:lang w:val="ru-RU"/>
        </w:rPr>
        <w:t> </w:t>
      </w:r>
      <w:r w:rsidRPr="000E2E74">
        <w:rPr>
          <w:rFonts w:cs="Times New Roman"/>
          <w:color w:val="auto"/>
          <w:szCs w:val="24"/>
          <w:lang w:val="ru-RU"/>
        </w:rPr>
        <w:t>Через Сайт могут направляться обращения, предложения заключить договор, сведения для доставки и иные данные в пределах соответствующей формы.</w:t>
      </w:r>
    </w:p>
    <w:p w14:paraId="32064588" w14:textId="0224586F" w:rsidR="00A938B7" w:rsidRPr="000E2E74" w:rsidRDefault="008072BD" w:rsidP="00A938B7">
      <w:pPr>
        <w:spacing w:after="0" w:line="300" w:lineRule="exact"/>
        <w:ind w:firstLine="567"/>
        <w:jc w:val="both"/>
        <w:rPr>
          <w:rFonts w:cs="Times New Roman"/>
          <w:szCs w:val="24"/>
          <w:lang w:val="ru-RU"/>
        </w:rPr>
      </w:pPr>
      <w:r w:rsidRPr="000E2E74">
        <w:rPr>
          <w:rFonts w:cs="Times New Roman"/>
          <w:color w:val="auto"/>
          <w:szCs w:val="24"/>
          <w:lang w:val="ru-RU"/>
        </w:rPr>
        <w:t>2.3.</w:t>
      </w:r>
      <w:r w:rsidR="00A938B7" w:rsidRPr="000E2E74">
        <w:rPr>
          <w:rFonts w:cs="Times New Roman"/>
          <w:color w:val="auto"/>
          <w:szCs w:val="24"/>
          <w:lang w:val="ru-RU"/>
        </w:rPr>
        <w:t xml:space="preserve"> Информация на Сайте, не включенная в Условия заключения и исполнения договора или Индивидуальный </w:t>
      </w:r>
      <w:r w:rsidR="00A938B7" w:rsidRPr="000E2E74">
        <w:rPr>
          <w:rFonts w:cs="Times New Roman"/>
          <w:szCs w:val="24"/>
          <w:lang w:val="ru-RU"/>
        </w:rPr>
        <w:t>заказ, носит справочный характер и не является гарантией конкретного результата, срока или свойства услуги.</w:t>
      </w:r>
    </w:p>
    <w:p w14:paraId="6FB7A4AE" w14:textId="77777777" w:rsidR="00A938B7" w:rsidRPr="000E2E74" w:rsidRDefault="00A938B7" w:rsidP="00A938B7">
      <w:pPr>
        <w:spacing w:after="0" w:line="300" w:lineRule="exact"/>
        <w:jc w:val="both"/>
        <w:rPr>
          <w:rFonts w:cs="Times New Roman"/>
          <w:color w:val="FF0000"/>
          <w:szCs w:val="24"/>
          <w:lang w:val="ru-RU"/>
        </w:rPr>
      </w:pPr>
    </w:p>
    <w:p w14:paraId="6C0C0FE3" w14:textId="1CD6B4FE" w:rsidR="006E16AC" w:rsidRPr="000E2E74" w:rsidRDefault="008072BD" w:rsidP="00A938B7">
      <w:pPr>
        <w:pStyle w:val="1"/>
        <w:spacing w:before="0" w:after="0" w:line="300" w:lineRule="exact"/>
        <w:jc w:val="center"/>
        <w:rPr>
          <w:rFonts w:ascii="Times New Roman" w:hAnsi="Times New Roman" w:cs="Times New Roman"/>
          <w:color w:val="auto"/>
          <w:sz w:val="24"/>
          <w:szCs w:val="24"/>
          <w:lang w:val="ru-RU"/>
        </w:rPr>
      </w:pPr>
      <w:r w:rsidRPr="000E2E74">
        <w:rPr>
          <w:rFonts w:ascii="Times New Roman" w:hAnsi="Times New Roman" w:cs="Times New Roman"/>
          <w:color w:val="auto"/>
          <w:sz w:val="24"/>
          <w:szCs w:val="24"/>
          <w:lang w:val="ru-RU"/>
        </w:rPr>
        <w:t xml:space="preserve">3. ПРАВИЛА </w:t>
      </w:r>
      <w:r w:rsidR="00A938B7" w:rsidRPr="000E2E74">
        <w:rPr>
          <w:rFonts w:ascii="Times New Roman" w:hAnsi="Times New Roman" w:cs="Times New Roman"/>
          <w:color w:val="auto"/>
          <w:sz w:val="24"/>
          <w:szCs w:val="24"/>
          <w:lang w:val="ru-RU"/>
        </w:rPr>
        <w:t>ИСПОЛЬЗОВАНИЯ САЙТА</w:t>
      </w:r>
    </w:p>
    <w:p w14:paraId="3F57205E" w14:textId="77777777" w:rsidR="00A938B7" w:rsidRPr="000E2E74" w:rsidRDefault="00A938B7" w:rsidP="00A938B7">
      <w:pPr>
        <w:spacing w:after="0" w:line="300" w:lineRule="exact"/>
        <w:ind w:firstLine="567"/>
        <w:jc w:val="both"/>
        <w:rPr>
          <w:rFonts w:cs="Times New Roman"/>
          <w:szCs w:val="24"/>
          <w:lang w:val="ru-RU"/>
        </w:rPr>
      </w:pPr>
      <w:r w:rsidRPr="000E2E74">
        <w:rPr>
          <w:rFonts w:cs="Times New Roman"/>
          <w:szCs w:val="24"/>
          <w:lang w:val="ru-RU"/>
        </w:rPr>
        <w:t>3.1. Пользователь обязан использовать Сайт добросовестно, не нарушать законодательство Российской Федерации, права Администрации и третьих лиц.</w:t>
      </w:r>
    </w:p>
    <w:p w14:paraId="0C81892C" w14:textId="77777777" w:rsidR="00A938B7" w:rsidRPr="000E2E74" w:rsidRDefault="00A938B7" w:rsidP="00A938B7">
      <w:pPr>
        <w:spacing w:after="0" w:line="300" w:lineRule="exact"/>
        <w:ind w:firstLine="567"/>
        <w:jc w:val="both"/>
        <w:rPr>
          <w:rFonts w:cs="Times New Roman"/>
          <w:szCs w:val="24"/>
          <w:lang w:val="ru-RU"/>
        </w:rPr>
      </w:pPr>
      <w:r w:rsidRPr="000E2E74">
        <w:rPr>
          <w:rFonts w:cs="Times New Roman"/>
          <w:szCs w:val="24"/>
          <w:lang w:val="ru-RU"/>
        </w:rPr>
        <w:t>3.2. Пользователь обязан предоставлять достоверные сведения в формах Сайта и своевременно сообщать об их изменении, если это необходимо для исполнения заказа или рассмотрения обращения.</w:t>
      </w:r>
    </w:p>
    <w:p w14:paraId="60781A59" w14:textId="77777777" w:rsidR="00A938B7" w:rsidRPr="000E2E74" w:rsidRDefault="00A938B7" w:rsidP="00A938B7">
      <w:pPr>
        <w:spacing w:after="0" w:line="300" w:lineRule="exact"/>
        <w:ind w:firstLine="567"/>
        <w:jc w:val="both"/>
        <w:rPr>
          <w:rFonts w:cs="Times New Roman"/>
          <w:szCs w:val="24"/>
          <w:lang w:val="ru-RU"/>
        </w:rPr>
      </w:pPr>
      <w:r w:rsidRPr="000E2E74">
        <w:rPr>
          <w:rFonts w:cs="Times New Roman"/>
          <w:szCs w:val="24"/>
          <w:lang w:val="ru-RU"/>
        </w:rPr>
        <w:t>3.3. Пользователь самостоятельно обеспечивает безопасность своего устройства, программного обеспечения, электронной почты и учетных данных, используемых для доступа к полученным материалам.</w:t>
      </w:r>
    </w:p>
    <w:p w14:paraId="7A97BF77" w14:textId="77777777" w:rsidR="00A938B7" w:rsidRPr="000E2E74" w:rsidRDefault="00A938B7" w:rsidP="00A938B7">
      <w:pPr>
        <w:spacing w:after="0" w:line="300" w:lineRule="exact"/>
        <w:ind w:firstLine="567"/>
        <w:jc w:val="both"/>
        <w:rPr>
          <w:rFonts w:cs="Times New Roman"/>
          <w:szCs w:val="24"/>
          <w:lang w:val="ru-RU"/>
        </w:rPr>
      </w:pPr>
      <w:r w:rsidRPr="000E2E74">
        <w:rPr>
          <w:rFonts w:cs="Times New Roman"/>
          <w:szCs w:val="24"/>
          <w:lang w:val="ru-RU"/>
        </w:rPr>
        <w:t>3.4. Пользователь не вправе вмешиваться в работу Сайта, обходить технические ограничения, осуществлять автоматизированный сбор информации, распространять вредоносный код, предпринимать попытки несанкционированного доступа или использовать Сайт способом, создающим чрезмерную нагрузку на его инфраструктуру.</w:t>
      </w:r>
    </w:p>
    <w:p w14:paraId="41CEC3CA" w14:textId="77777777" w:rsidR="00A938B7" w:rsidRPr="000E2E74" w:rsidRDefault="00A938B7" w:rsidP="00A938B7">
      <w:pPr>
        <w:pStyle w:val="1"/>
        <w:spacing w:before="0" w:after="0" w:line="300" w:lineRule="exact"/>
        <w:ind w:firstLine="567"/>
        <w:jc w:val="both"/>
        <w:rPr>
          <w:rFonts w:ascii="Times New Roman" w:hAnsi="Times New Roman" w:cs="Times New Roman"/>
          <w:color w:val="FF0000"/>
          <w:sz w:val="24"/>
          <w:szCs w:val="24"/>
          <w:lang w:val="ru-RU"/>
        </w:rPr>
      </w:pPr>
    </w:p>
    <w:p w14:paraId="307C742F" w14:textId="77777777" w:rsidR="00E05F1C" w:rsidRPr="000E2E74" w:rsidRDefault="00E05F1C" w:rsidP="00E05F1C">
      <w:pPr>
        <w:pStyle w:val="1"/>
        <w:spacing w:before="0" w:after="0" w:line="300" w:lineRule="exact"/>
        <w:jc w:val="center"/>
        <w:rPr>
          <w:rFonts w:ascii="Times New Roman" w:hAnsi="Times New Roman" w:cs="Times New Roman"/>
          <w:sz w:val="24"/>
          <w:szCs w:val="24"/>
          <w:lang w:val="ru-RU"/>
        </w:rPr>
      </w:pPr>
      <w:r w:rsidRPr="000E2E74">
        <w:rPr>
          <w:rFonts w:ascii="Times New Roman" w:hAnsi="Times New Roman" w:cs="Times New Roman"/>
          <w:sz w:val="24"/>
          <w:szCs w:val="24"/>
          <w:lang w:val="ru-RU"/>
        </w:rPr>
        <w:t>4. МАТЕРИАЛЫ САЙТА И ИНТЕЛЛЕКТУАЛЬНЫЕ ПРАВА</w:t>
      </w:r>
    </w:p>
    <w:p w14:paraId="3181FD3A" w14:textId="77777777" w:rsidR="00E05F1C" w:rsidRPr="000E2E74" w:rsidRDefault="00E05F1C" w:rsidP="00E05F1C">
      <w:pPr>
        <w:spacing w:after="0" w:line="300" w:lineRule="exact"/>
        <w:ind w:firstLine="567"/>
        <w:jc w:val="both"/>
        <w:rPr>
          <w:rFonts w:cs="Times New Roman"/>
          <w:szCs w:val="24"/>
          <w:lang w:val="ru-RU"/>
        </w:rPr>
      </w:pPr>
      <w:r w:rsidRPr="000E2E74">
        <w:rPr>
          <w:rFonts w:cs="Times New Roman"/>
          <w:szCs w:val="24"/>
          <w:lang w:val="ru-RU"/>
        </w:rPr>
        <w:t>4.1. Тексты, дизайн, графика, фотографии, видео, аудио, программные элементы, товарные обозначения, книги, игры, опросники и иные материалы Сайта являются объектами интеллектуальных прав Администрации или иных правообладателей.</w:t>
      </w:r>
    </w:p>
    <w:p w14:paraId="62DC5EDA" w14:textId="77777777" w:rsidR="00E05F1C" w:rsidRPr="000E2E74" w:rsidRDefault="00E05F1C" w:rsidP="00E05F1C">
      <w:pPr>
        <w:spacing w:after="0" w:line="300" w:lineRule="exact"/>
        <w:ind w:firstLine="567"/>
        <w:jc w:val="both"/>
        <w:rPr>
          <w:rFonts w:cs="Times New Roman"/>
          <w:szCs w:val="24"/>
          <w:lang w:val="ru-RU"/>
        </w:rPr>
      </w:pPr>
      <w:r w:rsidRPr="000E2E74">
        <w:rPr>
          <w:rFonts w:cs="Times New Roman"/>
          <w:szCs w:val="24"/>
          <w:lang w:val="ru-RU"/>
        </w:rPr>
        <w:t>4.2. Пользователь вправе просматривать материалы Сайта и использовать бесплатно предоставленные материалы исключительно для личных некоммерческих целей.</w:t>
      </w:r>
    </w:p>
    <w:p w14:paraId="3B2FC7A8" w14:textId="77777777" w:rsidR="00E05F1C" w:rsidRPr="000E2E74" w:rsidRDefault="00E05F1C" w:rsidP="00E05F1C">
      <w:pPr>
        <w:spacing w:after="0" w:line="300" w:lineRule="exact"/>
        <w:ind w:firstLine="567"/>
        <w:jc w:val="both"/>
        <w:rPr>
          <w:rFonts w:cs="Times New Roman"/>
          <w:szCs w:val="24"/>
          <w:lang w:val="ru-RU"/>
        </w:rPr>
      </w:pPr>
      <w:r w:rsidRPr="000E2E74">
        <w:rPr>
          <w:rFonts w:cs="Times New Roman"/>
          <w:szCs w:val="24"/>
          <w:lang w:val="ru-RU"/>
        </w:rPr>
        <w:lastRenderedPageBreak/>
        <w:t>4.3. Копирование, переработка, публичное размещение, распространение, продажа, включение материалов Сайта в иные продукты либо их использование в коммерческой деятельности допускаются только с предварительного письменного разрешения Администрации.</w:t>
      </w:r>
    </w:p>
    <w:p w14:paraId="330B588A" w14:textId="77777777" w:rsidR="00E05F1C" w:rsidRPr="000E2E74" w:rsidRDefault="00E05F1C" w:rsidP="00E05F1C">
      <w:pPr>
        <w:spacing w:after="0" w:line="300" w:lineRule="exact"/>
        <w:ind w:firstLine="567"/>
        <w:jc w:val="both"/>
        <w:rPr>
          <w:rFonts w:cs="Times New Roman"/>
          <w:szCs w:val="24"/>
          <w:lang w:val="ru-RU"/>
        </w:rPr>
      </w:pPr>
      <w:r w:rsidRPr="000E2E74">
        <w:rPr>
          <w:rFonts w:cs="Times New Roman"/>
          <w:szCs w:val="24"/>
          <w:lang w:val="ru-RU"/>
        </w:rPr>
        <w:t>4.4. Предоставление доступа к Сайту не означает отчуждения исключительных прав и не предоставляет Пользователю лицензию, кроме прямо предусмотренного настоящим Соглашением ограниченного права личного просмотра.</w:t>
      </w:r>
    </w:p>
    <w:p w14:paraId="3BCDBE99" w14:textId="77777777" w:rsidR="00E05F1C" w:rsidRPr="000E2E74" w:rsidRDefault="00E05F1C" w:rsidP="00E05F1C">
      <w:pPr>
        <w:pStyle w:val="1"/>
        <w:spacing w:before="0" w:after="0" w:line="300" w:lineRule="exact"/>
        <w:ind w:firstLine="567"/>
        <w:jc w:val="both"/>
        <w:rPr>
          <w:rFonts w:ascii="Times New Roman" w:hAnsi="Times New Roman" w:cs="Times New Roman"/>
          <w:color w:val="auto"/>
          <w:sz w:val="24"/>
          <w:szCs w:val="24"/>
          <w:lang w:val="ru-RU"/>
        </w:rPr>
      </w:pPr>
    </w:p>
    <w:p w14:paraId="7BA9B3A6" w14:textId="77777777" w:rsidR="00E05F1C" w:rsidRPr="000E2E74" w:rsidRDefault="00E05F1C" w:rsidP="00E05F1C">
      <w:pPr>
        <w:pStyle w:val="21"/>
        <w:spacing w:before="0" w:after="0" w:line="300" w:lineRule="exact"/>
        <w:jc w:val="center"/>
        <w:rPr>
          <w:rFonts w:ascii="Times New Roman" w:hAnsi="Times New Roman" w:cs="Times New Roman"/>
          <w:color w:val="auto"/>
          <w:szCs w:val="24"/>
          <w:lang w:val="ru-RU"/>
        </w:rPr>
      </w:pPr>
      <w:r w:rsidRPr="000E2E74">
        <w:rPr>
          <w:rFonts w:ascii="Times New Roman" w:hAnsi="Times New Roman" w:cs="Times New Roman"/>
          <w:color w:val="auto"/>
          <w:szCs w:val="24"/>
          <w:lang w:val="ru-RU"/>
        </w:rPr>
        <w:t>5. МАТЕРИАЛЫ ПОЛЬЗОВАТЕЛЯ И ПЕРСОНАЛЬНЫЕ ДАННЫЕ ТРЕТЬИХ ЛИЦ</w:t>
      </w:r>
    </w:p>
    <w:p w14:paraId="385DDB98" w14:textId="7A33849B" w:rsidR="00E05F1C" w:rsidRPr="000E2E74" w:rsidRDefault="00E05F1C" w:rsidP="00E05F1C">
      <w:pPr>
        <w:pStyle w:val="aff8"/>
        <w:spacing w:before="0" w:beforeAutospacing="0" w:after="0" w:afterAutospacing="0" w:line="300" w:lineRule="exact"/>
        <w:ind w:firstLine="567"/>
        <w:jc w:val="both"/>
      </w:pPr>
      <w:r w:rsidRPr="000E2E74">
        <w:rPr>
          <w:rStyle w:val="af6"/>
        </w:rPr>
        <w:t>5.1.</w:t>
      </w:r>
      <w:r w:rsidRPr="000E2E74">
        <w:t> Исключительные и иные права на тексты, фотографии, аудио- и видеозаписи, документы, изображения, сообщения и иные материалы, передаваемые Пользователем посредством Сайта или направляемые Администрации иным способом, сохраняются за Пользователем либо соответствующим правообладателем.</w:t>
      </w:r>
    </w:p>
    <w:p w14:paraId="03BE2C77" w14:textId="2346D294" w:rsidR="00E05F1C" w:rsidRPr="000E2E74" w:rsidRDefault="00E05F1C" w:rsidP="00E05F1C">
      <w:pPr>
        <w:pStyle w:val="aff8"/>
        <w:spacing w:before="0" w:beforeAutospacing="0" w:after="0" w:afterAutospacing="0" w:line="300" w:lineRule="exact"/>
        <w:ind w:firstLine="567"/>
        <w:jc w:val="both"/>
      </w:pPr>
      <w:r w:rsidRPr="000E2E74">
        <w:rPr>
          <w:rStyle w:val="af6"/>
        </w:rPr>
        <w:t>5.2.</w:t>
      </w:r>
      <w:r w:rsidR="00242F9B" w:rsidRPr="000E2E74">
        <w:t> </w:t>
      </w:r>
      <w:r w:rsidRPr="000E2E74">
        <w:t>Передавая материалы Администрации, Пользователь предоставляет ей право осуществлять их запись, воспроизведение, хранение, систематизацию, техническое преобразование, редактирование, форматирование, включение в состав результата и передачу привлеченным исполнителям исключительно в объеме, необходимом для рассмотрения обращения, обеспечения работы соответствующей функции Сайта, согласования и исполнения заказа либо выполнения иной цели, для которой материалы были переданы.</w:t>
      </w:r>
    </w:p>
    <w:p w14:paraId="31BC8754" w14:textId="5BFFB507" w:rsidR="00E05F1C" w:rsidRPr="000E2E74" w:rsidRDefault="00E05F1C" w:rsidP="00E05F1C">
      <w:pPr>
        <w:pStyle w:val="aff8"/>
        <w:spacing w:before="0" w:beforeAutospacing="0" w:after="0" w:afterAutospacing="0" w:line="300" w:lineRule="exact"/>
        <w:ind w:firstLine="567"/>
        <w:jc w:val="both"/>
      </w:pPr>
      <w:r w:rsidRPr="000E2E74">
        <w:rPr>
          <w:rStyle w:val="af6"/>
        </w:rPr>
        <w:t>5.3.</w:t>
      </w:r>
      <w:r w:rsidR="00242F9B" w:rsidRPr="000E2E74">
        <w:t> </w:t>
      </w:r>
      <w:r w:rsidRPr="000E2E74">
        <w:t>Пользователь заверяет и гарантирует, что обладает правами и законными основаниями, необходимыми для передачи и использования предоставленных материалов, а их обработка Администрацией в соответствии с настоящим Соглашением не нарушает исключительные права, права на изображение, неприкосновенность частной жизни, личную и семейную тайну, права субъектов персональных данных и иные права третьих лиц.</w:t>
      </w:r>
    </w:p>
    <w:p w14:paraId="28A080E7" w14:textId="0ECEEAFC" w:rsidR="00E05F1C" w:rsidRPr="000E2E74" w:rsidRDefault="00E05F1C" w:rsidP="00E05F1C">
      <w:pPr>
        <w:pStyle w:val="aff8"/>
        <w:spacing w:before="0" w:beforeAutospacing="0" w:after="0" w:afterAutospacing="0" w:line="300" w:lineRule="exact"/>
        <w:ind w:firstLine="567"/>
        <w:jc w:val="both"/>
      </w:pPr>
      <w:r w:rsidRPr="000E2E74">
        <w:rPr>
          <w:rStyle w:val="af6"/>
        </w:rPr>
        <w:t>5.4.</w:t>
      </w:r>
      <w:r w:rsidR="00242F9B" w:rsidRPr="000E2E74">
        <w:t> </w:t>
      </w:r>
      <w:r w:rsidRPr="000E2E74">
        <w:t>Если передаваемые Пользователем материалы содержат персональные данные третьего лица, Пользователь обязан до начала их обработки обеспечить Администрации возможность получить непосредственно от такого лица надлежащее согласие на обработку персональных данных либо документы, подтверждающие наличие иного предусмотренного законом основания для обработки.</w:t>
      </w:r>
    </w:p>
    <w:p w14:paraId="17A52D12" w14:textId="0C8F9FE6" w:rsidR="005E55AA" w:rsidRPr="000E2E74" w:rsidRDefault="00E05F1C" w:rsidP="00E05F1C">
      <w:pPr>
        <w:pStyle w:val="aff8"/>
        <w:spacing w:before="0" w:beforeAutospacing="0" w:after="0" w:afterAutospacing="0" w:line="300" w:lineRule="exact"/>
        <w:ind w:firstLine="567"/>
        <w:jc w:val="both"/>
      </w:pPr>
      <w:r w:rsidRPr="000E2E74">
        <w:t xml:space="preserve">Для исполнения указанной обязанности Пользователь должен организовать взаимодействие Администрации с соответствующим третьим лицом, передать ему предоставленную Администрацией форму согласия, обеспечить ее подписание и </w:t>
      </w:r>
      <w:r w:rsidR="005E55AA" w:rsidRPr="000E2E74">
        <w:t>направлени</w:t>
      </w:r>
      <w:r w:rsidR="005E55AA" w:rsidRPr="000E2E74">
        <w:t>е</w:t>
      </w:r>
      <w:r w:rsidR="005E55AA" w:rsidRPr="000E2E74">
        <w:t xml:space="preserve"> подписанной скан-копии на адрес электронной почты Администрации, указанный на Сайте</w:t>
      </w:r>
      <w:r w:rsidR="005E55AA" w:rsidRPr="000E2E74">
        <w:t xml:space="preserve">. </w:t>
      </w:r>
    </w:p>
    <w:p w14:paraId="307DDA29" w14:textId="0B8C1242" w:rsidR="00E05F1C" w:rsidRPr="000E2E74" w:rsidRDefault="00E05F1C" w:rsidP="00E05F1C">
      <w:pPr>
        <w:pStyle w:val="aff8"/>
        <w:spacing w:before="0" w:beforeAutospacing="0" w:after="0" w:afterAutospacing="0" w:line="300" w:lineRule="exact"/>
        <w:ind w:firstLine="567"/>
        <w:jc w:val="both"/>
      </w:pPr>
      <w:r w:rsidRPr="000E2E74">
        <w:t>передачу Администрации либо предоставить документы, подтверждающие полномочия Пользователя действовать от имени такого лица.</w:t>
      </w:r>
    </w:p>
    <w:p w14:paraId="2D4BAAC2" w14:textId="40A120AF" w:rsidR="002A6B38" w:rsidRPr="000E2E74" w:rsidRDefault="002A6B38" w:rsidP="00E05F1C">
      <w:pPr>
        <w:pStyle w:val="aff8"/>
        <w:spacing w:before="0" w:beforeAutospacing="0" w:after="0" w:afterAutospacing="0" w:line="300" w:lineRule="exact"/>
        <w:ind w:firstLine="567"/>
        <w:jc w:val="both"/>
      </w:pPr>
      <w:r w:rsidRPr="000E2E74">
        <w:rPr>
          <w:b/>
          <w:bCs/>
        </w:rPr>
        <w:t>5.4.1.</w:t>
      </w:r>
      <w:r w:rsidRPr="000E2E74">
        <w:rPr>
          <w:lang w:val="en-US"/>
        </w:rPr>
        <w:t> </w:t>
      </w:r>
      <w:r w:rsidRPr="000E2E74">
        <w:t>В случаях, когда для исполнения Заказа или обеспечения функционирования Сайта требуется обработка персональных данных третьего лица, Администрация вправе организовать получение согласия такого лица в электронной форме посредством специальной веб-формы, размещенной на Сайте (далее – «Форма согласия»).</w:t>
      </w:r>
    </w:p>
    <w:p w14:paraId="322584F4" w14:textId="269C51C2" w:rsidR="002A6B38" w:rsidRPr="000E2E74" w:rsidRDefault="002A6B38" w:rsidP="002A6B38">
      <w:pPr>
        <w:pStyle w:val="aff8"/>
        <w:spacing w:before="0" w:beforeAutospacing="0" w:after="0" w:afterAutospacing="0" w:line="300" w:lineRule="exact"/>
        <w:ind w:firstLine="567"/>
        <w:jc w:val="both"/>
      </w:pPr>
      <w:r w:rsidRPr="000E2E74">
        <w:rPr>
          <w:b/>
          <w:bCs/>
        </w:rPr>
        <w:t>5.4.2.</w:t>
      </w:r>
      <w:r w:rsidRPr="000E2E74">
        <w:t xml:space="preserve"> Заполнение и отправка Формы согласия осуществляется третьим лицом самостоятельно. Факт заполнения Формы и ее отправки подтверждается проставлением отметки (галочки) в соответствующем поле о добровольном согласии после ознакомления с полным текстом Формы и (или) нажатием активной кнопки («Отправить», «Согласен» или аналогичной), подтверждающей волеизъявление субъекта.</w:t>
      </w:r>
    </w:p>
    <w:p w14:paraId="646A4BE5" w14:textId="4C695130" w:rsidR="002A6B38" w:rsidRPr="000E2E74" w:rsidRDefault="002A6B38" w:rsidP="002A6B38">
      <w:pPr>
        <w:pStyle w:val="aff8"/>
        <w:spacing w:before="0" w:beforeAutospacing="0" w:after="0" w:afterAutospacing="0" w:line="300" w:lineRule="exact"/>
        <w:ind w:firstLine="567"/>
        <w:jc w:val="both"/>
      </w:pPr>
      <w:r w:rsidRPr="000E2E74">
        <w:rPr>
          <w:b/>
          <w:bCs/>
        </w:rPr>
        <w:t>5.4.</w:t>
      </w:r>
      <w:r w:rsidR="00574B5B" w:rsidRPr="000E2E74">
        <w:rPr>
          <w:b/>
          <w:bCs/>
        </w:rPr>
        <w:t>3</w:t>
      </w:r>
      <w:r w:rsidRPr="000E2E74">
        <w:rPr>
          <w:b/>
          <w:bCs/>
        </w:rPr>
        <w:t>.</w:t>
      </w:r>
      <w:r w:rsidRPr="000E2E74">
        <w:t> Согласие считается полученным с момента фиксации Администрацией факта отправки Формы, содержащей все обязательные сведения.</w:t>
      </w:r>
    </w:p>
    <w:p w14:paraId="5CEE866D" w14:textId="57575630" w:rsidR="002A6B38" w:rsidRPr="000E2E74" w:rsidRDefault="002A6B38" w:rsidP="00574B5B">
      <w:pPr>
        <w:pStyle w:val="aff8"/>
        <w:spacing w:before="0" w:beforeAutospacing="0" w:after="0" w:afterAutospacing="0" w:line="300" w:lineRule="exact"/>
        <w:ind w:firstLine="567"/>
        <w:jc w:val="both"/>
      </w:pPr>
      <w:r w:rsidRPr="000E2E74">
        <w:rPr>
          <w:b/>
          <w:bCs/>
        </w:rPr>
        <w:t>5.4.</w:t>
      </w:r>
      <w:r w:rsidR="00574B5B" w:rsidRPr="000E2E74">
        <w:rPr>
          <w:b/>
          <w:bCs/>
        </w:rPr>
        <w:t>4</w:t>
      </w:r>
      <w:r w:rsidRPr="000E2E74">
        <w:rPr>
          <w:b/>
          <w:bCs/>
        </w:rPr>
        <w:t>.</w:t>
      </w:r>
      <w:r w:rsidRPr="000E2E74">
        <w:t> Заказчик обязан:</w:t>
      </w:r>
    </w:p>
    <w:p w14:paraId="45A7F590" w14:textId="6CBE7D89" w:rsidR="002A6B38" w:rsidRPr="000E2E74" w:rsidRDefault="002A6B38" w:rsidP="00B156AF">
      <w:pPr>
        <w:pStyle w:val="aff8"/>
        <w:numPr>
          <w:ilvl w:val="0"/>
          <w:numId w:val="13"/>
        </w:numPr>
        <w:spacing w:before="0" w:beforeAutospacing="0" w:after="0" w:afterAutospacing="0" w:line="300" w:lineRule="exact"/>
        <w:ind w:left="0" w:firstLine="567"/>
        <w:jc w:val="both"/>
      </w:pPr>
      <w:r w:rsidRPr="000E2E74">
        <w:t>предоставить третьему лицу информацию о возможности дать согласие через Форму согласия на Сайте</w:t>
      </w:r>
      <w:r w:rsidR="00B156AF" w:rsidRPr="000E2E74">
        <w:t xml:space="preserve"> или </w:t>
      </w:r>
      <w:r w:rsidR="00B156AF" w:rsidRPr="00AF7FAF">
        <w:t xml:space="preserve">передать </w:t>
      </w:r>
      <w:r w:rsidR="00B156AF" w:rsidRPr="000E2E74">
        <w:t>третьему лицу</w:t>
      </w:r>
      <w:r w:rsidR="00B156AF" w:rsidRPr="00AF7FAF">
        <w:t xml:space="preserve"> предоставленную </w:t>
      </w:r>
      <w:r w:rsidR="00B156AF" w:rsidRPr="000E2E74">
        <w:t>Администрацией</w:t>
      </w:r>
      <w:r w:rsidR="00B156AF" w:rsidRPr="00AF7FAF">
        <w:t xml:space="preserve"> форму согласия на обработку персональных данных;</w:t>
      </w:r>
    </w:p>
    <w:p w14:paraId="578479B7" w14:textId="77777777" w:rsidR="002A6B38" w:rsidRPr="000E2E74" w:rsidRDefault="002A6B38" w:rsidP="00574B5B">
      <w:pPr>
        <w:pStyle w:val="aff8"/>
        <w:numPr>
          <w:ilvl w:val="0"/>
          <w:numId w:val="12"/>
        </w:numPr>
        <w:tabs>
          <w:tab w:val="clear" w:pos="720"/>
          <w:tab w:val="num" w:pos="426"/>
          <w:tab w:val="left" w:pos="567"/>
        </w:tabs>
        <w:spacing w:before="0" w:beforeAutospacing="0" w:after="0" w:afterAutospacing="0" w:line="300" w:lineRule="exact"/>
        <w:ind w:left="0" w:firstLine="567"/>
        <w:jc w:val="both"/>
      </w:pPr>
      <w:r w:rsidRPr="000E2E74">
        <w:t>обеспечить третьему лицу доступ к Сайту и Форме согласия;</w:t>
      </w:r>
    </w:p>
    <w:p w14:paraId="103E4A9C" w14:textId="60B65E3C" w:rsidR="002A6B38" w:rsidRPr="000E2E74" w:rsidRDefault="002A6B38" w:rsidP="00574B5B">
      <w:pPr>
        <w:pStyle w:val="aff8"/>
        <w:numPr>
          <w:ilvl w:val="0"/>
          <w:numId w:val="12"/>
        </w:numPr>
        <w:tabs>
          <w:tab w:val="clear" w:pos="720"/>
          <w:tab w:val="num" w:pos="426"/>
          <w:tab w:val="left" w:pos="567"/>
        </w:tabs>
        <w:spacing w:before="0" w:beforeAutospacing="0" w:after="0" w:afterAutospacing="0" w:line="300" w:lineRule="exact"/>
        <w:ind w:left="0" w:firstLine="567"/>
        <w:jc w:val="both"/>
      </w:pPr>
      <w:r w:rsidRPr="000E2E74">
        <w:t>не препятствовать свободному волеизъявлению третьего лица при даче согласия.</w:t>
      </w:r>
    </w:p>
    <w:p w14:paraId="19CBFEC0" w14:textId="45696C94" w:rsidR="00B156AF" w:rsidRPr="00AF7FAF" w:rsidRDefault="00B156AF" w:rsidP="00B156AF">
      <w:pPr>
        <w:pStyle w:val="aff8"/>
        <w:numPr>
          <w:ilvl w:val="0"/>
          <w:numId w:val="13"/>
        </w:numPr>
        <w:spacing w:before="0" w:beforeAutospacing="0" w:line="300" w:lineRule="exact"/>
        <w:ind w:left="0" w:firstLine="567"/>
        <w:jc w:val="both"/>
      </w:pPr>
      <w:r w:rsidRPr="00AF7FAF">
        <w:t xml:space="preserve">обеспечить подписание </w:t>
      </w:r>
      <w:r w:rsidRPr="000E2E74">
        <w:t>третьим лицом</w:t>
      </w:r>
      <w:r w:rsidRPr="00AF7FAF">
        <w:t xml:space="preserve"> указанной формы согласия (собственноручно на бумажном носителе</w:t>
      </w:r>
      <w:r w:rsidR="000E2E74">
        <w:t>,</w:t>
      </w:r>
      <w:r w:rsidRPr="00AF7FAF">
        <w:t xml:space="preserve"> либо с использованием </w:t>
      </w:r>
      <w:r w:rsidRPr="000E2E74">
        <w:t xml:space="preserve">усиленной </w:t>
      </w:r>
      <w:r w:rsidRPr="00AF7FAF">
        <w:t>электронной подписи);</w:t>
      </w:r>
    </w:p>
    <w:p w14:paraId="24B7FC81" w14:textId="74E00703" w:rsidR="00B156AF" w:rsidRPr="000E2E74" w:rsidRDefault="00B156AF" w:rsidP="00B156AF">
      <w:pPr>
        <w:pStyle w:val="aff8"/>
        <w:numPr>
          <w:ilvl w:val="0"/>
          <w:numId w:val="13"/>
        </w:numPr>
        <w:spacing w:before="0" w:beforeAutospacing="0" w:after="0" w:afterAutospacing="0" w:line="300" w:lineRule="exact"/>
        <w:ind w:left="0" w:firstLine="567"/>
        <w:jc w:val="both"/>
      </w:pPr>
      <w:r w:rsidRPr="00AF7FAF">
        <w:t xml:space="preserve">направить </w:t>
      </w:r>
      <w:r w:rsidR="00D37B12" w:rsidRPr="000E2E74">
        <w:t>Администраци</w:t>
      </w:r>
      <w:r w:rsidR="00D37B12" w:rsidRPr="000E2E74">
        <w:t xml:space="preserve">и </w:t>
      </w:r>
      <w:r w:rsidRPr="00AF7FAF">
        <w:t xml:space="preserve">подписанную скан-копию согласия </w:t>
      </w:r>
      <w:r w:rsidRPr="000E2E74">
        <w:t xml:space="preserve">либо </w:t>
      </w:r>
      <w:r w:rsidRPr="00AF7FAF">
        <w:t xml:space="preserve">с использованием </w:t>
      </w:r>
      <w:r w:rsidRPr="000E2E74">
        <w:t xml:space="preserve">усиленной </w:t>
      </w:r>
      <w:r w:rsidRPr="00AF7FAF">
        <w:t>электронной подписи</w:t>
      </w:r>
      <w:r w:rsidRPr="000E2E74">
        <w:t xml:space="preserve"> </w:t>
      </w:r>
      <w:r w:rsidRPr="00AF7FAF">
        <w:t>на адрес электронной почты, указанный на Сайте</w:t>
      </w:r>
      <w:r w:rsidR="000E2E74">
        <w:t xml:space="preserve">, </w:t>
      </w:r>
      <w:r w:rsidR="000E2E74" w:rsidRPr="00D65386">
        <w:t>с последующей отправкой почтой России оригинала документа в адрес Оператора</w:t>
      </w:r>
      <w:bookmarkStart w:id="0" w:name="_GoBack"/>
      <w:bookmarkEnd w:id="0"/>
      <w:r w:rsidRPr="00AF7FAF">
        <w:t>;</w:t>
      </w:r>
      <w:r w:rsidRPr="000E2E74">
        <w:t xml:space="preserve"> </w:t>
      </w:r>
      <w:r w:rsidRPr="00AF7FAF">
        <w:t xml:space="preserve">либо предоставить документы, подтверждающие наличие иного законного основания для обработки персональных данных, предусмотренного Федеральным законом </w:t>
      </w:r>
      <w:r w:rsidRPr="000E2E74">
        <w:t>«О персональных данных» от 27.07.2006 № 152-ФЗ</w:t>
      </w:r>
      <w:r w:rsidRPr="00AF7FAF">
        <w:t>.</w:t>
      </w:r>
    </w:p>
    <w:p w14:paraId="4F4A1384" w14:textId="120A003E" w:rsidR="00574B5B" w:rsidRPr="000E2E74" w:rsidRDefault="00574B5B" w:rsidP="00574B5B">
      <w:pPr>
        <w:pStyle w:val="ae"/>
        <w:numPr>
          <w:ilvl w:val="0"/>
          <w:numId w:val="12"/>
        </w:numPr>
        <w:tabs>
          <w:tab w:val="clear" w:pos="720"/>
          <w:tab w:val="num" w:pos="426"/>
          <w:tab w:val="left" w:pos="567"/>
        </w:tabs>
        <w:spacing w:after="0"/>
        <w:ind w:left="0" w:firstLine="567"/>
        <w:jc w:val="both"/>
        <w:rPr>
          <w:rFonts w:cs="Times New Roman"/>
          <w:color w:val="auto"/>
          <w:szCs w:val="24"/>
          <w:lang w:val="ru-RU" w:eastAsia="ru-RU"/>
        </w:rPr>
      </w:pPr>
      <w:r w:rsidRPr="000E2E74">
        <w:rPr>
          <w:rFonts w:cs="Times New Roman"/>
          <w:color w:val="auto"/>
          <w:szCs w:val="24"/>
          <w:lang w:val="ru-RU" w:eastAsia="ru-RU"/>
        </w:rPr>
        <w:t>в случаях, когда требуется письменное согласие в соответствии с пунктом 5.4.5, обеспечить направление третьим лицом такого согласия в письменной форме на бумажном носителе по почтовому адресу Администрации, указанному на Сайте, с одновременным дублированием информации об отправке (скан-копия отправленного документа или уведомление об отправке) на адрес электронной почты Администрации, либо обеспечить предоставление согласия в форме электронного документа, подписанного собственноручной электронной подписью в соответствии с Федеральным законом № 63-ФЗ, и направление его на адрес электронной почты Администрации. Обязанность Заказчика по обеспечению получения согласия считается исполненной с момента получения Администрацией бумажного документа или электронного документа с электронной подписью, содержащего все необходимые сведения</w:t>
      </w:r>
      <w:r w:rsidR="004C6310" w:rsidRPr="000E2E74">
        <w:rPr>
          <w:rFonts w:cs="Times New Roman"/>
          <w:color w:val="auto"/>
          <w:szCs w:val="24"/>
          <w:lang w:val="ru-RU" w:eastAsia="ru-RU"/>
        </w:rPr>
        <w:t xml:space="preserve"> для исполнения обязательств Исполнителем.</w:t>
      </w:r>
    </w:p>
    <w:p w14:paraId="06B15610" w14:textId="40C44A76" w:rsidR="004C6310" w:rsidRPr="000E2E74" w:rsidRDefault="002A6B38" w:rsidP="004C6310">
      <w:pPr>
        <w:pStyle w:val="aff8"/>
        <w:spacing w:before="0" w:beforeAutospacing="0" w:after="0" w:afterAutospacing="0" w:line="300" w:lineRule="exact"/>
        <w:ind w:firstLine="567"/>
        <w:jc w:val="both"/>
      </w:pPr>
      <w:r w:rsidRPr="000E2E74">
        <w:rPr>
          <w:b/>
          <w:bCs/>
        </w:rPr>
        <w:t>5.4.</w:t>
      </w:r>
      <w:r w:rsidR="00574B5B" w:rsidRPr="000E2E74">
        <w:rPr>
          <w:b/>
          <w:bCs/>
        </w:rPr>
        <w:t>5</w:t>
      </w:r>
      <w:r w:rsidRPr="000E2E74">
        <w:rPr>
          <w:b/>
          <w:bCs/>
        </w:rPr>
        <w:t>.</w:t>
      </w:r>
      <w:r w:rsidRPr="000E2E74">
        <w:t xml:space="preserve"> В случаях, когда обработка персональных данных третьего лица относится к специальным категориям </w:t>
      </w:r>
      <w:r w:rsidR="000E2E74" w:rsidRPr="00D65386">
        <w:t xml:space="preserve">касающихся расовой, национальной принадлежности, политических взглядов, религиозных или философских убеждений, состояния здоровья, интимной жизни </w:t>
      </w:r>
      <w:r w:rsidRPr="000E2E74">
        <w:t>(статья 10 Закона № 152-ФЗ)</w:t>
      </w:r>
      <w:r w:rsidR="000E2E74">
        <w:t>,</w:t>
      </w:r>
      <w:r w:rsidRPr="000E2E74">
        <w:t xml:space="preserve"> либо предполагает распространение персональных данных (статья 10.1 Закона № 152-ФЗ), согласие должно быть получено в письменной форме, в том числе в форме электронного документа, подписанного электронной подписью в соответствии с федеральным законом. </w:t>
      </w:r>
    </w:p>
    <w:p w14:paraId="30E6845A" w14:textId="3FDAC638" w:rsidR="004C6310" w:rsidRPr="000E2E74" w:rsidRDefault="004C6310" w:rsidP="004C6310">
      <w:pPr>
        <w:pStyle w:val="aff8"/>
        <w:spacing w:before="0" w:beforeAutospacing="0" w:after="0" w:afterAutospacing="0" w:line="300" w:lineRule="exact"/>
        <w:ind w:firstLine="567"/>
        <w:jc w:val="both"/>
      </w:pPr>
      <w:r w:rsidRPr="000E2E74">
        <w:t>Такое согласие предоставляется субъектом персональных данных лично и оформляется в письменной форме на бумажном носителе с собственноручной подписью, направляемом по почтовому адресу Администрации, указанному на Сайте, с одновременным дублированием скан-копии такого согласия или уведомления об отправке на адрес электронной почты Администрации, либо предоставляется в форме электронного документа, подписанного электронной подписью в соответствии с Федеральным законом № 63-ФЗ, и направляется на адрес электронной почты Администрации</w:t>
      </w:r>
      <w:r w:rsidR="00D37B12" w:rsidRPr="000E2E74">
        <w:t>, указанной на Сайте</w:t>
      </w:r>
      <w:r w:rsidRPr="000E2E74">
        <w:t>.</w:t>
      </w:r>
    </w:p>
    <w:p w14:paraId="347D1354" w14:textId="5D0FFBDD" w:rsidR="00BA2ACE" w:rsidRPr="000E2E74" w:rsidRDefault="002A6B38" w:rsidP="00BA2ACE">
      <w:pPr>
        <w:pStyle w:val="aff8"/>
        <w:spacing w:before="0" w:beforeAutospacing="0" w:after="0" w:afterAutospacing="0" w:line="300" w:lineRule="exact"/>
        <w:ind w:firstLine="567"/>
        <w:jc w:val="both"/>
      </w:pPr>
      <w:r w:rsidRPr="000E2E74">
        <w:rPr>
          <w:b/>
          <w:bCs/>
        </w:rPr>
        <w:t>5.4.</w:t>
      </w:r>
      <w:r w:rsidR="00574B5B" w:rsidRPr="000E2E74">
        <w:rPr>
          <w:b/>
          <w:bCs/>
        </w:rPr>
        <w:t>6</w:t>
      </w:r>
      <w:r w:rsidRPr="000E2E74">
        <w:rPr>
          <w:b/>
          <w:bCs/>
        </w:rPr>
        <w:t>.</w:t>
      </w:r>
      <w:r w:rsidRPr="000E2E74">
        <w:t> </w:t>
      </w:r>
      <w:r w:rsidR="00BA2ACE" w:rsidRPr="000E2E74">
        <w:t>В случае если Заказчик не обеспечит предоставление надлежащим образом оформленного согласия третьего лица в установленный Администрацией разумный срок, Администрация исключает соответствующие персональные данные из обработки, не использует их при исполнении Заказа и не несёт ответственности за последствия, вызванные невозможностью использования таких данных, при этом спорные материалы подлежат удалению или обезличиванию.</w:t>
      </w:r>
    </w:p>
    <w:p w14:paraId="34E7F9A4" w14:textId="1345F064" w:rsidR="007B2389" w:rsidRPr="002A6B38" w:rsidRDefault="00BA2ACE" w:rsidP="00BA2ACE">
      <w:pPr>
        <w:pStyle w:val="aff8"/>
        <w:spacing w:before="0" w:beforeAutospacing="0" w:after="0" w:afterAutospacing="0" w:line="300" w:lineRule="exact"/>
        <w:ind w:firstLine="567"/>
        <w:jc w:val="both"/>
      </w:pPr>
      <w:r w:rsidRPr="000E2E74">
        <w:rPr>
          <w:b/>
          <w:bCs/>
        </w:rPr>
        <w:t>5.4.7.</w:t>
      </w:r>
      <w:r w:rsidRPr="000E2E74">
        <w:t xml:space="preserve"> </w:t>
      </w:r>
      <w:r w:rsidR="002A6B38" w:rsidRPr="000E2E74">
        <w:t>Администрация обеспечивает сохранение электронной записи о дате, времени и содержании данного третьим лицом согласия в течение всего срока хранения персональных данных.</w:t>
      </w:r>
    </w:p>
    <w:p w14:paraId="6727323B" w14:textId="72C6328A" w:rsidR="00E05F1C" w:rsidRPr="00242F9B" w:rsidRDefault="00E05F1C" w:rsidP="00E05F1C">
      <w:pPr>
        <w:pStyle w:val="aff8"/>
        <w:spacing w:before="0" w:beforeAutospacing="0" w:after="0" w:afterAutospacing="0" w:line="300" w:lineRule="exact"/>
        <w:ind w:firstLine="567"/>
        <w:jc w:val="both"/>
      </w:pPr>
      <w:r w:rsidRPr="00242F9B">
        <w:rPr>
          <w:rStyle w:val="af6"/>
        </w:rPr>
        <w:t>5.5.</w:t>
      </w:r>
      <w:r w:rsidR="00242F9B" w:rsidRPr="00242F9B">
        <w:t> </w:t>
      </w:r>
      <w:r w:rsidRPr="00242F9B">
        <w:t>До получения согласия третьего лица или подтверждения иного законного основания Администрация вправе не начинать либо приостановить обработку соответствующих материалов, ограничить доступ к ним, исключить их из обращения или заказа, а также потребовать от Пользователя их удаления, замены или обезличивания.</w:t>
      </w:r>
    </w:p>
    <w:p w14:paraId="6858E24B" w14:textId="330D7FDF" w:rsidR="00E05F1C" w:rsidRPr="00242F9B" w:rsidRDefault="00E05F1C" w:rsidP="00E05F1C">
      <w:pPr>
        <w:pStyle w:val="aff8"/>
        <w:spacing w:before="0" w:beforeAutospacing="0" w:after="0" w:afterAutospacing="0" w:line="300" w:lineRule="exact"/>
        <w:ind w:firstLine="567"/>
        <w:jc w:val="both"/>
      </w:pPr>
      <w:r w:rsidRPr="00242F9B">
        <w:rPr>
          <w:rStyle w:val="af6"/>
        </w:rPr>
        <w:t>5.6.</w:t>
      </w:r>
      <w:r w:rsidR="00242F9B" w:rsidRPr="00242F9B">
        <w:t> </w:t>
      </w:r>
      <w:r w:rsidRPr="00242F9B">
        <w:t>Если Пользователь не обеспечил получение необходимого согласия или не представил подтверждение законного основания в установленный Администрацией разумный срок, Администрация вправе удалить спорные материалы, прекратить их обработку либо отказаться от исполнения зависящей от них функции или части заказа.</w:t>
      </w:r>
    </w:p>
    <w:p w14:paraId="34EE5354" w14:textId="77777777" w:rsidR="00E05F1C" w:rsidRPr="00242F9B" w:rsidRDefault="00E05F1C" w:rsidP="00E05F1C">
      <w:pPr>
        <w:pStyle w:val="aff8"/>
        <w:spacing w:before="0" w:beforeAutospacing="0" w:after="0" w:afterAutospacing="0" w:line="300" w:lineRule="exact"/>
        <w:ind w:firstLine="567"/>
        <w:jc w:val="both"/>
      </w:pPr>
      <w:r w:rsidRPr="00242F9B">
        <w:rPr>
          <w:rStyle w:val="af6"/>
        </w:rPr>
        <w:t>5.7.</w:t>
      </w:r>
      <w:r w:rsidRPr="00242F9B">
        <w:t xml:space="preserve"> Пользователь обязан незамедлительно уведомить Администрацию об отзыве третьим лицом ранее предоставленного согласия, прекращении полномочий представителя, возникновении спора о принадлежности материалов либо предъявлении третьим лицом требований об ограничении или прекращении их использования.</w:t>
      </w:r>
    </w:p>
    <w:p w14:paraId="35FF8F90" w14:textId="77777777" w:rsidR="00E05F1C" w:rsidRPr="00242F9B" w:rsidRDefault="00E05F1C" w:rsidP="00E05F1C">
      <w:pPr>
        <w:pStyle w:val="aff8"/>
        <w:spacing w:before="0" w:beforeAutospacing="0" w:after="0" w:afterAutospacing="0" w:line="300" w:lineRule="exact"/>
        <w:ind w:firstLine="567"/>
        <w:jc w:val="both"/>
      </w:pPr>
      <w:r w:rsidRPr="00242F9B">
        <w:t xml:space="preserve">Согласие на обработку персональных данных должно оформляться отдельно от иных подтверждаемых субъектом документов, а при предоставлении согласия представителем оператор обязан проверить его полномочия. </w:t>
      </w:r>
    </w:p>
    <w:p w14:paraId="25985192" w14:textId="77777777" w:rsidR="00242F9B" w:rsidRDefault="00242F9B" w:rsidP="00242F9B">
      <w:pPr>
        <w:pStyle w:val="21"/>
        <w:spacing w:before="0" w:after="0" w:line="300" w:lineRule="exact"/>
        <w:jc w:val="both"/>
        <w:rPr>
          <w:rFonts w:ascii="Times New Roman" w:hAnsi="Times New Roman" w:cs="Times New Roman"/>
          <w:color w:val="FF0000"/>
          <w:szCs w:val="24"/>
          <w:lang w:val="ru-RU"/>
        </w:rPr>
      </w:pPr>
    </w:p>
    <w:p w14:paraId="28335D2F" w14:textId="27EF623C" w:rsidR="00E05F1C" w:rsidRPr="00242F9B" w:rsidRDefault="00E05F1C" w:rsidP="00242F9B">
      <w:pPr>
        <w:pStyle w:val="21"/>
        <w:spacing w:before="0" w:after="0" w:line="300" w:lineRule="exact"/>
        <w:jc w:val="center"/>
        <w:rPr>
          <w:rFonts w:ascii="Times New Roman" w:hAnsi="Times New Roman" w:cs="Times New Roman"/>
          <w:color w:val="auto"/>
          <w:szCs w:val="24"/>
          <w:lang w:val="ru-RU"/>
        </w:rPr>
      </w:pPr>
      <w:r w:rsidRPr="00242F9B">
        <w:rPr>
          <w:rFonts w:ascii="Times New Roman" w:hAnsi="Times New Roman" w:cs="Times New Roman"/>
          <w:color w:val="auto"/>
          <w:szCs w:val="24"/>
          <w:lang w:val="ru-RU"/>
        </w:rPr>
        <w:t>6. ФУНКЦИОНИРОВАНИЕ САЙТА И ПРИВЛЕЧЕНИЕ ТРЕТЬИХ ЛИЦ</w:t>
      </w:r>
    </w:p>
    <w:p w14:paraId="558A8DB1" w14:textId="004F13A8" w:rsidR="00E05F1C" w:rsidRPr="00242F9B" w:rsidRDefault="00E05F1C" w:rsidP="00E05F1C">
      <w:pPr>
        <w:pStyle w:val="aff8"/>
        <w:spacing w:before="0" w:beforeAutospacing="0" w:after="0" w:afterAutospacing="0" w:line="300" w:lineRule="exact"/>
        <w:ind w:firstLine="567"/>
        <w:jc w:val="both"/>
      </w:pPr>
      <w:r w:rsidRPr="00242F9B">
        <w:rPr>
          <w:rStyle w:val="af6"/>
        </w:rPr>
        <w:t>6.1.</w:t>
      </w:r>
      <w:r w:rsidR="00242F9B" w:rsidRPr="00242F9B">
        <w:t> </w:t>
      </w:r>
      <w:r w:rsidRPr="00242F9B">
        <w:t>Администрация принимает необходимые и разумно доступные организационные и технические меры для обеспечения работоспособности, безопасности и доступности Сайта. Вместе с тем доступ к Сайту или отдельным его функциям может быть временно ограничен в связи с проведением профилактических или технических работ, обновлением программного обеспечения, устранением неисправностей, действиями операторов связи, хостинг-провайдеров и иных технологических участников, а также обстоятельствами, находящимися вне разумного контроля Администрации.</w:t>
      </w:r>
    </w:p>
    <w:p w14:paraId="3F6AB34A" w14:textId="77777777" w:rsidR="00E05F1C" w:rsidRPr="00242F9B" w:rsidRDefault="00E05F1C" w:rsidP="00E05F1C">
      <w:pPr>
        <w:pStyle w:val="aff8"/>
        <w:spacing w:before="0" w:beforeAutospacing="0" w:after="0" w:afterAutospacing="0" w:line="300" w:lineRule="exact"/>
        <w:ind w:firstLine="567"/>
        <w:jc w:val="both"/>
      </w:pPr>
      <w:r w:rsidRPr="00242F9B">
        <w:rPr>
          <w:rStyle w:val="af6"/>
        </w:rPr>
        <w:t>6.2.</w:t>
      </w:r>
      <w:r w:rsidRPr="00242F9B">
        <w:t xml:space="preserve"> Администрация вправе изменять состав и порядок работы отдельных функций Сайта, обновлять его программное обеспечение и интерфейс, временно ограничивать доступ к отдельным разделам, если это необходимо для обеспечения безопасности, предотвращения злоупотреблений, исполнения требований законодательства либо проведения технических работ.</w:t>
      </w:r>
    </w:p>
    <w:p w14:paraId="1F70B9FC" w14:textId="607997D7" w:rsidR="00E05F1C" w:rsidRPr="00242F9B" w:rsidRDefault="00E05F1C" w:rsidP="00E05F1C">
      <w:pPr>
        <w:pStyle w:val="aff8"/>
        <w:spacing w:before="0" w:beforeAutospacing="0" w:after="0" w:afterAutospacing="0" w:line="300" w:lineRule="exact"/>
        <w:ind w:firstLine="567"/>
        <w:jc w:val="both"/>
      </w:pPr>
      <w:r w:rsidRPr="00242F9B">
        <w:rPr>
          <w:rStyle w:val="af6"/>
        </w:rPr>
        <w:t>6.3.</w:t>
      </w:r>
      <w:r w:rsidR="00242F9B">
        <w:t> </w:t>
      </w:r>
      <w:r w:rsidRPr="00242F9B">
        <w:t>Для обеспечения работы Сайта, приема обращений, обработки платежей, направления сообщений, хранения информации, аналитики, доставки и выполнения иных технических операций Администрация вправе привлекать подрядчиков и использовать сторонние информационные системы.</w:t>
      </w:r>
    </w:p>
    <w:p w14:paraId="429BB038" w14:textId="77777777" w:rsidR="00E05F1C" w:rsidRPr="00242F9B" w:rsidRDefault="00E05F1C" w:rsidP="00E05F1C">
      <w:pPr>
        <w:pStyle w:val="aff8"/>
        <w:spacing w:before="0" w:beforeAutospacing="0" w:after="0" w:afterAutospacing="0" w:line="300" w:lineRule="exact"/>
        <w:ind w:firstLine="567"/>
        <w:jc w:val="both"/>
      </w:pPr>
      <w:r w:rsidRPr="00242F9B">
        <w:t>Если соответствующее лицо действует по поручению Администрации, Администрация определяет цель обработки, объем передаваемых сведений и перечень разрешенных операций, а также обеспечивает договорное возложение на такое лицо требований о конфиденциальности и безопасности персональных данных.</w:t>
      </w:r>
    </w:p>
    <w:p w14:paraId="25F03577" w14:textId="0BE38697" w:rsidR="00E05F1C" w:rsidRPr="00242F9B" w:rsidRDefault="00E05F1C" w:rsidP="00E05F1C">
      <w:pPr>
        <w:pStyle w:val="aff8"/>
        <w:spacing w:before="0" w:beforeAutospacing="0" w:after="0" w:afterAutospacing="0" w:line="300" w:lineRule="exact"/>
        <w:ind w:firstLine="567"/>
        <w:jc w:val="both"/>
      </w:pPr>
      <w:r w:rsidRPr="00242F9B">
        <w:rPr>
          <w:rStyle w:val="af6"/>
        </w:rPr>
        <w:t>6.4.</w:t>
      </w:r>
      <w:r w:rsidR="00242F9B">
        <w:t> </w:t>
      </w:r>
      <w:r w:rsidRPr="00242F9B">
        <w:t xml:space="preserve">Администрация несет ответственность за действия привлеченных ею лиц в случаях и пределах, установленных законодательством Российской Федерации и заключенными договорами. </w:t>
      </w:r>
    </w:p>
    <w:p w14:paraId="0B3FD313" w14:textId="050F4203" w:rsidR="00242F9B" w:rsidRPr="00242F9B" w:rsidRDefault="00E05F1C" w:rsidP="00242F9B">
      <w:pPr>
        <w:pStyle w:val="aff8"/>
        <w:spacing w:before="0" w:beforeAutospacing="0" w:after="0" w:afterAutospacing="0" w:line="300" w:lineRule="exact"/>
        <w:ind w:firstLine="567"/>
        <w:jc w:val="both"/>
      </w:pPr>
      <w:r w:rsidRPr="00242F9B">
        <w:rPr>
          <w:rStyle w:val="af6"/>
        </w:rPr>
        <w:t>6.5.</w:t>
      </w:r>
      <w:r w:rsidRPr="00242F9B">
        <w:t xml:space="preserve"> Сайт может содержать ссылки на сайты, приложения и иные ресурсы, принадлежащие независимым третьим лицам. </w:t>
      </w:r>
    </w:p>
    <w:p w14:paraId="2A914643" w14:textId="32AF099A" w:rsidR="00E05F1C" w:rsidRPr="00242F9B" w:rsidRDefault="00E05F1C" w:rsidP="00E05F1C">
      <w:pPr>
        <w:pStyle w:val="aff8"/>
        <w:spacing w:before="0" w:beforeAutospacing="0" w:after="0" w:afterAutospacing="0" w:line="300" w:lineRule="exact"/>
        <w:ind w:firstLine="567"/>
        <w:jc w:val="both"/>
      </w:pPr>
      <w:r w:rsidRPr="00242F9B">
        <w:t>Администрация не определяет содержание независимых внешних ресурсов и не отвечает за последующие изменения таких ресурсов, их техническую доступность, условия использования и действия их владельцев, кроме случаев, когда соответствующий ресурс используется Администрацией как часть собственной деятельности и Администрация определяет цели и способы обработки передаваемых ему данных.</w:t>
      </w:r>
    </w:p>
    <w:p w14:paraId="2C981877" w14:textId="77777777" w:rsidR="00242F9B" w:rsidRPr="00242F9B" w:rsidRDefault="00242F9B" w:rsidP="00242F9B">
      <w:pPr>
        <w:pStyle w:val="21"/>
        <w:spacing w:before="0" w:after="0" w:line="300" w:lineRule="exact"/>
        <w:jc w:val="both"/>
        <w:rPr>
          <w:rFonts w:ascii="Times New Roman" w:hAnsi="Times New Roman" w:cs="Times New Roman"/>
          <w:color w:val="auto"/>
          <w:szCs w:val="24"/>
          <w:lang w:val="ru-RU"/>
        </w:rPr>
      </w:pPr>
    </w:p>
    <w:p w14:paraId="3C73BD7B" w14:textId="412E69A8" w:rsidR="00E05F1C" w:rsidRPr="002965DD" w:rsidRDefault="00E05F1C" w:rsidP="00242F9B">
      <w:pPr>
        <w:pStyle w:val="21"/>
        <w:spacing w:before="0" w:after="0" w:line="300" w:lineRule="exact"/>
        <w:jc w:val="center"/>
        <w:rPr>
          <w:rFonts w:ascii="Times New Roman" w:hAnsi="Times New Roman" w:cs="Times New Roman"/>
          <w:color w:val="auto"/>
          <w:szCs w:val="24"/>
          <w:lang w:val="ru-RU"/>
        </w:rPr>
      </w:pPr>
      <w:r w:rsidRPr="002965DD">
        <w:rPr>
          <w:rFonts w:ascii="Times New Roman" w:hAnsi="Times New Roman" w:cs="Times New Roman"/>
          <w:color w:val="auto"/>
          <w:szCs w:val="24"/>
          <w:lang w:val="ru-RU"/>
        </w:rPr>
        <w:t>7. ОТВЕТСТВЕННОСТЬ СТОРОН</w:t>
      </w:r>
    </w:p>
    <w:p w14:paraId="3F38F798" w14:textId="25BB03B1" w:rsidR="00E05F1C" w:rsidRPr="002965DD" w:rsidRDefault="00E05F1C" w:rsidP="00E05F1C">
      <w:pPr>
        <w:pStyle w:val="aff8"/>
        <w:spacing w:before="0" w:beforeAutospacing="0" w:after="0" w:afterAutospacing="0" w:line="300" w:lineRule="exact"/>
        <w:ind w:firstLine="567"/>
        <w:jc w:val="both"/>
      </w:pPr>
      <w:r w:rsidRPr="002965DD">
        <w:rPr>
          <w:rStyle w:val="af6"/>
        </w:rPr>
        <w:t>7.1.</w:t>
      </w:r>
      <w:r w:rsidR="002965DD" w:rsidRPr="002965DD">
        <w:t> </w:t>
      </w:r>
      <w:r w:rsidRPr="002965DD">
        <w:t>Администрация и Пользователь несут ответственность за неисполнение или ненадлежащее исполнение обязанностей, предусмотренных настоящим Соглашением, в соответствии с законодательством Российской Федерации.</w:t>
      </w:r>
    </w:p>
    <w:p w14:paraId="6DA7C82E" w14:textId="77777777" w:rsidR="002965DD" w:rsidRPr="002965DD" w:rsidRDefault="00E05F1C" w:rsidP="002965DD">
      <w:pPr>
        <w:pStyle w:val="aff8"/>
        <w:spacing w:before="0" w:beforeAutospacing="0" w:after="0" w:afterAutospacing="0" w:line="300" w:lineRule="exact"/>
        <w:ind w:firstLine="567"/>
        <w:jc w:val="both"/>
      </w:pPr>
      <w:r w:rsidRPr="002965DD">
        <w:rPr>
          <w:rStyle w:val="af6"/>
        </w:rPr>
        <w:t>7.2.</w:t>
      </w:r>
      <w:r w:rsidRPr="002965DD">
        <w:t xml:space="preserve"> Администрация не несет ответственности за невозможность использования Сайта или отдельной функции, если она вызвана:</w:t>
      </w:r>
    </w:p>
    <w:p w14:paraId="0FD5880A" w14:textId="77777777" w:rsidR="002965DD" w:rsidRPr="002965DD" w:rsidRDefault="002965DD" w:rsidP="002965DD">
      <w:pPr>
        <w:pStyle w:val="aff8"/>
        <w:spacing w:before="0" w:beforeAutospacing="0" w:after="0" w:afterAutospacing="0" w:line="300" w:lineRule="exact"/>
        <w:ind w:firstLine="567"/>
        <w:jc w:val="both"/>
      </w:pPr>
      <w:r w:rsidRPr="002965DD">
        <w:t>- </w:t>
      </w:r>
      <w:r w:rsidR="00E05F1C" w:rsidRPr="002965DD">
        <w:t xml:space="preserve">неисправностью оборудования, программного обеспечения или подключения к сети Интернет на стороне Пользователя; </w:t>
      </w:r>
    </w:p>
    <w:p w14:paraId="1BD44DBA" w14:textId="77777777" w:rsidR="002965DD" w:rsidRPr="002965DD" w:rsidRDefault="002965DD" w:rsidP="002965DD">
      <w:pPr>
        <w:pStyle w:val="aff8"/>
        <w:spacing w:before="0" w:beforeAutospacing="0" w:after="0" w:afterAutospacing="0" w:line="300" w:lineRule="exact"/>
        <w:ind w:firstLine="567"/>
        <w:jc w:val="both"/>
      </w:pPr>
      <w:r w:rsidRPr="002965DD">
        <w:t>- </w:t>
      </w:r>
      <w:r w:rsidR="00E05F1C" w:rsidRPr="002965DD">
        <w:t xml:space="preserve">действиями операторов связи, владельцев внешних ресурсов или иных независимых от Администрации лиц; </w:t>
      </w:r>
    </w:p>
    <w:p w14:paraId="2BDA3CE8" w14:textId="77777777" w:rsidR="002965DD" w:rsidRPr="002965DD" w:rsidRDefault="002965DD" w:rsidP="002965DD">
      <w:pPr>
        <w:pStyle w:val="aff8"/>
        <w:spacing w:before="0" w:beforeAutospacing="0" w:after="0" w:afterAutospacing="0" w:line="300" w:lineRule="exact"/>
        <w:ind w:firstLine="567"/>
        <w:jc w:val="both"/>
      </w:pPr>
      <w:r w:rsidRPr="002965DD">
        <w:t>- </w:t>
      </w:r>
      <w:r w:rsidR="00E05F1C" w:rsidRPr="002965DD">
        <w:t xml:space="preserve">предоставлением Пользователем неверных, неполных или неактуальных сведений; </w:t>
      </w:r>
    </w:p>
    <w:p w14:paraId="22FC35DF" w14:textId="77777777" w:rsidR="002965DD" w:rsidRPr="002965DD" w:rsidRDefault="002965DD" w:rsidP="002965DD">
      <w:pPr>
        <w:pStyle w:val="aff8"/>
        <w:spacing w:before="0" w:beforeAutospacing="0" w:after="0" w:afterAutospacing="0" w:line="300" w:lineRule="exact"/>
        <w:ind w:firstLine="567"/>
        <w:jc w:val="both"/>
      </w:pPr>
      <w:r w:rsidRPr="002965DD">
        <w:t>- </w:t>
      </w:r>
      <w:r w:rsidR="00E05F1C" w:rsidRPr="002965DD">
        <w:t xml:space="preserve">передачей Пользователем своих идентификаторов, учетных данных или средств доступа третьему лицу; </w:t>
      </w:r>
    </w:p>
    <w:p w14:paraId="524C9BB4" w14:textId="77777777" w:rsidR="002965DD" w:rsidRPr="002965DD" w:rsidRDefault="002965DD" w:rsidP="002965DD">
      <w:pPr>
        <w:pStyle w:val="aff8"/>
        <w:spacing w:before="0" w:beforeAutospacing="0" w:after="0" w:afterAutospacing="0" w:line="300" w:lineRule="exact"/>
        <w:ind w:firstLine="567"/>
        <w:jc w:val="both"/>
      </w:pPr>
      <w:r w:rsidRPr="002965DD">
        <w:t>- </w:t>
      </w:r>
      <w:r w:rsidR="00E05F1C" w:rsidRPr="002965DD">
        <w:t xml:space="preserve">ограничениями, установленными программным обеспечением, браузером, устройством или настройками Пользователя; </w:t>
      </w:r>
    </w:p>
    <w:p w14:paraId="6009ED90" w14:textId="77777777" w:rsidR="002965DD" w:rsidRPr="002965DD" w:rsidRDefault="002965DD" w:rsidP="002965DD">
      <w:pPr>
        <w:pStyle w:val="aff8"/>
        <w:spacing w:before="0" w:beforeAutospacing="0" w:after="0" w:afterAutospacing="0" w:line="300" w:lineRule="exact"/>
        <w:ind w:firstLine="567"/>
        <w:jc w:val="both"/>
      </w:pPr>
      <w:r w:rsidRPr="002965DD">
        <w:t>- </w:t>
      </w:r>
      <w:r w:rsidR="00E05F1C" w:rsidRPr="002965DD">
        <w:t xml:space="preserve">проведением необходимых технических работ; </w:t>
      </w:r>
    </w:p>
    <w:p w14:paraId="239E6F53" w14:textId="3FE18B91" w:rsidR="00E05F1C" w:rsidRPr="002965DD" w:rsidRDefault="002965DD" w:rsidP="002965DD">
      <w:pPr>
        <w:pStyle w:val="aff8"/>
        <w:spacing w:before="0" w:beforeAutospacing="0" w:after="0" w:afterAutospacing="0" w:line="300" w:lineRule="exact"/>
        <w:ind w:firstLine="567"/>
        <w:jc w:val="both"/>
      </w:pPr>
      <w:r w:rsidRPr="002965DD">
        <w:t>- </w:t>
      </w:r>
      <w:r w:rsidR="00E05F1C" w:rsidRPr="002965DD">
        <w:t xml:space="preserve">обстоятельствами непреодолимой силы или иными обстоятельствами, находящимися вне разумного контроля Администрации. </w:t>
      </w:r>
    </w:p>
    <w:p w14:paraId="710FB64B" w14:textId="78DC2671" w:rsidR="00E05F1C" w:rsidRPr="002965DD" w:rsidRDefault="00E05F1C" w:rsidP="00E05F1C">
      <w:pPr>
        <w:pStyle w:val="aff8"/>
        <w:spacing w:before="0" w:beforeAutospacing="0" w:after="0" w:afterAutospacing="0" w:line="300" w:lineRule="exact"/>
        <w:ind w:firstLine="567"/>
        <w:jc w:val="both"/>
      </w:pPr>
      <w:r w:rsidRPr="002965DD">
        <w:rPr>
          <w:rStyle w:val="af6"/>
        </w:rPr>
        <w:t>7.3.</w:t>
      </w:r>
      <w:r w:rsidR="002965DD">
        <w:t> </w:t>
      </w:r>
      <w:r w:rsidRPr="002965DD">
        <w:t>Администрация не несет ответственности за содержание материалов, самостоятельно предоставленных Пользователем, а также за их достоверность, полноту, актуальность, непротиворечивость и соответствие правам третьих лиц.</w:t>
      </w:r>
    </w:p>
    <w:p w14:paraId="02D1486C" w14:textId="77777777" w:rsidR="00E05F1C" w:rsidRPr="002965DD" w:rsidRDefault="00E05F1C" w:rsidP="00E05F1C">
      <w:pPr>
        <w:pStyle w:val="aff8"/>
        <w:spacing w:before="0" w:beforeAutospacing="0" w:after="0" w:afterAutospacing="0" w:line="300" w:lineRule="exact"/>
        <w:ind w:firstLine="567"/>
        <w:jc w:val="both"/>
      </w:pPr>
      <w:r w:rsidRPr="002965DD">
        <w:t>Администрация не обязана осуществлять юридическую, фактическую, экспертную или иную профессиональную проверку таких материалов, если соответствующая проверка прямо не предусмотрена отдельным договором.</w:t>
      </w:r>
    </w:p>
    <w:p w14:paraId="31D3FD60" w14:textId="77777777" w:rsidR="00E05F1C" w:rsidRPr="002965DD" w:rsidRDefault="00E05F1C" w:rsidP="00E05F1C">
      <w:pPr>
        <w:pStyle w:val="aff8"/>
        <w:spacing w:before="0" w:beforeAutospacing="0" w:after="0" w:afterAutospacing="0" w:line="300" w:lineRule="exact"/>
        <w:ind w:firstLine="567"/>
        <w:jc w:val="both"/>
      </w:pPr>
      <w:r w:rsidRPr="002965DD">
        <w:rPr>
          <w:rStyle w:val="af6"/>
        </w:rPr>
        <w:t>7.4.</w:t>
      </w:r>
      <w:r w:rsidRPr="002965DD">
        <w:t xml:space="preserve"> Пользователь несет ответственность за совершенные им виновные противоправные действия, нарушение прав третьих лиц, передачу вредоносного программного обеспечения, неправомерный доступ к Сайту, обход технических ограничений и предоставление материалов без необходимых прав или законных оснований.</w:t>
      </w:r>
    </w:p>
    <w:p w14:paraId="5225336B" w14:textId="77777777" w:rsidR="002965DD" w:rsidRPr="00AD7AD6" w:rsidRDefault="002965DD" w:rsidP="002965DD">
      <w:pPr>
        <w:pStyle w:val="21"/>
        <w:spacing w:before="0" w:after="0" w:line="300" w:lineRule="exact"/>
        <w:jc w:val="both"/>
        <w:rPr>
          <w:rFonts w:ascii="Times New Roman" w:hAnsi="Times New Roman" w:cs="Times New Roman"/>
          <w:color w:val="auto"/>
          <w:szCs w:val="24"/>
          <w:lang w:val="ru-RU"/>
        </w:rPr>
      </w:pPr>
    </w:p>
    <w:p w14:paraId="031B840A" w14:textId="796C7DDB" w:rsidR="00E05F1C" w:rsidRPr="00AD7AD6" w:rsidRDefault="00E05F1C" w:rsidP="002965DD">
      <w:pPr>
        <w:pStyle w:val="21"/>
        <w:spacing w:before="0" w:after="0" w:line="300" w:lineRule="exact"/>
        <w:jc w:val="center"/>
        <w:rPr>
          <w:rFonts w:ascii="Times New Roman" w:hAnsi="Times New Roman" w:cs="Times New Roman"/>
          <w:color w:val="auto"/>
          <w:szCs w:val="24"/>
          <w:lang w:val="ru-RU"/>
        </w:rPr>
      </w:pPr>
      <w:r w:rsidRPr="00AD7AD6">
        <w:rPr>
          <w:rFonts w:ascii="Times New Roman" w:hAnsi="Times New Roman" w:cs="Times New Roman"/>
          <w:color w:val="auto"/>
          <w:szCs w:val="24"/>
          <w:lang w:val="ru-RU"/>
        </w:rPr>
        <w:t xml:space="preserve">8. ОБРАБОТКА ПЕРСОНАЛЬНЫХ ДАННЫХ И ИСПОЛЬЗОВАНИЕ </w:t>
      </w:r>
      <w:r w:rsidRPr="00AD7AD6">
        <w:rPr>
          <w:rFonts w:ascii="Times New Roman" w:hAnsi="Times New Roman" w:cs="Times New Roman"/>
          <w:color w:val="auto"/>
          <w:szCs w:val="24"/>
        </w:rPr>
        <w:t>COOKIE</w:t>
      </w:r>
    </w:p>
    <w:p w14:paraId="51A53066" w14:textId="605F2469" w:rsidR="00E05F1C" w:rsidRPr="00AD7AD6" w:rsidRDefault="00E05F1C" w:rsidP="00E05F1C">
      <w:pPr>
        <w:pStyle w:val="aff8"/>
        <w:spacing w:before="0" w:beforeAutospacing="0" w:after="0" w:afterAutospacing="0" w:line="300" w:lineRule="exact"/>
        <w:ind w:firstLine="567"/>
        <w:jc w:val="both"/>
      </w:pPr>
      <w:r w:rsidRPr="00AD7AD6">
        <w:rPr>
          <w:rStyle w:val="af6"/>
        </w:rPr>
        <w:t>8.1.</w:t>
      </w:r>
      <w:r w:rsidR="004B1A3F">
        <w:t> </w:t>
      </w:r>
      <w:r w:rsidRPr="00AD7AD6">
        <w:t xml:space="preserve">Обработка персональных данных Пользователя осуществляется Администрацией в соответствии с Политикой обработки персональных данных, размещенной </w:t>
      </w:r>
      <w:r w:rsidR="00AD7AD6" w:rsidRPr="00AD7AD6">
        <w:t>на Сайте</w:t>
      </w:r>
    </w:p>
    <w:p w14:paraId="025F4F4F" w14:textId="77777777" w:rsidR="00E05F1C" w:rsidRPr="004B1A3F" w:rsidRDefault="00E05F1C" w:rsidP="00E05F1C">
      <w:pPr>
        <w:pStyle w:val="aff8"/>
        <w:spacing w:before="0" w:beforeAutospacing="0" w:after="0" w:afterAutospacing="0" w:line="300" w:lineRule="exact"/>
        <w:ind w:firstLine="567"/>
        <w:jc w:val="both"/>
      </w:pPr>
      <w:r w:rsidRPr="004B1A3F">
        <w:t>Политика определяет категории субъектов, цели, основания, состав и способы обработки данных, сроки их хранения, категории получателей, права субъектов и порядок направления обращений Администрации.</w:t>
      </w:r>
    </w:p>
    <w:p w14:paraId="1D723097" w14:textId="29AB98BD" w:rsidR="00E05F1C" w:rsidRPr="004B1A3F" w:rsidRDefault="00E05F1C" w:rsidP="00E05F1C">
      <w:pPr>
        <w:pStyle w:val="aff8"/>
        <w:spacing w:before="0" w:beforeAutospacing="0" w:after="0" w:afterAutospacing="0" w:line="300" w:lineRule="exact"/>
        <w:ind w:firstLine="567"/>
        <w:jc w:val="both"/>
      </w:pPr>
      <w:r w:rsidRPr="004B1A3F">
        <w:rPr>
          <w:rStyle w:val="af6"/>
        </w:rPr>
        <w:t>8.2.</w:t>
      </w:r>
      <w:r w:rsidR="004B1A3F" w:rsidRPr="004B1A3F">
        <w:t> </w:t>
      </w:r>
      <w:r w:rsidRPr="004B1A3F">
        <w:t>В случаях, когда обработка персональных данных требует согласия Пользователя, такое согласие предоставляется отдельно от настоящего Соглашения путем совершения предусмотренного соответствующей формой активного действия.</w:t>
      </w:r>
    </w:p>
    <w:p w14:paraId="780CC980" w14:textId="781F80CA" w:rsidR="00E05F1C" w:rsidRPr="004B1A3F" w:rsidRDefault="00E05F1C" w:rsidP="00E05F1C">
      <w:pPr>
        <w:pStyle w:val="aff8"/>
        <w:spacing w:before="0" w:beforeAutospacing="0" w:after="0" w:afterAutospacing="0" w:line="300" w:lineRule="exact"/>
        <w:ind w:firstLine="567"/>
        <w:jc w:val="both"/>
      </w:pPr>
      <w:r w:rsidRPr="004B1A3F">
        <w:rPr>
          <w:rStyle w:val="af6"/>
        </w:rPr>
        <w:t>8.</w:t>
      </w:r>
      <w:r w:rsidR="004B1A3F" w:rsidRPr="004B1A3F">
        <w:rPr>
          <w:rStyle w:val="af6"/>
        </w:rPr>
        <w:t>3</w:t>
      </w:r>
      <w:r w:rsidRPr="004B1A3F">
        <w:rPr>
          <w:rStyle w:val="af6"/>
        </w:rPr>
        <w:t>.</w:t>
      </w:r>
      <w:r w:rsidR="004B1A3F" w:rsidRPr="004B1A3F">
        <w:t> </w:t>
      </w:r>
      <w:r w:rsidRPr="004B1A3F">
        <w:t xml:space="preserve">Использование файлов </w:t>
      </w:r>
      <w:proofErr w:type="spellStart"/>
      <w:r w:rsidRPr="004B1A3F">
        <w:t>cookie</w:t>
      </w:r>
      <w:proofErr w:type="spellEnd"/>
      <w:r w:rsidRPr="004B1A3F">
        <w:t xml:space="preserve"> и аналогичных технологий регулируется </w:t>
      </w:r>
      <w:proofErr w:type="spellStart"/>
      <w:r w:rsidRPr="004B1A3F">
        <w:t>Cookie</w:t>
      </w:r>
      <w:proofErr w:type="spellEnd"/>
      <w:r w:rsidRPr="004B1A3F">
        <w:t xml:space="preserve">-политикой, размещенной </w:t>
      </w:r>
      <w:r w:rsidR="004B1A3F" w:rsidRPr="004B1A3F">
        <w:t>на Сайте</w:t>
      </w:r>
    </w:p>
    <w:p w14:paraId="645AE64F" w14:textId="74472BFF" w:rsidR="00E05F1C" w:rsidRPr="004B1A3F" w:rsidRDefault="00E05F1C" w:rsidP="00E05F1C">
      <w:pPr>
        <w:pStyle w:val="aff8"/>
        <w:spacing w:before="0" w:beforeAutospacing="0" w:after="0" w:afterAutospacing="0" w:line="300" w:lineRule="exact"/>
        <w:ind w:firstLine="567"/>
        <w:jc w:val="both"/>
      </w:pPr>
      <w:r w:rsidRPr="004B1A3F">
        <w:rPr>
          <w:rStyle w:val="af6"/>
        </w:rPr>
        <w:t>8.</w:t>
      </w:r>
      <w:r w:rsidR="004B1A3F" w:rsidRPr="004B1A3F">
        <w:rPr>
          <w:rStyle w:val="af6"/>
        </w:rPr>
        <w:t>4</w:t>
      </w:r>
      <w:r w:rsidRPr="004B1A3F">
        <w:rPr>
          <w:rStyle w:val="af6"/>
        </w:rPr>
        <w:t>.</w:t>
      </w:r>
      <w:r w:rsidRPr="004B1A3F">
        <w:t xml:space="preserve"> </w:t>
      </w:r>
      <w:proofErr w:type="spellStart"/>
      <w:r w:rsidRPr="004B1A3F">
        <w:t>Cookie</w:t>
      </w:r>
      <w:proofErr w:type="spellEnd"/>
      <w:r w:rsidRPr="004B1A3F">
        <w:t>, необходимые для загрузки страниц, обеспечения безопасности, работы форм, сохранения выбора Пользователя и выполнения непосредственно запрошенных им действий, могут применяться в объеме, необходимом для функционирования Сайта.</w:t>
      </w:r>
    </w:p>
    <w:p w14:paraId="0E426222" w14:textId="77777777" w:rsidR="00E05F1C" w:rsidRPr="004B1A3F" w:rsidRDefault="00E05F1C" w:rsidP="00E05F1C">
      <w:pPr>
        <w:pStyle w:val="aff8"/>
        <w:spacing w:before="0" w:beforeAutospacing="0" w:after="0" w:afterAutospacing="0" w:line="300" w:lineRule="exact"/>
        <w:ind w:firstLine="567"/>
        <w:jc w:val="both"/>
      </w:pPr>
      <w:r w:rsidRPr="004B1A3F">
        <w:t xml:space="preserve">Функциональные, аналитические, рекламные и иные необязательные </w:t>
      </w:r>
      <w:proofErr w:type="spellStart"/>
      <w:r w:rsidRPr="004B1A3F">
        <w:t>cookie</w:t>
      </w:r>
      <w:proofErr w:type="spellEnd"/>
      <w:r w:rsidRPr="004B1A3F">
        <w:t xml:space="preserve"> активируются только после совершения Пользователем соответствующего выбора в </w:t>
      </w:r>
      <w:proofErr w:type="spellStart"/>
      <w:r w:rsidRPr="004B1A3F">
        <w:t>cookie</w:t>
      </w:r>
      <w:proofErr w:type="spellEnd"/>
      <w:r w:rsidRPr="004B1A3F">
        <w:t>-баннере или центре настроек.</w:t>
      </w:r>
    </w:p>
    <w:p w14:paraId="672D187A" w14:textId="77777777" w:rsidR="004B1A3F" w:rsidRPr="004B1A3F" w:rsidRDefault="004B1A3F" w:rsidP="004B1A3F">
      <w:pPr>
        <w:pStyle w:val="21"/>
        <w:spacing w:before="0" w:after="0" w:line="300" w:lineRule="exact"/>
        <w:ind w:firstLine="567"/>
        <w:jc w:val="both"/>
        <w:rPr>
          <w:rFonts w:ascii="Times New Roman" w:hAnsi="Times New Roman" w:cs="Times New Roman"/>
          <w:color w:val="auto"/>
          <w:szCs w:val="24"/>
          <w:lang w:val="ru-RU"/>
        </w:rPr>
      </w:pPr>
    </w:p>
    <w:p w14:paraId="3E427FA3" w14:textId="42E66509" w:rsidR="00E05F1C" w:rsidRPr="004B1A3F" w:rsidRDefault="004B1A3F" w:rsidP="004B1A3F">
      <w:pPr>
        <w:pStyle w:val="21"/>
        <w:spacing w:before="0" w:after="0" w:line="300" w:lineRule="exact"/>
        <w:jc w:val="center"/>
        <w:rPr>
          <w:rFonts w:ascii="Times New Roman" w:hAnsi="Times New Roman" w:cs="Times New Roman"/>
          <w:color w:val="auto"/>
          <w:szCs w:val="24"/>
          <w:lang w:val="ru-RU"/>
        </w:rPr>
      </w:pPr>
      <w:r>
        <w:rPr>
          <w:rFonts w:ascii="Times New Roman" w:hAnsi="Times New Roman" w:cs="Times New Roman"/>
          <w:color w:val="auto"/>
          <w:szCs w:val="24"/>
          <w:lang w:val="ru-RU"/>
        </w:rPr>
        <w:t>9</w:t>
      </w:r>
      <w:r w:rsidR="00E05F1C" w:rsidRPr="004B1A3F">
        <w:rPr>
          <w:rFonts w:ascii="Times New Roman" w:hAnsi="Times New Roman" w:cs="Times New Roman"/>
          <w:color w:val="auto"/>
          <w:szCs w:val="24"/>
          <w:lang w:val="ru-RU"/>
        </w:rPr>
        <w:t>.</w:t>
      </w:r>
      <w:r>
        <w:rPr>
          <w:rFonts w:ascii="Times New Roman" w:hAnsi="Times New Roman" w:cs="Times New Roman"/>
          <w:color w:val="auto"/>
          <w:szCs w:val="24"/>
          <w:lang w:val="ru-RU"/>
        </w:rPr>
        <w:t> </w:t>
      </w:r>
      <w:r w:rsidR="00E05F1C" w:rsidRPr="004B1A3F">
        <w:rPr>
          <w:rFonts w:ascii="Times New Roman" w:hAnsi="Times New Roman" w:cs="Times New Roman"/>
          <w:color w:val="auto"/>
          <w:szCs w:val="24"/>
          <w:lang w:val="ru-RU"/>
        </w:rPr>
        <w:t>ИЗМЕНЕНИЕ СОГЛАШЕНИЯ</w:t>
      </w:r>
    </w:p>
    <w:p w14:paraId="224F15BB" w14:textId="439D69A5" w:rsidR="00E05F1C" w:rsidRPr="004B1A3F" w:rsidRDefault="00E05F1C" w:rsidP="004B1A3F">
      <w:pPr>
        <w:pStyle w:val="aff8"/>
        <w:spacing w:before="0" w:beforeAutospacing="0" w:after="0" w:afterAutospacing="0" w:line="300" w:lineRule="exact"/>
        <w:ind w:firstLine="567"/>
        <w:jc w:val="both"/>
      </w:pPr>
      <w:r w:rsidRPr="004B1A3F">
        <w:rPr>
          <w:rStyle w:val="af6"/>
        </w:rPr>
        <w:t>9.</w:t>
      </w:r>
      <w:r w:rsidR="004B1A3F" w:rsidRPr="004B1A3F">
        <w:rPr>
          <w:rStyle w:val="af6"/>
        </w:rPr>
        <w:t>1</w:t>
      </w:r>
      <w:r w:rsidRPr="004B1A3F">
        <w:rPr>
          <w:rStyle w:val="af6"/>
        </w:rPr>
        <w:t>.</w:t>
      </w:r>
      <w:r w:rsidRPr="004B1A3F">
        <w:t xml:space="preserve"> Администрация вправе изменять настоящее Соглашение в связи с развитием функций Сайта, изменением порядка его работы, подключением новых сервисов или изменением законодательства Российской Федерации.</w:t>
      </w:r>
    </w:p>
    <w:p w14:paraId="4F015DC8" w14:textId="2D648AC9" w:rsidR="00E05F1C" w:rsidRPr="004B1A3F" w:rsidRDefault="00E05F1C" w:rsidP="004B1A3F">
      <w:pPr>
        <w:pStyle w:val="aff8"/>
        <w:spacing w:before="0" w:beforeAutospacing="0" w:after="0" w:afterAutospacing="0" w:line="300" w:lineRule="exact"/>
        <w:ind w:firstLine="567"/>
        <w:jc w:val="both"/>
      </w:pPr>
      <w:r w:rsidRPr="004B1A3F">
        <w:rPr>
          <w:rStyle w:val="af6"/>
        </w:rPr>
        <w:t>9.</w:t>
      </w:r>
      <w:r w:rsidR="004B1A3F" w:rsidRPr="004B1A3F">
        <w:rPr>
          <w:rStyle w:val="af6"/>
        </w:rPr>
        <w:t>2</w:t>
      </w:r>
      <w:r w:rsidRPr="004B1A3F">
        <w:rPr>
          <w:rStyle w:val="af6"/>
        </w:rPr>
        <w:t>.</w:t>
      </w:r>
      <w:r w:rsidR="004B1A3F" w:rsidRPr="004B1A3F">
        <w:t> </w:t>
      </w:r>
      <w:r w:rsidRPr="004B1A3F">
        <w:t xml:space="preserve">Новая редакция вступает в силу с момента ее размещения на Сайте либо с более поздней даты, прямо указанной в тексте новой редакции. </w:t>
      </w:r>
    </w:p>
    <w:p w14:paraId="4700EE55" w14:textId="77777777" w:rsidR="004B1A3F" w:rsidRPr="00E05F1C" w:rsidRDefault="004B1A3F" w:rsidP="00CB2E71">
      <w:pPr>
        <w:pStyle w:val="1"/>
        <w:spacing w:before="0" w:after="0" w:line="300" w:lineRule="exact"/>
        <w:jc w:val="both"/>
        <w:rPr>
          <w:rFonts w:ascii="Times New Roman" w:hAnsi="Times New Roman" w:cs="Times New Roman"/>
          <w:color w:val="FF0000"/>
          <w:sz w:val="24"/>
          <w:szCs w:val="24"/>
          <w:lang w:val="ru-RU"/>
        </w:rPr>
      </w:pPr>
    </w:p>
    <w:sectPr w:rsidR="004B1A3F" w:rsidRPr="00E05F1C" w:rsidSect="004B1A3F">
      <w:headerReference w:type="default" r:id="rId8"/>
      <w:footerReference w:type="default" r:id="rId9"/>
      <w:pgSz w:w="12240" w:h="15840"/>
      <w:pgMar w:top="851" w:right="1020" w:bottom="1020" w:left="1247" w:header="454" w:footer="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0181C5" w14:textId="77777777" w:rsidR="004A44AD" w:rsidRDefault="004A44AD">
      <w:pPr>
        <w:spacing w:after="0" w:line="240" w:lineRule="auto"/>
      </w:pPr>
      <w:r>
        <w:separator/>
      </w:r>
    </w:p>
  </w:endnote>
  <w:endnote w:type="continuationSeparator" w:id="0">
    <w:p w14:paraId="37EBD22A" w14:textId="77777777" w:rsidR="004A44AD" w:rsidRDefault="004A4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80977498"/>
      <w:docPartObj>
        <w:docPartGallery w:val="Page Numbers (Bottom of Page)"/>
        <w:docPartUnique/>
      </w:docPartObj>
    </w:sdtPr>
    <w:sdtEndPr/>
    <w:sdtContent>
      <w:p w14:paraId="574A85B7" w14:textId="63DD48A2" w:rsidR="004B1A3F" w:rsidRDefault="004B1A3F">
        <w:pPr>
          <w:pStyle w:val="a7"/>
          <w:jc w:val="center"/>
        </w:pPr>
        <w:r w:rsidRPr="004B1A3F">
          <w:rPr>
            <w:sz w:val="22"/>
            <w:szCs w:val="20"/>
            <w:lang w:val="ru-RU"/>
          </w:rPr>
          <w:t xml:space="preserve">Страница </w:t>
        </w:r>
        <w:r w:rsidRPr="004B1A3F">
          <w:rPr>
            <w:b/>
            <w:bCs/>
            <w:sz w:val="22"/>
            <w:szCs w:val="20"/>
          </w:rPr>
          <w:fldChar w:fldCharType="begin"/>
        </w:r>
        <w:r w:rsidRPr="004B1A3F">
          <w:rPr>
            <w:b/>
            <w:bCs/>
            <w:sz w:val="22"/>
            <w:szCs w:val="20"/>
          </w:rPr>
          <w:instrText>PAGE   \* MERGEFORMAT</w:instrText>
        </w:r>
        <w:r w:rsidRPr="004B1A3F">
          <w:rPr>
            <w:b/>
            <w:bCs/>
            <w:sz w:val="22"/>
            <w:szCs w:val="20"/>
          </w:rPr>
          <w:fldChar w:fldCharType="separate"/>
        </w:r>
        <w:r w:rsidRPr="004B1A3F">
          <w:rPr>
            <w:b/>
            <w:bCs/>
            <w:sz w:val="22"/>
            <w:szCs w:val="20"/>
            <w:lang w:val="ru-RU"/>
          </w:rPr>
          <w:t>2</w:t>
        </w:r>
        <w:r w:rsidRPr="004B1A3F">
          <w:rPr>
            <w:b/>
            <w:bCs/>
            <w:sz w:val="22"/>
            <w:szCs w:val="20"/>
          </w:rPr>
          <w:fldChar w:fldCharType="end"/>
        </w:r>
        <w:r w:rsidRPr="004B1A3F">
          <w:rPr>
            <w:b/>
            <w:bCs/>
            <w:sz w:val="22"/>
            <w:szCs w:val="20"/>
            <w:lang w:val="ru-RU"/>
          </w:rPr>
          <w:t xml:space="preserve"> </w:t>
        </w:r>
        <w:r w:rsidRPr="004B1A3F">
          <w:rPr>
            <w:sz w:val="22"/>
            <w:szCs w:val="20"/>
            <w:lang w:val="ru-RU"/>
          </w:rPr>
          <w:t xml:space="preserve">из </w:t>
        </w:r>
        <w:r w:rsidR="00DD274E">
          <w:rPr>
            <w:b/>
            <w:bCs/>
            <w:sz w:val="22"/>
            <w:szCs w:val="20"/>
            <w:lang w:val="ru-RU"/>
          </w:rPr>
          <w:t>6</w:t>
        </w:r>
      </w:p>
    </w:sdtContent>
  </w:sdt>
  <w:p w14:paraId="05D64364" w14:textId="4730A4A0" w:rsidR="006E16AC" w:rsidRDefault="006E16AC">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E5D731" w14:textId="77777777" w:rsidR="004A44AD" w:rsidRDefault="004A44AD">
      <w:pPr>
        <w:spacing w:after="0" w:line="240" w:lineRule="auto"/>
      </w:pPr>
      <w:r>
        <w:separator/>
      </w:r>
    </w:p>
  </w:footnote>
  <w:footnote w:type="continuationSeparator" w:id="0">
    <w:p w14:paraId="20E013FD" w14:textId="77777777" w:rsidR="004A44AD" w:rsidRDefault="004A44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879E93" w14:textId="62A74C8D" w:rsidR="006E16AC" w:rsidRDefault="006E16AC">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41B45B54"/>
    <w:multiLevelType w:val="multilevel"/>
    <w:tmpl w:val="B96E2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40456F"/>
    <w:multiLevelType w:val="multilevel"/>
    <w:tmpl w:val="0A407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6C6B6F"/>
    <w:multiLevelType w:val="multilevel"/>
    <w:tmpl w:val="83028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6A404F"/>
    <w:multiLevelType w:val="multilevel"/>
    <w:tmpl w:val="BB22B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11"/>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58B6"/>
    <w:rsid w:val="000E2E74"/>
    <w:rsid w:val="0015074B"/>
    <w:rsid w:val="00242F9B"/>
    <w:rsid w:val="0029639D"/>
    <w:rsid w:val="002965DD"/>
    <w:rsid w:val="002A6B38"/>
    <w:rsid w:val="00326F90"/>
    <w:rsid w:val="004A44AD"/>
    <w:rsid w:val="004B1A3F"/>
    <w:rsid w:val="004C6310"/>
    <w:rsid w:val="00574B5B"/>
    <w:rsid w:val="005E55AA"/>
    <w:rsid w:val="006E16AC"/>
    <w:rsid w:val="007B2389"/>
    <w:rsid w:val="008072BD"/>
    <w:rsid w:val="00A938B7"/>
    <w:rsid w:val="00AA1D8D"/>
    <w:rsid w:val="00AB3308"/>
    <w:rsid w:val="00AD79A9"/>
    <w:rsid w:val="00AD7AD6"/>
    <w:rsid w:val="00B156AF"/>
    <w:rsid w:val="00B47730"/>
    <w:rsid w:val="00B576A9"/>
    <w:rsid w:val="00BA2ACE"/>
    <w:rsid w:val="00CB0664"/>
    <w:rsid w:val="00CB2E71"/>
    <w:rsid w:val="00CC70F3"/>
    <w:rsid w:val="00D37B12"/>
    <w:rsid w:val="00DD274E"/>
    <w:rsid w:val="00E05F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14BD77CD"/>
  <w14:defaultImageDpi w14:val="300"/>
  <w15:docId w15:val="{214382AF-29BD-4FF0-B21B-5AA3FCE1A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59" w:lineRule="auto"/>
    </w:pPr>
    <w:rPr>
      <w:rFonts w:ascii="Times New Roman" w:eastAsia="Times New Roman" w:hAnsi="Times New Roman"/>
      <w:color w:val="000000"/>
      <w:sz w:val="24"/>
    </w:rPr>
  </w:style>
  <w:style w:type="paragraph" w:styleId="1">
    <w:name w:val="heading 1"/>
    <w:basedOn w:val="a1"/>
    <w:next w:val="a1"/>
    <w:link w:val="10"/>
    <w:uiPriority w:val="9"/>
    <w:qFormat/>
    <w:rsid w:val="00FC693F"/>
    <w:pPr>
      <w:keepNext/>
      <w:keepLines/>
      <w:spacing w:before="200" w:after="1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after="1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100" w:line="240" w:lineRule="auto"/>
      <w:contextualSpacing/>
    </w:pPr>
    <w:rPr>
      <w:rFonts w:asciiTheme="majorHAnsi" w:eastAsiaTheme="majorEastAsia" w:hAnsiTheme="majorHAnsi" w:cstheme="majorBidi"/>
      <w:b/>
      <w:spacing w:val="5"/>
      <w:kern w:val="28"/>
      <w:sz w:val="30"/>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unhideWhenUsed/>
    <w:rsid w:val="00E05F1C"/>
    <w:pPr>
      <w:spacing w:before="100" w:beforeAutospacing="1" w:after="100" w:afterAutospacing="1" w:line="240" w:lineRule="auto"/>
    </w:pPr>
    <w:rPr>
      <w:rFonts w:cs="Times New Roman"/>
      <w:color w:val="auto"/>
      <w:szCs w:val="24"/>
      <w:lang w:val="ru-RU" w:eastAsia="ru-RU"/>
    </w:rPr>
  </w:style>
  <w:style w:type="paragraph" w:customStyle="1" w:styleId="isselectedend">
    <w:name w:val="isselectedend"/>
    <w:basedOn w:val="a1"/>
    <w:rsid w:val="004B1A3F"/>
    <w:pPr>
      <w:spacing w:before="100" w:beforeAutospacing="1" w:after="100" w:afterAutospacing="1" w:line="240" w:lineRule="auto"/>
    </w:pPr>
    <w:rPr>
      <w:rFonts w:cs="Times New Roman"/>
      <w:color w:val="auto"/>
      <w:szCs w:val="24"/>
      <w:lang w:val="ru-RU" w:eastAsia="ru-RU"/>
    </w:rPr>
  </w:style>
  <w:style w:type="paragraph" w:styleId="aff9">
    <w:name w:val="Balloon Text"/>
    <w:basedOn w:val="a1"/>
    <w:link w:val="affa"/>
    <w:uiPriority w:val="99"/>
    <w:semiHidden/>
    <w:unhideWhenUsed/>
    <w:rsid w:val="005E55AA"/>
    <w:pPr>
      <w:spacing w:after="0" w:line="240" w:lineRule="auto"/>
    </w:pPr>
    <w:rPr>
      <w:rFonts w:ascii="Segoe UI" w:hAnsi="Segoe UI" w:cs="Segoe UI"/>
      <w:sz w:val="18"/>
      <w:szCs w:val="18"/>
    </w:rPr>
  </w:style>
  <w:style w:type="character" w:customStyle="1" w:styleId="affa">
    <w:name w:val="Текст выноски Знак"/>
    <w:basedOn w:val="a2"/>
    <w:link w:val="aff9"/>
    <w:uiPriority w:val="99"/>
    <w:semiHidden/>
    <w:rsid w:val="005E55AA"/>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86849">
      <w:bodyDiv w:val="1"/>
      <w:marLeft w:val="0"/>
      <w:marRight w:val="0"/>
      <w:marTop w:val="0"/>
      <w:marBottom w:val="0"/>
      <w:divBdr>
        <w:top w:val="none" w:sz="0" w:space="0" w:color="auto"/>
        <w:left w:val="none" w:sz="0" w:space="0" w:color="auto"/>
        <w:bottom w:val="none" w:sz="0" w:space="0" w:color="auto"/>
        <w:right w:val="none" w:sz="0" w:space="0" w:color="auto"/>
      </w:divBdr>
    </w:div>
    <w:div w:id="653340151">
      <w:bodyDiv w:val="1"/>
      <w:marLeft w:val="0"/>
      <w:marRight w:val="0"/>
      <w:marTop w:val="0"/>
      <w:marBottom w:val="0"/>
      <w:divBdr>
        <w:top w:val="none" w:sz="0" w:space="0" w:color="auto"/>
        <w:left w:val="none" w:sz="0" w:space="0" w:color="auto"/>
        <w:bottom w:val="none" w:sz="0" w:space="0" w:color="auto"/>
        <w:right w:val="none" w:sz="0" w:space="0" w:color="auto"/>
      </w:divBdr>
    </w:div>
    <w:div w:id="984435398">
      <w:bodyDiv w:val="1"/>
      <w:marLeft w:val="0"/>
      <w:marRight w:val="0"/>
      <w:marTop w:val="0"/>
      <w:marBottom w:val="0"/>
      <w:divBdr>
        <w:top w:val="none" w:sz="0" w:space="0" w:color="auto"/>
        <w:left w:val="none" w:sz="0" w:space="0" w:color="auto"/>
        <w:bottom w:val="none" w:sz="0" w:space="0" w:color="auto"/>
        <w:right w:val="none" w:sz="0" w:space="0" w:color="auto"/>
      </w:divBdr>
    </w:div>
    <w:div w:id="1607536224">
      <w:bodyDiv w:val="1"/>
      <w:marLeft w:val="0"/>
      <w:marRight w:val="0"/>
      <w:marTop w:val="0"/>
      <w:marBottom w:val="0"/>
      <w:divBdr>
        <w:top w:val="none" w:sz="0" w:space="0" w:color="auto"/>
        <w:left w:val="none" w:sz="0" w:space="0" w:color="auto"/>
        <w:bottom w:val="none" w:sz="0" w:space="0" w:color="auto"/>
        <w:right w:val="none" w:sz="0" w:space="0" w:color="auto"/>
      </w:divBdr>
    </w:div>
    <w:div w:id="19759123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BCE27-EA02-4DBC-A144-D214F70CE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6</Pages>
  <Words>2397</Words>
  <Characters>13664</Characters>
  <Application>Microsoft Office Word</Application>
  <DocSecurity>0</DocSecurity>
  <Lines>113</Lines>
  <Paragraphs>32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16029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ur29</cp:lastModifiedBy>
  <cp:revision>14</cp:revision>
  <cp:lastPrinted>2026-07-29T10:09:00Z</cp:lastPrinted>
  <dcterms:created xsi:type="dcterms:W3CDTF">2013-12-23T23:15:00Z</dcterms:created>
  <dcterms:modified xsi:type="dcterms:W3CDTF">2026-07-29T11:41:00Z</dcterms:modified>
  <cp:category/>
</cp:coreProperties>
</file>